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10C1D6A" w14:textId="77777777" w:rsidR="00767730" w:rsidRDefault="00687929">
      <w:pPr>
        <w:pStyle w:val="Eyebrow"/>
        <w:spacing w:before="360" w:after="120"/>
        <w:jc w:val="center"/>
        <w:rPr>
          <w:rFonts w:ascii="Calibri" w:hAnsi="Calibri" w:cs="Calibri"/>
          <w:lang w:val="nl-NL"/>
        </w:rPr>
      </w:pPr>
      <w:r>
        <w:rPr>
          <w:rFonts w:ascii="Calibri" w:hAnsi="Calibri" w:cs="Calibri"/>
          <w:lang w:val="nl-NL"/>
        </w:rPr>
        <w:t>HOORT BIJ DE PRAKTISCHE GIDS ISO 9001:2026</w:t>
      </w:r>
    </w:p>
    <w:p w14:paraId="58D15288" w14:textId="77777777" w:rsidR="00767730" w:rsidRDefault="00687929">
      <w:pPr>
        <w:pStyle w:val="Titel"/>
        <w:jc w:val="center"/>
        <w:rPr>
          <w:rFonts w:ascii="Calibri" w:hAnsi="Calibri" w:cs="Calibri"/>
          <w:lang w:val="nl-NL"/>
        </w:rPr>
      </w:pPr>
      <w:r>
        <w:rPr>
          <w:rFonts w:ascii="Calibri" w:hAnsi="Calibri" w:cs="Calibri"/>
          <w:lang w:val="nl-NL"/>
        </w:rPr>
        <w:t>Vragenlijst ISO 9001:2026</w:t>
      </w:r>
    </w:p>
    <w:p w14:paraId="7158223D" w14:textId="77777777" w:rsidR="00767730" w:rsidRDefault="00687929">
      <w:pPr>
        <w:pStyle w:val="Ondertitel"/>
        <w:jc w:val="center"/>
        <w:rPr>
          <w:rFonts w:ascii="Calibri" w:hAnsi="Calibri" w:cs="Calibri"/>
          <w:lang w:val="nl-NL"/>
        </w:rPr>
      </w:pPr>
      <w:r>
        <w:rPr>
          <w:rFonts w:ascii="Calibri" w:hAnsi="Calibri" w:cs="Calibri"/>
          <w:lang w:val="nl-NL"/>
        </w:rPr>
        <w:t>Welke onderwerpen zijn al geregeld en waar is aandacht nodig?</w:t>
      </w:r>
    </w:p>
    <w:p w14:paraId="5D268182" w14:textId="77777777" w:rsidR="00767730" w:rsidRDefault="00687929">
      <w:pPr>
        <w:jc w:val="center"/>
      </w:pPr>
      <w:r>
        <w:rPr>
          <w:color w:val="666666"/>
          <w:sz w:val="18"/>
        </w:rPr>
        <w:t>6 oktober 2026</w:t>
      </w:r>
    </w:p>
    <w:p w14:paraId="2943421A" w14:textId="77777777" w:rsidR="00767730" w:rsidRDefault="00687929">
      <w:pPr>
        <w:pStyle w:val="Kop1"/>
        <w:rPr>
          <w:rFonts w:ascii="Calibri" w:hAnsi="Calibri" w:cs="Calibri"/>
          <w:lang w:val="nl-NL"/>
        </w:rPr>
      </w:pPr>
      <w:r>
        <w:rPr>
          <w:rFonts w:ascii="Calibri" w:hAnsi="Calibri" w:cs="Calibri"/>
          <w:lang w:val="nl-NL"/>
        </w:rPr>
        <w:t>Over deze vragenlijst</w:t>
      </w:r>
    </w:p>
    <w:p w14:paraId="144BAC2D" w14:textId="77777777" w:rsidR="00767730" w:rsidRDefault="00687929">
      <w:pPr>
        <w:rPr>
          <w:rFonts w:ascii="Calibri" w:hAnsi="Calibri" w:cs="Calibri"/>
          <w:lang w:val="nl-NL"/>
        </w:rPr>
      </w:pPr>
      <w:r>
        <w:rPr>
          <w:rFonts w:ascii="Calibri" w:hAnsi="Calibri" w:cs="Calibri"/>
          <w:lang w:val="nl-NL"/>
        </w:rPr>
        <w:t>Deze vragenlijst hoort bij de praktische gids over ISO 9001:2026. De vragen gaan over onderwerpen die in de nieuwe editie zijn toegevoegd of aangescherpt. Onderwerpen die niet zijn veranderd, staan er niet in.</w:t>
      </w:r>
    </w:p>
    <w:p w14:paraId="3618EDD3" w14:textId="77777777" w:rsidR="00767730" w:rsidRDefault="00687929">
      <w:pPr>
        <w:rPr>
          <w:rFonts w:ascii="Calibri" w:hAnsi="Calibri" w:cs="Calibri"/>
          <w:lang w:val="nl-NL"/>
        </w:rPr>
      </w:pPr>
      <w:r>
        <w:rPr>
          <w:rFonts w:ascii="Calibri" w:hAnsi="Calibri" w:cs="Calibri"/>
          <w:lang w:val="nl-NL"/>
        </w:rPr>
        <w:t>Eén onderwerp is al sinds 2024 een eis: bepalen of klimaatverandering relevant is. Het staat toch in de lijst, omdat het nu in de normtekst zelf is opgenomen.</w:t>
      </w:r>
    </w:p>
    <w:p w14:paraId="75688952" w14:textId="77777777" w:rsidR="00767730" w:rsidRDefault="00687929">
      <w:pPr>
        <w:pStyle w:val="Kop1"/>
        <w:rPr>
          <w:rFonts w:ascii="Calibri" w:hAnsi="Calibri" w:cs="Calibri"/>
          <w:lang w:val="nl-NL"/>
        </w:rPr>
      </w:pPr>
      <w:r>
        <w:rPr>
          <w:rFonts w:ascii="Calibri" w:hAnsi="Calibri" w:cs="Calibri"/>
          <w:lang w:val="nl-NL"/>
        </w:rPr>
        <w:t>Zo werkt de vragenlijst</w:t>
      </w:r>
    </w:p>
    <w:p w14:paraId="46690E8B" w14:textId="77777777" w:rsidR="00767730" w:rsidRDefault="00687929">
      <w:pPr>
        <w:rPr>
          <w:rFonts w:ascii="Calibri" w:hAnsi="Calibri" w:cs="Calibri"/>
          <w:lang w:val="nl-NL"/>
        </w:rPr>
      </w:pPr>
      <w:r>
        <w:rPr>
          <w:rFonts w:ascii="Calibri" w:hAnsi="Calibri" w:cs="Calibri"/>
          <w:b/>
          <w:color w:val="2E5496"/>
          <w:lang w:val="nl-NL"/>
        </w:rPr>
        <w:t xml:space="preserve">1. Vul de lijst samen </w:t>
      </w:r>
      <w:proofErr w:type="gramStart"/>
      <w:r>
        <w:rPr>
          <w:rFonts w:ascii="Calibri" w:hAnsi="Calibri" w:cs="Calibri"/>
          <w:b/>
          <w:color w:val="2E5496"/>
          <w:lang w:val="nl-NL"/>
        </w:rPr>
        <w:t>in</w:t>
      </w:r>
      <w:r>
        <w:rPr>
          <w:rFonts w:ascii="Calibri" w:hAnsi="Calibri" w:cs="Calibri"/>
          <w:lang w:val="nl-NL"/>
        </w:rPr>
        <w:t xml:space="preserve">  Beantwoord</w:t>
      </w:r>
      <w:proofErr w:type="gramEnd"/>
      <w:r>
        <w:rPr>
          <w:rFonts w:ascii="Calibri" w:hAnsi="Calibri" w:cs="Calibri"/>
          <w:lang w:val="nl-NL"/>
        </w:rPr>
        <w:t xml:space="preserve"> de vragen met de directie en de mensen die verantwoordelijk zijn voor de betrokken processen. Een gesprek levert vaak meer op dan het invullen door één persoon.</w:t>
      </w:r>
    </w:p>
    <w:p w14:paraId="475FB8CC" w14:textId="77777777" w:rsidR="00767730" w:rsidRDefault="00687929">
      <w:pPr>
        <w:rPr>
          <w:rFonts w:ascii="Calibri" w:hAnsi="Calibri" w:cs="Calibri"/>
          <w:lang w:val="nl-NL"/>
        </w:rPr>
      </w:pPr>
      <w:r>
        <w:rPr>
          <w:rFonts w:ascii="Calibri" w:hAnsi="Calibri" w:cs="Calibri"/>
          <w:b/>
          <w:color w:val="2E5496"/>
          <w:lang w:val="nl-NL"/>
        </w:rPr>
        <w:t xml:space="preserve">2. Kies per vraag een </w:t>
      </w:r>
      <w:proofErr w:type="gramStart"/>
      <w:r>
        <w:rPr>
          <w:rFonts w:ascii="Calibri" w:hAnsi="Calibri" w:cs="Calibri"/>
          <w:b/>
          <w:color w:val="2E5496"/>
          <w:lang w:val="nl-NL"/>
        </w:rPr>
        <w:t>uitkomst</w:t>
      </w:r>
      <w:r>
        <w:rPr>
          <w:rFonts w:ascii="Calibri" w:hAnsi="Calibri" w:cs="Calibri"/>
          <w:lang w:val="nl-NL"/>
        </w:rPr>
        <w:t xml:space="preserve">  Er</w:t>
      </w:r>
      <w:proofErr w:type="gramEnd"/>
      <w:r>
        <w:rPr>
          <w:rFonts w:ascii="Calibri" w:hAnsi="Calibri" w:cs="Calibri"/>
          <w:lang w:val="nl-NL"/>
        </w:rPr>
        <w:t xml:space="preserve"> zijn drie mogelijkheden:</w:t>
      </w:r>
    </w:p>
    <w:p w14:paraId="3E413CD5" w14:textId="77777777" w:rsidR="00767730" w:rsidRDefault="00687929">
      <w:pPr>
        <w:pStyle w:val="Lijstopsomteken"/>
        <w:spacing w:after="60"/>
        <w:rPr>
          <w:rFonts w:ascii="Calibri" w:hAnsi="Calibri" w:cs="Calibri"/>
          <w:lang w:val="nl-NL"/>
        </w:rPr>
      </w:pPr>
      <w:r>
        <w:rPr>
          <w:rFonts w:ascii="Calibri" w:hAnsi="Calibri" w:cs="Calibri"/>
          <w:lang w:val="nl-NL"/>
        </w:rPr>
        <w:t>Al aanwezig: de organisatie doet dit al, ook als het binnen de organisatie anders heet.</w:t>
      </w:r>
    </w:p>
    <w:p w14:paraId="67C77F3C" w14:textId="77777777" w:rsidR="00767730" w:rsidRDefault="00687929">
      <w:pPr>
        <w:pStyle w:val="Lijstopsomteken"/>
        <w:spacing w:after="60"/>
        <w:rPr>
          <w:rFonts w:ascii="Calibri" w:hAnsi="Calibri" w:cs="Calibri"/>
          <w:lang w:val="nl-NL"/>
        </w:rPr>
      </w:pPr>
      <w:r>
        <w:rPr>
          <w:rFonts w:ascii="Calibri" w:hAnsi="Calibri" w:cs="Calibri"/>
          <w:lang w:val="nl-NL"/>
        </w:rPr>
        <w:t>Verduidelijken: het gebeurt wel, maar niet overal of niet voor iedereen duidelijk.</w:t>
      </w:r>
    </w:p>
    <w:p w14:paraId="6B69020D" w14:textId="77777777" w:rsidR="00767730" w:rsidRDefault="00687929">
      <w:pPr>
        <w:pStyle w:val="Lijstopsomteken"/>
        <w:spacing w:after="60"/>
        <w:rPr>
          <w:rFonts w:ascii="Calibri" w:hAnsi="Calibri" w:cs="Calibri"/>
          <w:lang w:val="nl-NL"/>
        </w:rPr>
      </w:pPr>
      <w:r>
        <w:rPr>
          <w:rFonts w:ascii="Calibri" w:hAnsi="Calibri" w:cs="Calibri"/>
          <w:lang w:val="nl-NL"/>
        </w:rPr>
        <w:t>Aanpassen: dit is nog niet geregeld.</w:t>
      </w:r>
    </w:p>
    <w:p w14:paraId="3680A416" w14:textId="77777777" w:rsidR="00767730" w:rsidRDefault="00687929">
      <w:pPr>
        <w:rPr>
          <w:rFonts w:ascii="Calibri" w:hAnsi="Calibri" w:cs="Calibri"/>
          <w:lang w:val="nl-NL"/>
        </w:rPr>
      </w:pPr>
      <w:r>
        <w:rPr>
          <w:rFonts w:ascii="Calibri" w:hAnsi="Calibri" w:cs="Calibri"/>
          <w:b/>
          <w:color w:val="2E5496"/>
          <w:lang w:val="nl-NL"/>
        </w:rPr>
        <w:t xml:space="preserve">3. Gebruik de voorbeelden als </w:t>
      </w:r>
      <w:proofErr w:type="gramStart"/>
      <w:r>
        <w:rPr>
          <w:rFonts w:ascii="Calibri" w:hAnsi="Calibri" w:cs="Calibri"/>
          <w:b/>
          <w:color w:val="2E5496"/>
          <w:lang w:val="nl-NL"/>
        </w:rPr>
        <w:t>hulpmiddel</w:t>
      </w:r>
      <w:r>
        <w:rPr>
          <w:rFonts w:ascii="Calibri" w:hAnsi="Calibri" w:cs="Calibri"/>
          <w:lang w:val="nl-NL"/>
        </w:rPr>
        <w:t xml:space="preserve">  De</w:t>
      </w:r>
      <w:proofErr w:type="gramEnd"/>
      <w:r>
        <w:rPr>
          <w:rFonts w:ascii="Calibri" w:hAnsi="Calibri" w:cs="Calibri"/>
          <w:lang w:val="nl-NL"/>
        </w:rPr>
        <w:t xml:space="preserve"> voorbeelden laten zien hoe een eis er in de praktijk uit kan zien. Het zijn geen voorgeschreven oplossingen. De organisatie bepaalt zelf hoe zij een eis invult, passend bij haar omvang en werkwijze.</w:t>
      </w:r>
    </w:p>
    <w:p w14:paraId="0023A11C" w14:textId="77777777" w:rsidR="00767730" w:rsidRDefault="00687929">
      <w:pPr>
        <w:rPr>
          <w:rFonts w:ascii="Calibri" w:hAnsi="Calibri" w:cs="Calibri"/>
          <w:lang w:val="nl-NL"/>
        </w:rPr>
      </w:pPr>
      <w:r>
        <w:rPr>
          <w:rFonts w:ascii="Calibri" w:hAnsi="Calibri" w:cs="Calibri"/>
          <w:b/>
          <w:color w:val="2E5496"/>
          <w:lang w:val="nl-NL"/>
        </w:rPr>
        <w:t xml:space="preserve">4. Plan de </w:t>
      </w:r>
      <w:proofErr w:type="gramStart"/>
      <w:r>
        <w:rPr>
          <w:rFonts w:ascii="Calibri" w:hAnsi="Calibri" w:cs="Calibri"/>
          <w:b/>
          <w:color w:val="2E5496"/>
          <w:lang w:val="nl-NL"/>
        </w:rPr>
        <w:t>vervolgstappen</w:t>
      </w:r>
      <w:r>
        <w:rPr>
          <w:rFonts w:ascii="Calibri" w:hAnsi="Calibri" w:cs="Calibri"/>
          <w:lang w:val="nl-NL"/>
        </w:rPr>
        <w:t xml:space="preserve">  Neem</w:t>
      </w:r>
      <w:proofErr w:type="gramEnd"/>
      <w:r>
        <w:rPr>
          <w:rFonts w:ascii="Calibri" w:hAnsi="Calibri" w:cs="Calibri"/>
          <w:lang w:val="nl-NL"/>
        </w:rPr>
        <w:t xml:space="preserve"> de punten met "Verduidelijken" of "Aanpassen" op in de bestaande planning, bijvoorbeeld via de directiebeoordeling of het jaarplan.</w:t>
      </w:r>
    </w:p>
    <w:tbl>
      <w:tblPr>
        <w:tblW w:w="9792" w:type="dxa"/>
        <w:jc w:val="center"/>
        <w:tblBorders>
          <w:top w:val="nil"/>
          <w:left w:val="nil"/>
          <w:bottom w:val="nil"/>
          <w:right w:val="nil"/>
          <w:insideH w:val="nil"/>
          <w:insideV w:val="nil"/>
        </w:tblBorders>
        <w:tblLayout w:type="fixed"/>
        <w:tblLook w:val="04A0" w:firstRow="1" w:lastRow="0" w:firstColumn="1" w:lastColumn="0" w:noHBand="0" w:noVBand="1"/>
      </w:tblPr>
      <w:tblGrid>
        <w:gridCol w:w="9792"/>
      </w:tblGrid>
      <w:tr w:rsidR="00767730" w14:paraId="6DF3E0D6" w14:textId="77777777">
        <w:trPr>
          <w:cantSplit/>
          <w:jc w:val="center"/>
        </w:trPr>
        <w:tc>
          <w:tcPr>
            <w:tcW w:w="9792" w:type="dxa"/>
            <w:shd w:val="clear" w:color="auto" w:fill="DCE6F1"/>
            <w:tcMar>
              <w:top w:w="190" w:type="dxa"/>
              <w:left w:w="190" w:type="dxa"/>
              <w:bottom w:w="190" w:type="dxa"/>
              <w:right w:w="190" w:type="dxa"/>
            </w:tcMar>
          </w:tcPr>
          <w:p w14:paraId="71E85CBA" w14:textId="77777777" w:rsidR="00767730" w:rsidRDefault="00687929">
            <w:pPr>
              <w:rPr>
                <w:rFonts w:ascii="Calibri" w:hAnsi="Calibri" w:cs="Calibri"/>
                <w:lang w:val="nl-NL"/>
              </w:rPr>
            </w:pPr>
            <w:r>
              <w:rPr>
                <w:rFonts w:ascii="Calibri" w:hAnsi="Calibri" w:cs="Calibri"/>
                <w:b/>
                <w:color w:val="1F3864"/>
                <w:lang w:val="nl-NL"/>
              </w:rPr>
              <w:t>Goed om te weten</w:t>
            </w:r>
          </w:p>
          <w:p w14:paraId="7A3A3631" w14:textId="77777777" w:rsidR="00767730" w:rsidRDefault="00687929">
            <w:pPr>
              <w:rPr>
                <w:rFonts w:ascii="Calibri" w:hAnsi="Calibri" w:cs="Calibri"/>
                <w:lang w:val="nl-NL"/>
              </w:rPr>
            </w:pPr>
            <w:r>
              <w:rPr>
                <w:rFonts w:ascii="Calibri" w:hAnsi="Calibri" w:cs="Calibri"/>
                <w:lang w:val="nl-NL"/>
              </w:rPr>
              <w:t>De kolom "Norm" verwijst naar de paragraaf in ISO 9001:2026. "Eis" betekent dat het onderwerp in de normtekst staat. "Aandachtspunt" betekent dat het uit een opmerking of de toelichting bij de norm komt en geen zelfstandige eis is.</w:t>
            </w:r>
          </w:p>
          <w:p w14:paraId="263DF04F" w14:textId="77777777" w:rsidR="00767730" w:rsidRDefault="00687929">
            <w:pPr>
              <w:rPr>
                <w:rFonts w:ascii="Calibri" w:hAnsi="Calibri" w:cs="Calibri"/>
                <w:lang w:val="nl-NL"/>
              </w:rPr>
            </w:pPr>
            <w:r>
              <w:rPr>
                <w:rFonts w:ascii="Calibri" w:hAnsi="Calibri" w:cs="Calibri"/>
                <w:lang w:val="nl-NL"/>
              </w:rPr>
              <w:t>De vragen in deze lijst vragen niet om nieuwe documenten. Vastleggen kan handig zijn, maar is niet altijd nodig. Het gaat erom dat de organisatie iets heeft bepaald en dat het in de praktijk werkt.</w:t>
            </w:r>
          </w:p>
          <w:p w14:paraId="3138DFF1" w14:textId="77777777" w:rsidR="00767730" w:rsidRDefault="00687929">
            <w:pPr>
              <w:spacing w:after="0"/>
              <w:rPr>
                <w:rFonts w:ascii="Calibri" w:hAnsi="Calibri" w:cs="Calibri"/>
                <w:lang w:val="nl-NL"/>
              </w:rPr>
            </w:pPr>
            <w:r>
              <w:rPr>
                <w:rFonts w:ascii="Calibri" w:hAnsi="Calibri" w:cs="Calibri"/>
                <w:lang w:val="nl-NL"/>
              </w:rPr>
              <w:t>De vragenlijst is bedoeld voor eigen gebruik en is geen onderdeel van de audit. Zij vervangt de normtekst niet.</w:t>
            </w:r>
          </w:p>
        </w:tc>
      </w:tr>
    </w:tbl>
    <w:p w14:paraId="40056C1A" w14:textId="77777777" w:rsidR="00767730" w:rsidRDefault="00767730">
      <w:pPr>
        <w:spacing w:after="120"/>
        <w:rPr>
          <w:rFonts w:ascii="Calibri" w:hAnsi="Calibri" w:cs="Calibri"/>
          <w:lang w:val="nl-NL"/>
        </w:rPr>
      </w:pPr>
    </w:p>
    <w:p w14:paraId="2B10ECC0" w14:textId="77777777" w:rsidR="00767730" w:rsidRDefault="00687929">
      <w:pPr>
        <w:pStyle w:val="Kop1"/>
        <w:rPr>
          <w:rFonts w:ascii="Calibri" w:hAnsi="Calibri" w:cs="Calibri"/>
          <w:lang w:val="nl-NL"/>
        </w:rPr>
      </w:pPr>
      <w:r>
        <w:rPr>
          <w:rFonts w:ascii="Calibri" w:hAnsi="Calibri" w:cs="Calibri"/>
          <w:lang w:val="nl-NL"/>
        </w:rPr>
        <w:lastRenderedPageBreak/>
        <w:t>1. Context van de organisatie</w:t>
      </w:r>
    </w:p>
    <w:tbl>
      <w:tblPr>
        <w:tblStyle w:val="Tabelraster"/>
        <w:tblW w:w="9792" w:type="dxa"/>
        <w:jc w:val="center"/>
        <w:tblLayout w:type="fixed"/>
        <w:tblLook w:val="04A0" w:firstRow="1" w:lastRow="0" w:firstColumn="1" w:lastColumn="0" w:noHBand="0" w:noVBand="1"/>
      </w:tblPr>
      <w:tblGrid>
        <w:gridCol w:w="480"/>
        <w:gridCol w:w="4400"/>
        <w:gridCol w:w="1300"/>
        <w:gridCol w:w="1650"/>
        <w:gridCol w:w="1962"/>
      </w:tblGrid>
      <w:tr w:rsidR="00767730" w14:paraId="1FDD245C" w14:textId="77777777">
        <w:trPr>
          <w:cantSplit/>
          <w:tblHeader/>
          <w:jc w:val="center"/>
        </w:trPr>
        <w:tc>
          <w:tcPr>
            <w:tcW w:w="480" w:type="dxa"/>
            <w:shd w:val="clear" w:color="auto" w:fill="1F3864"/>
            <w:tcMar>
              <w:top w:w="100" w:type="dxa"/>
              <w:left w:w="100" w:type="dxa"/>
              <w:bottom w:w="100" w:type="dxa"/>
              <w:right w:w="100" w:type="dxa"/>
            </w:tcMar>
          </w:tcPr>
          <w:p w14:paraId="43574A48" w14:textId="77777777" w:rsidR="00767730" w:rsidRDefault="00687929">
            <w:pPr>
              <w:spacing w:after="0"/>
              <w:rPr>
                <w:rFonts w:ascii="Calibri" w:hAnsi="Calibri" w:cs="Calibri"/>
                <w:lang w:val="nl-NL"/>
              </w:rPr>
            </w:pPr>
            <w:r>
              <w:rPr>
                <w:rFonts w:ascii="Calibri" w:hAnsi="Calibri" w:cs="Calibri"/>
                <w:b/>
                <w:color w:val="FFFFFF"/>
                <w:sz w:val="17"/>
                <w:szCs w:val="17"/>
                <w:lang w:val="nl-NL"/>
              </w:rPr>
              <w:t>Nr.</w:t>
            </w:r>
          </w:p>
        </w:tc>
        <w:tc>
          <w:tcPr>
            <w:tcW w:w="4400" w:type="dxa"/>
            <w:shd w:val="clear" w:color="auto" w:fill="1F3864"/>
            <w:tcMar>
              <w:top w:w="100" w:type="dxa"/>
              <w:left w:w="100" w:type="dxa"/>
              <w:bottom w:w="100" w:type="dxa"/>
              <w:right w:w="100" w:type="dxa"/>
            </w:tcMar>
          </w:tcPr>
          <w:p w14:paraId="06C97F68" w14:textId="77777777" w:rsidR="00767730" w:rsidRDefault="00687929">
            <w:pPr>
              <w:spacing w:after="0"/>
              <w:rPr>
                <w:rFonts w:ascii="Calibri" w:hAnsi="Calibri" w:cs="Calibri"/>
                <w:lang w:val="nl-NL"/>
              </w:rPr>
            </w:pPr>
            <w:r>
              <w:rPr>
                <w:rFonts w:ascii="Calibri" w:hAnsi="Calibri" w:cs="Calibri"/>
                <w:b/>
                <w:color w:val="FFFFFF"/>
                <w:sz w:val="17"/>
                <w:szCs w:val="17"/>
                <w:lang w:val="nl-NL"/>
              </w:rPr>
              <w:t>Vraag en voorbeeld</w:t>
            </w:r>
          </w:p>
        </w:tc>
        <w:tc>
          <w:tcPr>
            <w:tcW w:w="1300" w:type="dxa"/>
            <w:shd w:val="clear" w:color="auto" w:fill="1F3864"/>
            <w:tcMar>
              <w:top w:w="100" w:type="dxa"/>
              <w:left w:w="100" w:type="dxa"/>
              <w:bottom w:w="100" w:type="dxa"/>
              <w:right w:w="100" w:type="dxa"/>
            </w:tcMar>
          </w:tcPr>
          <w:p w14:paraId="7B2964B0" w14:textId="77777777" w:rsidR="00767730" w:rsidRDefault="00687929">
            <w:pPr>
              <w:spacing w:after="0"/>
              <w:rPr>
                <w:rFonts w:ascii="Calibri" w:hAnsi="Calibri" w:cs="Calibri"/>
                <w:lang w:val="nl-NL"/>
              </w:rPr>
            </w:pPr>
            <w:r>
              <w:rPr>
                <w:rFonts w:ascii="Calibri" w:hAnsi="Calibri" w:cs="Calibri"/>
                <w:b/>
                <w:color w:val="FFFFFF"/>
                <w:sz w:val="17"/>
                <w:szCs w:val="17"/>
                <w:lang w:val="nl-NL"/>
              </w:rPr>
              <w:t>Norm</w:t>
            </w:r>
          </w:p>
        </w:tc>
        <w:tc>
          <w:tcPr>
            <w:tcW w:w="1650" w:type="dxa"/>
            <w:shd w:val="clear" w:color="auto" w:fill="1F3864"/>
            <w:tcMar>
              <w:top w:w="100" w:type="dxa"/>
              <w:left w:w="100" w:type="dxa"/>
              <w:bottom w:w="100" w:type="dxa"/>
              <w:right w:w="100" w:type="dxa"/>
            </w:tcMar>
          </w:tcPr>
          <w:p w14:paraId="7E089EB5" w14:textId="77777777" w:rsidR="00767730" w:rsidRDefault="00687929">
            <w:pPr>
              <w:spacing w:after="0"/>
              <w:rPr>
                <w:rFonts w:ascii="Calibri" w:hAnsi="Calibri" w:cs="Calibri"/>
                <w:lang w:val="nl-NL"/>
              </w:rPr>
            </w:pPr>
            <w:r>
              <w:rPr>
                <w:rFonts w:ascii="Calibri" w:hAnsi="Calibri" w:cs="Calibri"/>
                <w:b/>
                <w:color w:val="FFFFFF"/>
                <w:sz w:val="17"/>
                <w:szCs w:val="17"/>
                <w:lang w:val="nl-NL"/>
              </w:rPr>
              <w:t>Uitkomst</w:t>
            </w:r>
          </w:p>
        </w:tc>
        <w:tc>
          <w:tcPr>
            <w:tcW w:w="1962" w:type="dxa"/>
            <w:shd w:val="clear" w:color="auto" w:fill="1F3864"/>
            <w:tcMar>
              <w:top w:w="100" w:type="dxa"/>
              <w:left w:w="100" w:type="dxa"/>
              <w:bottom w:w="100" w:type="dxa"/>
              <w:right w:w="100" w:type="dxa"/>
            </w:tcMar>
          </w:tcPr>
          <w:p w14:paraId="2BBD7FD0" w14:textId="77777777" w:rsidR="00767730" w:rsidRDefault="00687929">
            <w:pPr>
              <w:spacing w:after="0"/>
              <w:rPr>
                <w:rFonts w:ascii="Calibri" w:hAnsi="Calibri" w:cs="Calibri"/>
                <w:lang w:val="nl-NL"/>
              </w:rPr>
            </w:pPr>
            <w:r>
              <w:rPr>
                <w:rFonts w:ascii="Calibri" w:hAnsi="Calibri" w:cs="Calibri"/>
                <w:b/>
                <w:color w:val="FFFFFF"/>
                <w:sz w:val="17"/>
                <w:szCs w:val="17"/>
                <w:lang w:val="nl-NL"/>
              </w:rPr>
              <w:t>Notities</w:t>
            </w:r>
          </w:p>
        </w:tc>
      </w:tr>
      <w:tr w:rsidR="00767730" w14:paraId="6A04617D" w14:textId="77777777">
        <w:trPr>
          <w:cantSplit/>
          <w:jc w:val="center"/>
        </w:trPr>
        <w:tc>
          <w:tcPr>
            <w:tcW w:w="480" w:type="dxa"/>
            <w:tcMar>
              <w:top w:w="90" w:type="dxa"/>
              <w:left w:w="90" w:type="dxa"/>
              <w:bottom w:w="90" w:type="dxa"/>
              <w:right w:w="90" w:type="dxa"/>
            </w:tcMar>
          </w:tcPr>
          <w:p w14:paraId="01C89014" w14:textId="77777777" w:rsidR="00767730" w:rsidRDefault="00687929">
            <w:pPr>
              <w:spacing w:after="0"/>
              <w:rPr>
                <w:rFonts w:ascii="Calibri" w:hAnsi="Calibri" w:cs="Calibri"/>
                <w:lang w:val="nl-NL"/>
              </w:rPr>
            </w:pPr>
            <w:r>
              <w:t>1</w:t>
            </w:r>
          </w:p>
        </w:tc>
        <w:tc>
          <w:tcPr>
            <w:tcW w:w="4400" w:type="dxa"/>
            <w:tcMar>
              <w:top w:w="90" w:type="dxa"/>
              <w:left w:w="90" w:type="dxa"/>
              <w:bottom w:w="90" w:type="dxa"/>
              <w:right w:w="90" w:type="dxa"/>
            </w:tcMar>
          </w:tcPr>
          <w:p w14:paraId="064BFAA7" w14:textId="77777777" w:rsidR="00767730" w:rsidRDefault="00687929">
            <w:pPr>
              <w:spacing w:after="60"/>
              <w:rPr>
                <w:rFonts w:ascii="Calibri" w:hAnsi="Calibri" w:cs="Calibri"/>
                <w:lang w:val="nl-NL"/>
              </w:rPr>
            </w:pPr>
            <w:r>
              <w:rPr>
                <w:rFonts w:ascii="Calibri" w:hAnsi="Calibri" w:cs="Calibri"/>
                <w:b/>
                <w:sz w:val="18"/>
                <w:szCs w:val="18"/>
                <w:lang w:val="nl-NL"/>
              </w:rPr>
              <w:t>Heeft de organisatie bepaald of klimaatverandering een relevant onderwerp is voor haar dienstverlening?</w:t>
            </w:r>
          </w:p>
          <w:p w14:paraId="2BDB92AB" w14:textId="77777777" w:rsidR="00767730" w:rsidRDefault="00687929">
            <w:pPr>
              <w:spacing w:after="0"/>
              <w:rPr>
                <w:rFonts w:ascii="Calibri" w:hAnsi="Calibri" w:cs="Calibri"/>
                <w:lang w:val="nl-NL"/>
              </w:rPr>
            </w:pPr>
            <w:r>
              <w:rPr>
                <w:rFonts w:ascii="Calibri" w:hAnsi="Calibri" w:cs="Calibri"/>
                <w:i/>
                <w:color w:val="666666"/>
                <w:sz w:val="17"/>
                <w:szCs w:val="17"/>
                <w:lang w:val="nl-NL"/>
              </w:rPr>
              <w:t xml:space="preserve">Voorbeeld: </w:t>
            </w:r>
            <w:r>
              <w:rPr>
                <w:rFonts w:ascii="Calibri" w:hAnsi="Calibri" w:cs="Calibri"/>
                <w:i/>
                <w:color w:val="666666"/>
                <w:sz w:val="17"/>
                <w:szCs w:val="17"/>
                <w:lang w:val="nl-NL"/>
              </w:rPr>
              <w:t>Een ICT-bedrijf krijgt in aanbestedingen vragen over het energieverbruik van de hosting. Een trainingsbureau merkt dat hitte in de zomer gevolgen heeft voor trainingen op locatie. Is klimaatverandering niet relevant, dan volstaat het dat de organisatie dat heeft bepaald.</w:t>
            </w:r>
          </w:p>
        </w:tc>
        <w:tc>
          <w:tcPr>
            <w:tcW w:w="1300" w:type="dxa"/>
            <w:tcMar>
              <w:top w:w="90" w:type="dxa"/>
              <w:left w:w="90" w:type="dxa"/>
              <w:bottom w:w="90" w:type="dxa"/>
              <w:right w:w="90" w:type="dxa"/>
            </w:tcMar>
          </w:tcPr>
          <w:p w14:paraId="219664DC" w14:textId="77777777" w:rsidR="00767730" w:rsidRDefault="00687929">
            <w:pPr>
              <w:spacing w:after="40"/>
              <w:rPr>
                <w:rFonts w:ascii="Calibri" w:hAnsi="Calibri" w:cs="Calibri"/>
                <w:lang w:val="nl-NL"/>
              </w:rPr>
            </w:pPr>
            <w:r>
              <w:rPr>
                <w:rFonts w:ascii="Calibri" w:hAnsi="Calibri" w:cs="Calibri"/>
                <w:sz w:val="17"/>
                <w:szCs w:val="17"/>
                <w:lang w:val="nl-NL"/>
              </w:rPr>
              <w:t>4.1</w:t>
            </w:r>
          </w:p>
          <w:p w14:paraId="21A7FFBD" w14:textId="77777777" w:rsidR="00767730" w:rsidRDefault="00687929">
            <w:pPr>
              <w:spacing w:after="0"/>
              <w:rPr>
                <w:rFonts w:ascii="Calibri" w:hAnsi="Calibri" w:cs="Calibri"/>
                <w:lang w:val="nl-NL"/>
              </w:rPr>
            </w:pPr>
            <w:r>
              <w:rPr>
                <w:rFonts w:ascii="Calibri" w:hAnsi="Calibri" w:cs="Calibri"/>
                <w:i/>
                <w:color w:val="698B4A"/>
                <w:sz w:val="17"/>
                <w:szCs w:val="17"/>
                <w:lang w:val="nl-NL"/>
              </w:rPr>
              <w:t>Eis</w:t>
            </w:r>
          </w:p>
        </w:tc>
        <w:tc>
          <w:tcPr>
            <w:tcW w:w="1650" w:type="dxa"/>
            <w:tcMar>
              <w:top w:w="90" w:type="dxa"/>
              <w:left w:w="90" w:type="dxa"/>
              <w:bottom w:w="90" w:type="dxa"/>
              <w:right w:w="90" w:type="dxa"/>
            </w:tcMar>
          </w:tcPr>
          <w:p w14:paraId="450AAD25" w14:textId="77777777" w:rsidR="00767730" w:rsidRDefault="00687929">
            <w:pPr>
              <w:spacing w:after="40"/>
              <w:rPr>
                <w:rFonts w:ascii="Calibri" w:hAnsi="Calibri" w:cs="Calibri"/>
                <w:lang w:val="nl-NL"/>
              </w:rPr>
            </w:pPr>
            <w:sdt>
              <w:sdtPr>
                <w:id w:val="-1958630453"/>
                <w14:checkbox>
                  <w14:checked w14:val="0"/>
                  <w14:checkedState w14:val="2612" w14:font="MS Gothic"/>
                  <w14:uncheckedState w14:val="2610" w14:font="MS Gothic"/>
                </w14:checkbox>
              </w:sdtPr>
              <w:sdtEndPr/>
              <w:sdtContent>
                <w:r>
                  <w:rPr>
                    <w:rFonts w:ascii="MS Gothic" w:eastAsia="MS Gothic" w:hAnsi="MS Gothic"/>
                    <w:sz w:val="18"/>
                  </w:rPr>
                  <w:t>☐</w:t>
                </w:r>
              </w:sdtContent>
            </w:sdt>
            <w:r>
              <w:rPr>
                <w:rFonts w:ascii="Calibri" w:hAnsi="Calibri" w:cs="Calibri"/>
                <w:sz w:val="17"/>
                <w:szCs w:val="17"/>
                <w:lang w:val="nl-NL"/>
              </w:rPr>
              <w:t xml:space="preserve"> Al aanwezig</w:t>
            </w:r>
          </w:p>
          <w:p w14:paraId="7FD03431" w14:textId="77777777" w:rsidR="00767730" w:rsidRDefault="00687929">
            <w:pPr>
              <w:spacing w:after="40"/>
              <w:rPr>
                <w:rFonts w:ascii="Calibri" w:hAnsi="Calibri" w:cs="Calibri"/>
                <w:lang w:val="nl-NL"/>
              </w:rPr>
            </w:pPr>
            <w:sdt>
              <w:sdtPr>
                <w:id w:val="-488789531"/>
                <w14:checkbox>
                  <w14:checked w14:val="0"/>
                  <w14:checkedState w14:val="2612" w14:font="MS Gothic"/>
                  <w14:uncheckedState w14:val="2610" w14:font="MS Gothic"/>
                </w14:checkbox>
              </w:sdtPr>
              <w:sdtEndPr/>
              <w:sdtContent>
                <w:r>
                  <w:rPr>
                    <w:rFonts w:ascii="MS Gothic" w:eastAsia="MS Gothic" w:hAnsi="MS Gothic"/>
                    <w:sz w:val="18"/>
                  </w:rPr>
                  <w:t>☐</w:t>
                </w:r>
              </w:sdtContent>
            </w:sdt>
            <w:r>
              <w:rPr>
                <w:rFonts w:ascii="Calibri" w:hAnsi="Calibri" w:cs="Calibri"/>
                <w:sz w:val="17"/>
                <w:szCs w:val="17"/>
                <w:lang w:val="nl-NL"/>
              </w:rPr>
              <w:t xml:space="preserve"> Verduidelijken</w:t>
            </w:r>
          </w:p>
          <w:p w14:paraId="0BFEB952" w14:textId="77777777" w:rsidR="00767730" w:rsidRDefault="00687929">
            <w:pPr>
              <w:spacing w:after="40"/>
              <w:rPr>
                <w:rFonts w:ascii="Calibri" w:hAnsi="Calibri" w:cs="Calibri"/>
                <w:lang w:val="nl-NL"/>
              </w:rPr>
            </w:pPr>
            <w:sdt>
              <w:sdtPr>
                <w:id w:val="-1943054965"/>
                <w14:checkbox>
                  <w14:checked w14:val="0"/>
                  <w14:checkedState w14:val="2612" w14:font="MS Gothic"/>
                  <w14:uncheckedState w14:val="2610" w14:font="MS Gothic"/>
                </w14:checkbox>
              </w:sdtPr>
              <w:sdtEndPr/>
              <w:sdtContent>
                <w:r>
                  <w:rPr>
                    <w:rFonts w:ascii="MS Gothic" w:eastAsia="MS Gothic" w:hAnsi="MS Gothic"/>
                    <w:sz w:val="18"/>
                  </w:rPr>
                  <w:t>☐</w:t>
                </w:r>
              </w:sdtContent>
            </w:sdt>
            <w:r>
              <w:rPr>
                <w:rFonts w:ascii="Calibri" w:hAnsi="Calibri" w:cs="Calibri"/>
                <w:sz w:val="17"/>
                <w:szCs w:val="17"/>
                <w:lang w:val="nl-NL"/>
              </w:rPr>
              <w:t xml:space="preserve"> Aanpassen</w:t>
            </w:r>
          </w:p>
        </w:tc>
        <w:tc>
          <w:tcPr>
            <w:tcW w:w="1962" w:type="dxa"/>
            <w:tcMar>
              <w:top w:w="90" w:type="dxa"/>
              <w:left w:w="90" w:type="dxa"/>
              <w:bottom w:w="90" w:type="dxa"/>
              <w:right w:w="90" w:type="dxa"/>
            </w:tcMar>
          </w:tcPr>
          <w:p w14:paraId="7EB467F0" w14:textId="77777777" w:rsidR="00767730" w:rsidRDefault="00767730">
            <w:pPr>
              <w:spacing w:after="0"/>
              <w:rPr>
                <w:rFonts w:ascii="Calibri" w:hAnsi="Calibri" w:cs="Calibri"/>
                <w:lang w:val="nl-NL"/>
              </w:rPr>
            </w:pPr>
          </w:p>
        </w:tc>
      </w:tr>
      <w:tr w:rsidR="00767730" w14:paraId="096759FF" w14:textId="77777777">
        <w:trPr>
          <w:cantSplit/>
          <w:jc w:val="center"/>
        </w:trPr>
        <w:tc>
          <w:tcPr>
            <w:tcW w:w="480" w:type="dxa"/>
            <w:tcMar>
              <w:top w:w="90" w:type="dxa"/>
              <w:left w:w="90" w:type="dxa"/>
              <w:bottom w:w="90" w:type="dxa"/>
              <w:right w:w="90" w:type="dxa"/>
            </w:tcMar>
          </w:tcPr>
          <w:p w14:paraId="451CE9A0" w14:textId="77777777" w:rsidR="00767730" w:rsidRDefault="00687929">
            <w:pPr>
              <w:spacing w:after="0"/>
              <w:rPr>
                <w:rFonts w:ascii="Calibri" w:hAnsi="Calibri" w:cs="Calibri"/>
                <w:lang w:val="nl-NL"/>
              </w:rPr>
            </w:pPr>
            <w:r>
              <w:t>2</w:t>
            </w:r>
          </w:p>
        </w:tc>
        <w:tc>
          <w:tcPr>
            <w:tcW w:w="4400" w:type="dxa"/>
            <w:tcMar>
              <w:top w:w="90" w:type="dxa"/>
              <w:left w:w="90" w:type="dxa"/>
              <w:bottom w:w="90" w:type="dxa"/>
              <w:right w:w="90" w:type="dxa"/>
            </w:tcMar>
          </w:tcPr>
          <w:p w14:paraId="013B8A94" w14:textId="77777777" w:rsidR="00767730" w:rsidRDefault="00687929">
            <w:pPr>
              <w:spacing w:after="60"/>
              <w:rPr>
                <w:rFonts w:ascii="Calibri" w:hAnsi="Calibri" w:cs="Calibri"/>
                <w:lang w:val="nl-NL"/>
              </w:rPr>
            </w:pPr>
            <w:r>
              <w:rPr>
                <w:rFonts w:ascii="Calibri" w:hAnsi="Calibri" w:cs="Calibri"/>
                <w:b/>
                <w:sz w:val="18"/>
                <w:szCs w:val="18"/>
                <w:lang w:val="nl-NL"/>
              </w:rPr>
              <w:t>Is bekend of klanten, opdrachtgevers of andere belanghebbenden eisen of verwachtingen hebben rond klimaat?</w:t>
            </w:r>
          </w:p>
          <w:p w14:paraId="643FEF02" w14:textId="77777777" w:rsidR="00767730" w:rsidRDefault="00687929">
            <w:pPr>
              <w:spacing w:after="0"/>
              <w:rPr>
                <w:rFonts w:ascii="Calibri" w:hAnsi="Calibri" w:cs="Calibri"/>
                <w:lang w:val="nl-NL"/>
              </w:rPr>
            </w:pPr>
            <w:r>
              <w:rPr>
                <w:rFonts w:ascii="Calibri" w:hAnsi="Calibri" w:cs="Calibri"/>
                <w:i/>
                <w:color w:val="666666"/>
                <w:sz w:val="17"/>
                <w:szCs w:val="17"/>
                <w:lang w:val="nl-NL"/>
              </w:rPr>
              <w:t xml:space="preserve">Voorbeeld: </w:t>
            </w:r>
            <w:r>
              <w:rPr>
                <w:rFonts w:ascii="Calibri" w:hAnsi="Calibri" w:cs="Calibri"/>
                <w:i/>
                <w:color w:val="666666"/>
                <w:sz w:val="17"/>
                <w:szCs w:val="17"/>
                <w:lang w:val="nl-NL"/>
              </w:rPr>
              <w:t>Een gemeente vraagt een trainingsbureau naar de reisbewegingen van trainers en deelnemers. Een subsidiegever vraagt een goed doel naar het beleid op duurzaamheid.</w:t>
            </w:r>
          </w:p>
        </w:tc>
        <w:tc>
          <w:tcPr>
            <w:tcW w:w="1300" w:type="dxa"/>
            <w:tcMar>
              <w:top w:w="90" w:type="dxa"/>
              <w:left w:w="90" w:type="dxa"/>
              <w:bottom w:w="90" w:type="dxa"/>
              <w:right w:w="90" w:type="dxa"/>
            </w:tcMar>
          </w:tcPr>
          <w:p w14:paraId="03C1161E" w14:textId="77777777" w:rsidR="00767730" w:rsidRDefault="00687929">
            <w:pPr>
              <w:spacing w:after="40"/>
              <w:rPr>
                <w:rFonts w:ascii="Calibri" w:hAnsi="Calibri" w:cs="Calibri"/>
                <w:lang w:val="nl-NL"/>
              </w:rPr>
            </w:pPr>
            <w:r>
              <w:rPr>
                <w:rFonts w:ascii="Calibri" w:hAnsi="Calibri" w:cs="Calibri"/>
                <w:sz w:val="17"/>
                <w:szCs w:val="17"/>
                <w:lang w:val="nl-NL"/>
              </w:rPr>
              <w:t>4.2</w:t>
            </w:r>
          </w:p>
          <w:p w14:paraId="217A3B8A" w14:textId="77777777" w:rsidR="00767730" w:rsidRDefault="00687929">
            <w:pPr>
              <w:spacing w:after="0"/>
              <w:rPr>
                <w:rFonts w:ascii="Calibri" w:hAnsi="Calibri" w:cs="Calibri"/>
                <w:lang w:val="nl-NL"/>
              </w:rPr>
            </w:pPr>
            <w:r>
              <w:rPr>
                <w:rFonts w:ascii="Calibri" w:hAnsi="Calibri" w:cs="Calibri"/>
                <w:i/>
                <w:color w:val="2E5496"/>
                <w:sz w:val="17"/>
                <w:szCs w:val="17"/>
                <w:lang w:val="nl-NL"/>
              </w:rPr>
              <w:t>Aandachtspunt</w:t>
            </w:r>
          </w:p>
        </w:tc>
        <w:tc>
          <w:tcPr>
            <w:tcW w:w="1650" w:type="dxa"/>
            <w:tcMar>
              <w:top w:w="90" w:type="dxa"/>
              <w:left w:w="90" w:type="dxa"/>
              <w:bottom w:w="90" w:type="dxa"/>
              <w:right w:w="90" w:type="dxa"/>
            </w:tcMar>
          </w:tcPr>
          <w:p w14:paraId="694AF146" w14:textId="77777777" w:rsidR="00767730" w:rsidRDefault="00687929">
            <w:pPr>
              <w:spacing w:after="40"/>
              <w:rPr>
                <w:rFonts w:ascii="Calibri" w:hAnsi="Calibri" w:cs="Calibri"/>
                <w:lang w:val="nl-NL"/>
              </w:rPr>
            </w:pPr>
            <w:sdt>
              <w:sdtPr>
                <w:id w:val="-164791349"/>
                <w14:checkbox>
                  <w14:checked w14:val="0"/>
                  <w14:checkedState w14:val="2612" w14:font="MS Gothic"/>
                  <w14:uncheckedState w14:val="2610" w14:font="MS Gothic"/>
                </w14:checkbox>
              </w:sdtPr>
              <w:sdtEndPr/>
              <w:sdtContent>
                <w:r>
                  <w:rPr>
                    <w:rFonts w:ascii="MS Gothic" w:eastAsia="MS Gothic" w:hAnsi="MS Gothic"/>
                    <w:sz w:val="18"/>
                  </w:rPr>
                  <w:t>☐</w:t>
                </w:r>
              </w:sdtContent>
            </w:sdt>
            <w:r>
              <w:rPr>
                <w:rFonts w:ascii="Calibri" w:hAnsi="Calibri" w:cs="Calibri"/>
                <w:sz w:val="17"/>
                <w:szCs w:val="17"/>
                <w:lang w:val="nl-NL"/>
              </w:rPr>
              <w:t xml:space="preserve"> Al aanwezig</w:t>
            </w:r>
          </w:p>
          <w:p w14:paraId="3629C721" w14:textId="77777777" w:rsidR="00767730" w:rsidRDefault="00687929">
            <w:pPr>
              <w:spacing w:after="40"/>
              <w:rPr>
                <w:rFonts w:ascii="Calibri" w:hAnsi="Calibri" w:cs="Calibri"/>
                <w:lang w:val="nl-NL"/>
              </w:rPr>
            </w:pPr>
            <w:sdt>
              <w:sdtPr>
                <w:id w:val="-141437293"/>
                <w14:checkbox>
                  <w14:checked w14:val="0"/>
                  <w14:checkedState w14:val="2612" w14:font="MS Gothic"/>
                  <w14:uncheckedState w14:val="2610" w14:font="MS Gothic"/>
                </w14:checkbox>
              </w:sdtPr>
              <w:sdtEndPr/>
              <w:sdtContent>
                <w:r>
                  <w:rPr>
                    <w:rFonts w:ascii="MS Gothic" w:eastAsia="MS Gothic" w:hAnsi="MS Gothic"/>
                    <w:sz w:val="18"/>
                  </w:rPr>
                  <w:t>☐</w:t>
                </w:r>
              </w:sdtContent>
            </w:sdt>
            <w:r>
              <w:rPr>
                <w:rFonts w:ascii="Calibri" w:hAnsi="Calibri" w:cs="Calibri"/>
                <w:sz w:val="17"/>
                <w:szCs w:val="17"/>
                <w:lang w:val="nl-NL"/>
              </w:rPr>
              <w:t xml:space="preserve"> Verduidelijken</w:t>
            </w:r>
          </w:p>
          <w:p w14:paraId="114FBB1B" w14:textId="77777777" w:rsidR="00767730" w:rsidRDefault="00687929">
            <w:pPr>
              <w:spacing w:after="40"/>
              <w:rPr>
                <w:rFonts w:ascii="Calibri" w:hAnsi="Calibri" w:cs="Calibri"/>
                <w:lang w:val="nl-NL"/>
              </w:rPr>
            </w:pPr>
            <w:sdt>
              <w:sdtPr>
                <w:id w:val="1972554364"/>
                <w14:checkbox>
                  <w14:checked w14:val="0"/>
                  <w14:checkedState w14:val="2612" w14:font="MS Gothic"/>
                  <w14:uncheckedState w14:val="2610" w14:font="MS Gothic"/>
                </w14:checkbox>
              </w:sdtPr>
              <w:sdtEndPr/>
              <w:sdtContent>
                <w:r>
                  <w:rPr>
                    <w:rFonts w:ascii="MS Gothic" w:eastAsia="MS Gothic" w:hAnsi="MS Gothic"/>
                    <w:sz w:val="18"/>
                  </w:rPr>
                  <w:t>☐</w:t>
                </w:r>
              </w:sdtContent>
            </w:sdt>
            <w:r>
              <w:rPr>
                <w:rFonts w:ascii="Calibri" w:hAnsi="Calibri" w:cs="Calibri"/>
                <w:sz w:val="17"/>
                <w:szCs w:val="17"/>
                <w:lang w:val="nl-NL"/>
              </w:rPr>
              <w:t xml:space="preserve"> Aanpassen</w:t>
            </w:r>
          </w:p>
        </w:tc>
        <w:tc>
          <w:tcPr>
            <w:tcW w:w="1962" w:type="dxa"/>
            <w:tcMar>
              <w:top w:w="90" w:type="dxa"/>
              <w:left w:w="90" w:type="dxa"/>
              <w:bottom w:w="90" w:type="dxa"/>
              <w:right w:w="90" w:type="dxa"/>
            </w:tcMar>
          </w:tcPr>
          <w:p w14:paraId="2A368A60" w14:textId="77777777" w:rsidR="00767730" w:rsidRDefault="00767730">
            <w:pPr>
              <w:spacing w:after="0"/>
              <w:rPr>
                <w:rFonts w:ascii="Calibri" w:hAnsi="Calibri" w:cs="Calibri"/>
                <w:lang w:val="nl-NL"/>
              </w:rPr>
            </w:pPr>
          </w:p>
        </w:tc>
      </w:tr>
    </w:tbl>
    <w:p w14:paraId="5CF44C4C" w14:textId="77777777" w:rsidR="00767730" w:rsidRDefault="00767730">
      <w:pPr>
        <w:spacing w:after="120"/>
        <w:rPr>
          <w:rFonts w:ascii="Calibri" w:hAnsi="Calibri" w:cs="Calibri"/>
          <w:lang w:val="nl-NL"/>
        </w:rPr>
      </w:pPr>
    </w:p>
    <w:p w14:paraId="231FF673" w14:textId="77777777" w:rsidR="00767730" w:rsidRDefault="00687929">
      <w:pPr>
        <w:pStyle w:val="Kop1"/>
        <w:rPr>
          <w:rFonts w:ascii="Calibri" w:hAnsi="Calibri" w:cs="Calibri"/>
          <w:lang w:val="nl-NL"/>
        </w:rPr>
      </w:pPr>
      <w:r>
        <w:rPr>
          <w:rFonts w:ascii="Calibri" w:hAnsi="Calibri" w:cs="Calibri"/>
          <w:lang w:val="nl-NL"/>
        </w:rPr>
        <w:t>2. Leiderschap en kwaliteitscultuur</w:t>
      </w:r>
    </w:p>
    <w:tbl>
      <w:tblPr>
        <w:tblStyle w:val="Tabelraster"/>
        <w:tblW w:w="9792" w:type="dxa"/>
        <w:jc w:val="center"/>
        <w:tblLayout w:type="fixed"/>
        <w:tblLook w:val="04A0" w:firstRow="1" w:lastRow="0" w:firstColumn="1" w:lastColumn="0" w:noHBand="0" w:noVBand="1"/>
      </w:tblPr>
      <w:tblGrid>
        <w:gridCol w:w="480"/>
        <w:gridCol w:w="4400"/>
        <w:gridCol w:w="1300"/>
        <w:gridCol w:w="1650"/>
        <w:gridCol w:w="1962"/>
      </w:tblGrid>
      <w:tr w:rsidR="00767730" w14:paraId="27BA4741" w14:textId="77777777">
        <w:trPr>
          <w:cantSplit/>
          <w:tblHeader/>
          <w:jc w:val="center"/>
        </w:trPr>
        <w:tc>
          <w:tcPr>
            <w:tcW w:w="480" w:type="dxa"/>
            <w:shd w:val="clear" w:color="auto" w:fill="1F3864"/>
            <w:tcMar>
              <w:top w:w="100" w:type="dxa"/>
              <w:left w:w="100" w:type="dxa"/>
              <w:bottom w:w="100" w:type="dxa"/>
              <w:right w:w="100" w:type="dxa"/>
            </w:tcMar>
          </w:tcPr>
          <w:p w14:paraId="1C3E5067" w14:textId="77777777" w:rsidR="00767730" w:rsidRDefault="00687929">
            <w:pPr>
              <w:spacing w:after="0"/>
              <w:rPr>
                <w:rFonts w:ascii="Calibri" w:hAnsi="Calibri" w:cs="Calibri"/>
                <w:lang w:val="nl-NL"/>
              </w:rPr>
            </w:pPr>
            <w:r>
              <w:rPr>
                <w:rFonts w:ascii="Calibri" w:hAnsi="Calibri" w:cs="Calibri"/>
                <w:b/>
                <w:color w:val="FFFFFF"/>
                <w:sz w:val="17"/>
                <w:szCs w:val="17"/>
                <w:lang w:val="nl-NL"/>
              </w:rPr>
              <w:t>Nr.</w:t>
            </w:r>
          </w:p>
        </w:tc>
        <w:tc>
          <w:tcPr>
            <w:tcW w:w="4400" w:type="dxa"/>
            <w:shd w:val="clear" w:color="auto" w:fill="1F3864"/>
            <w:tcMar>
              <w:top w:w="100" w:type="dxa"/>
              <w:left w:w="100" w:type="dxa"/>
              <w:bottom w:w="100" w:type="dxa"/>
              <w:right w:w="100" w:type="dxa"/>
            </w:tcMar>
          </w:tcPr>
          <w:p w14:paraId="1D9F42DB" w14:textId="77777777" w:rsidR="00767730" w:rsidRDefault="00687929">
            <w:pPr>
              <w:spacing w:after="0"/>
              <w:rPr>
                <w:rFonts w:ascii="Calibri" w:hAnsi="Calibri" w:cs="Calibri"/>
                <w:lang w:val="nl-NL"/>
              </w:rPr>
            </w:pPr>
            <w:r>
              <w:rPr>
                <w:rFonts w:ascii="Calibri" w:hAnsi="Calibri" w:cs="Calibri"/>
                <w:b/>
                <w:color w:val="FFFFFF"/>
                <w:sz w:val="17"/>
                <w:szCs w:val="17"/>
                <w:lang w:val="nl-NL"/>
              </w:rPr>
              <w:t>Vraag en voorbeeld</w:t>
            </w:r>
          </w:p>
        </w:tc>
        <w:tc>
          <w:tcPr>
            <w:tcW w:w="1300" w:type="dxa"/>
            <w:shd w:val="clear" w:color="auto" w:fill="1F3864"/>
            <w:tcMar>
              <w:top w:w="100" w:type="dxa"/>
              <w:left w:w="100" w:type="dxa"/>
              <w:bottom w:w="100" w:type="dxa"/>
              <w:right w:w="100" w:type="dxa"/>
            </w:tcMar>
          </w:tcPr>
          <w:p w14:paraId="01D49152" w14:textId="77777777" w:rsidR="00767730" w:rsidRDefault="00687929">
            <w:pPr>
              <w:spacing w:after="0"/>
              <w:rPr>
                <w:rFonts w:ascii="Calibri" w:hAnsi="Calibri" w:cs="Calibri"/>
                <w:lang w:val="nl-NL"/>
              </w:rPr>
            </w:pPr>
            <w:r>
              <w:rPr>
                <w:rFonts w:ascii="Calibri" w:hAnsi="Calibri" w:cs="Calibri"/>
                <w:b/>
                <w:color w:val="FFFFFF"/>
                <w:sz w:val="17"/>
                <w:szCs w:val="17"/>
                <w:lang w:val="nl-NL"/>
              </w:rPr>
              <w:t>Norm</w:t>
            </w:r>
          </w:p>
        </w:tc>
        <w:tc>
          <w:tcPr>
            <w:tcW w:w="1650" w:type="dxa"/>
            <w:shd w:val="clear" w:color="auto" w:fill="1F3864"/>
            <w:tcMar>
              <w:top w:w="100" w:type="dxa"/>
              <w:left w:w="100" w:type="dxa"/>
              <w:bottom w:w="100" w:type="dxa"/>
              <w:right w:w="100" w:type="dxa"/>
            </w:tcMar>
          </w:tcPr>
          <w:p w14:paraId="52D7AE63" w14:textId="77777777" w:rsidR="00767730" w:rsidRDefault="00687929">
            <w:pPr>
              <w:spacing w:after="0"/>
              <w:rPr>
                <w:rFonts w:ascii="Calibri" w:hAnsi="Calibri" w:cs="Calibri"/>
                <w:lang w:val="nl-NL"/>
              </w:rPr>
            </w:pPr>
            <w:r>
              <w:rPr>
                <w:rFonts w:ascii="Calibri" w:hAnsi="Calibri" w:cs="Calibri"/>
                <w:b/>
                <w:color w:val="FFFFFF"/>
                <w:sz w:val="17"/>
                <w:szCs w:val="17"/>
                <w:lang w:val="nl-NL"/>
              </w:rPr>
              <w:t>Uitkomst</w:t>
            </w:r>
          </w:p>
        </w:tc>
        <w:tc>
          <w:tcPr>
            <w:tcW w:w="1962" w:type="dxa"/>
            <w:shd w:val="clear" w:color="auto" w:fill="1F3864"/>
            <w:tcMar>
              <w:top w:w="100" w:type="dxa"/>
              <w:left w:w="100" w:type="dxa"/>
              <w:bottom w:w="100" w:type="dxa"/>
              <w:right w:w="100" w:type="dxa"/>
            </w:tcMar>
          </w:tcPr>
          <w:p w14:paraId="3749DD44" w14:textId="77777777" w:rsidR="00767730" w:rsidRDefault="00687929">
            <w:pPr>
              <w:spacing w:after="0"/>
              <w:rPr>
                <w:rFonts w:ascii="Calibri" w:hAnsi="Calibri" w:cs="Calibri"/>
                <w:lang w:val="nl-NL"/>
              </w:rPr>
            </w:pPr>
            <w:r>
              <w:rPr>
                <w:rFonts w:ascii="Calibri" w:hAnsi="Calibri" w:cs="Calibri"/>
                <w:b/>
                <w:color w:val="FFFFFF"/>
                <w:sz w:val="17"/>
                <w:szCs w:val="17"/>
                <w:lang w:val="nl-NL"/>
              </w:rPr>
              <w:t>Notities</w:t>
            </w:r>
          </w:p>
        </w:tc>
      </w:tr>
      <w:tr w:rsidR="00767730" w14:paraId="39E3919F" w14:textId="77777777">
        <w:trPr>
          <w:cantSplit/>
          <w:jc w:val="center"/>
        </w:trPr>
        <w:tc>
          <w:tcPr>
            <w:tcW w:w="480" w:type="dxa"/>
            <w:tcMar>
              <w:top w:w="90" w:type="dxa"/>
              <w:left w:w="90" w:type="dxa"/>
              <w:bottom w:w="90" w:type="dxa"/>
              <w:right w:w="90" w:type="dxa"/>
            </w:tcMar>
          </w:tcPr>
          <w:p w14:paraId="304C6261" w14:textId="77777777" w:rsidR="00767730" w:rsidRDefault="00687929">
            <w:pPr>
              <w:spacing w:after="0"/>
              <w:rPr>
                <w:rFonts w:ascii="Calibri" w:hAnsi="Calibri" w:cs="Calibri"/>
                <w:lang w:val="nl-NL"/>
              </w:rPr>
            </w:pPr>
            <w:r>
              <w:t>3</w:t>
            </w:r>
          </w:p>
        </w:tc>
        <w:tc>
          <w:tcPr>
            <w:tcW w:w="4400" w:type="dxa"/>
            <w:tcMar>
              <w:top w:w="90" w:type="dxa"/>
              <w:left w:w="90" w:type="dxa"/>
              <w:bottom w:w="90" w:type="dxa"/>
              <w:right w:w="90" w:type="dxa"/>
            </w:tcMar>
          </w:tcPr>
          <w:p w14:paraId="7D66EDF0" w14:textId="77777777" w:rsidR="00767730" w:rsidRDefault="00687929">
            <w:pPr>
              <w:spacing w:after="60"/>
              <w:rPr>
                <w:rFonts w:ascii="Calibri" w:hAnsi="Calibri" w:cs="Calibri"/>
                <w:lang w:val="nl-NL"/>
              </w:rPr>
            </w:pPr>
            <w:r>
              <w:rPr>
                <w:rFonts w:ascii="Calibri" w:hAnsi="Calibri" w:cs="Calibri"/>
                <w:b/>
                <w:sz w:val="18"/>
                <w:szCs w:val="18"/>
                <w:lang w:val="nl-NL"/>
              </w:rPr>
              <w:t>Maakt de directie duidelijk welke kwaliteitscultuur en welk ethisch gedrag de organisatie belangrijk vindt? Geeft zij daarin zelf het voorbeeld?</w:t>
            </w:r>
          </w:p>
          <w:p w14:paraId="70C3140F" w14:textId="77777777" w:rsidR="00767730" w:rsidRDefault="00687929">
            <w:pPr>
              <w:spacing w:after="0"/>
              <w:rPr>
                <w:rFonts w:ascii="Calibri" w:hAnsi="Calibri" w:cs="Calibri"/>
                <w:lang w:val="nl-NL"/>
              </w:rPr>
            </w:pPr>
            <w:r>
              <w:rPr>
                <w:rFonts w:ascii="Calibri" w:hAnsi="Calibri" w:cs="Calibri"/>
                <w:i/>
                <w:color w:val="666666"/>
                <w:sz w:val="17"/>
                <w:szCs w:val="17"/>
                <w:lang w:val="nl-NL"/>
              </w:rPr>
              <w:t xml:space="preserve">Voorbeeld: </w:t>
            </w:r>
            <w:r>
              <w:rPr>
                <w:rFonts w:ascii="Calibri" w:hAnsi="Calibri" w:cs="Calibri"/>
                <w:i/>
                <w:color w:val="666666"/>
                <w:sz w:val="17"/>
                <w:szCs w:val="17"/>
                <w:lang w:val="nl-NL"/>
              </w:rPr>
              <w:t>De directie bespreekt in het werkoverleg een lastige situatie uit de praktijk, zoals een opdrachtgever die aanstuurt op een gewenste uitkomst van een advies. Medewerkers die een fout melden, merken dat dit wordt gewaardeerd.</w:t>
            </w:r>
          </w:p>
        </w:tc>
        <w:tc>
          <w:tcPr>
            <w:tcW w:w="1300" w:type="dxa"/>
            <w:tcMar>
              <w:top w:w="90" w:type="dxa"/>
              <w:left w:w="90" w:type="dxa"/>
              <w:bottom w:w="90" w:type="dxa"/>
              <w:right w:w="90" w:type="dxa"/>
            </w:tcMar>
          </w:tcPr>
          <w:p w14:paraId="06E577AB" w14:textId="77777777" w:rsidR="00767730" w:rsidRDefault="00687929">
            <w:pPr>
              <w:spacing w:after="40"/>
              <w:rPr>
                <w:rFonts w:ascii="Calibri" w:hAnsi="Calibri" w:cs="Calibri"/>
                <w:lang w:val="nl-NL"/>
              </w:rPr>
            </w:pPr>
            <w:r>
              <w:rPr>
                <w:rFonts w:ascii="Calibri" w:hAnsi="Calibri" w:cs="Calibri"/>
                <w:sz w:val="17"/>
                <w:szCs w:val="17"/>
                <w:lang w:val="nl-NL"/>
              </w:rPr>
              <w:t>5.1.1 i</w:t>
            </w:r>
          </w:p>
          <w:p w14:paraId="2C2C841C" w14:textId="77777777" w:rsidR="00767730" w:rsidRDefault="00687929">
            <w:pPr>
              <w:spacing w:after="0"/>
              <w:rPr>
                <w:rFonts w:ascii="Calibri" w:hAnsi="Calibri" w:cs="Calibri"/>
                <w:lang w:val="nl-NL"/>
              </w:rPr>
            </w:pPr>
            <w:r>
              <w:rPr>
                <w:rFonts w:ascii="Calibri" w:hAnsi="Calibri" w:cs="Calibri"/>
                <w:i/>
                <w:color w:val="698B4A"/>
                <w:sz w:val="17"/>
                <w:szCs w:val="17"/>
                <w:lang w:val="nl-NL"/>
              </w:rPr>
              <w:t>Eis</w:t>
            </w:r>
          </w:p>
        </w:tc>
        <w:tc>
          <w:tcPr>
            <w:tcW w:w="1650" w:type="dxa"/>
            <w:tcMar>
              <w:top w:w="90" w:type="dxa"/>
              <w:left w:w="90" w:type="dxa"/>
              <w:bottom w:w="90" w:type="dxa"/>
              <w:right w:w="90" w:type="dxa"/>
            </w:tcMar>
          </w:tcPr>
          <w:p w14:paraId="42D4E75C" w14:textId="77777777" w:rsidR="00767730" w:rsidRDefault="00687929">
            <w:pPr>
              <w:spacing w:after="40"/>
              <w:rPr>
                <w:rFonts w:ascii="Calibri" w:hAnsi="Calibri" w:cs="Calibri"/>
                <w:lang w:val="nl-NL"/>
              </w:rPr>
            </w:pPr>
            <w:sdt>
              <w:sdtPr>
                <w:id w:val="-109522524"/>
                <w14:checkbox>
                  <w14:checked w14:val="0"/>
                  <w14:checkedState w14:val="2612" w14:font="MS Gothic"/>
                  <w14:uncheckedState w14:val="2610" w14:font="MS Gothic"/>
                </w14:checkbox>
              </w:sdtPr>
              <w:sdtEndPr/>
              <w:sdtContent>
                <w:r>
                  <w:rPr>
                    <w:rFonts w:ascii="MS Gothic" w:eastAsia="MS Gothic" w:hAnsi="MS Gothic"/>
                    <w:sz w:val="18"/>
                  </w:rPr>
                  <w:t>☐</w:t>
                </w:r>
              </w:sdtContent>
            </w:sdt>
            <w:r>
              <w:rPr>
                <w:rFonts w:ascii="Calibri" w:hAnsi="Calibri" w:cs="Calibri"/>
                <w:sz w:val="17"/>
                <w:szCs w:val="17"/>
                <w:lang w:val="nl-NL"/>
              </w:rPr>
              <w:t xml:space="preserve"> Al aanwezig</w:t>
            </w:r>
          </w:p>
          <w:p w14:paraId="75BE80F2" w14:textId="77777777" w:rsidR="00767730" w:rsidRDefault="00687929">
            <w:pPr>
              <w:spacing w:after="40"/>
              <w:rPr>
                <w:rFonts w:ascii="Calibri" w:hAnsi="Calibri" w:cs="Calibri"/>
                <w:lang w:val="nl-NL"/>
              </w:rPr>
            </w:pPr>
            <w:sdt>
              <w:sdtPr>
                <w:id w:val="1355531353"/>
                <w14:checkbox>
                  <w14:checked w14:val="0"/>
                  <w14:checkedState w14:val="2612" w14:font="MS Gothic"/>
                  <w14:uncheckedState w14:val="2610" w14:font="MS Gothic"/>
                </w14:checkbox>
              </w:sdtPr>
              <w:sdtEndPr/>
              <w:sdtContent>
                <w:r>
                  <w:rPr>
                    <w:rFonts w:ascii="MS Gothic" w:eastAsia="MS Gothic" w:hAnsi="MS Gothic"/>
                    <w:sz w:val="18"/>
                  </w:rPr>
                  <w:t>☐</w:t>
                </w:r>
              </w:sdtContent>
            </w:sdt>
            <w:r>
              <w:rPr>
                <w:rFonts w:ascii="Calibri" w:hAnsi="Calibri" w:cs="Calibri"/>
                <w:sz w:val="17"/>
                <w:szCs w:val="17"/>
                <w:lang w:val="nl-NL"/>
              </w:rPr>
              <w:t xml:space="preserve"> Verduidelijken</w:t>
            </w:r>
          </w:p>
          <w:p w14:paraId="7A8C4576" w14:textId="77777777" w:rsidR="00767730" w:rsidRDefault="00687929">
            <w:pPr>
              <w:spacing w:after="40"/>
              <w:rPr>
                <w:rFonts w:ascii="Calibri" w:hAnsi="Calibri" w:cs="Calibri"/>
                <w:lang w:val="nl-NL"/>
              </w:rPr>
            </w:pPr>
            <w:sdt>
              <w:sdtPr>
                <w:id w:val="-459110780"/>
                <w14:checkbox>
                  <w14:checked w14:val="0"/>
                  <w14:checkedState w14:val="2612" w14:font="MS Gothic"/>
                  <w14:uncheckedState w14:val="2610" w14:font="MS Gothic"/>
                </w14:checkbox>
              </w:sdtPr>
              <w:sdtEndPr/>
              <w:sdtContent>
                <w:r>
                  <w:rPr>
                    <w:rFonts w:ascii="MS Gothic" w:eastAsia="MS Gothic" w:hAnsi="MS Gothic"/>
                    <w:sz w:val="18"/>
                  </w:rPr>
                  <w:t>☐</w:t>
                </w:r>
              </w:sdtContent>
            </w:sdt>
            <w:r>
              <w:rPr>
                <w:rFonts w:ascii="Calibri" w:hAnsi="Calibri" w:cs="Calibri"/>
                <w:sz w:val="17"/>
                <w:szCs w:val="17"/>
                <w:lang w:val="nl-NL"/>
              </w:rPr>
              <w:t xml:space="preserve"> Aanpassen</w:t>
            </w:r>
          </w:p>
        </w:tc>
        <w:tc>
          <w:tcPr>
            <w:tcW w:w="1962" w:type="dxa"/>
            <w:tcMar>
              <w:top w:w="90" w:type="dxa"/>
              <w:left w:w="90" w:type="dxa"/>
              <w:bottom w:w="90" w:type="dxa"/>
              <w:right w:w="90" w:type="dxa"/>
            </w:tcMar>
          </w:tcPr>
          <w:p w14:paraId="6D4CE469" w14:textId="77777777" w:rsidR="00767730" w:rsidRDefault="00767730">
            <w:pPr>
              <w:spacing w:after="0"/>
              <w:rPr>
                <w:rFonts w:ascii="Calibri" w:hAnsi="Calibri" w:cs="Calibri"/>
                <w:lang w:val="nl-NL"/>
              </w:rPr>
            </w:pPr>
          </w:p>
        </w:tc>
      </w:tr>
      <w:tr w:rsidR="00767730" w14:paraId="51F77FFD" w14:textId="77777777">
        <w:trPr>
          <w:cantSplit/>
          <w:jc w:val="center"/>
        </w:trPr>
        <w:tc>
          <w:tcPr>
            <w:tcW w:w="480" w:type="dxa"/>
            <w:tcMar>
              <w:top w:w="90" w:type="dxa"/>
              <w:left w:w="90" w:type="dxa"/>
              <w:bottom w:w="90" w:type="dxa"/>
              <w:right w:w="90" w:type="dxa"/>
            </w:tcMar>
          </w:tcPr>
          <w:p w14:paraId="6A5655CE" w14:textId="77777777" w:rsidR="00767730" w:rsidRDefault="00687929">
            <w:pPr>
              <w:spacing w:after="0"/>
              <w:rPr>
                <w:rFonts w:ascii="Calibri" w:hAnsi="Calibri" w:cs="Calibri"/>
                <w:lang w:val="nl-NL"/>
              </w:rPr>
            </w:pPr>
            <w:r>
              <w:t>4</w:t>
            </w:r>
          </w:p>
        </w:tc>
        <w:tc>
          <w:tcPr>
            <w:tcW w:w="4400" w:type="dxa"/>
            <w:tcMar>
              <w:top w:w="90" w:type="dxa"/>
              <w:left w:w="90" w:type="dxa"/>
              <w:bottom w:w="90" w:type="dxa"/>
              <w:right w:w="90" w:type="dxa"/>
            </w:tcMar>
          </w:tcPr>
          <w:p w14:paraId="0D269FE6" w14:textId="77777777" w:rsidR="00767730" w:rsidRDefault="00687929">
            <w:pPr>
              <w:spacing w:after="60"/>
              <w:rPr>
                <w:rFonts w:ascii="Calibri" w:hAnsi="Calibri" w:cs="Calibri"/>
                <w:lang w:val="nl-NL"/>
              </w:rPr>
            </w:pPr>
            <w:r>
              <w:rPr>
                <w:rFonts w:ascii="Calibri" w:hAnsi="Calibri" w:cs="Calibri"/>
                <w:b/>
                <w:sz w:val="18"/>
                <w:szCs w:val="18"/>
                <w:lang w:val="nl-NL"/>
              </w:rPr>
              <w:t>Weten medewerkers welke cultuur en welk gedrag de organisatie van hen verwacht?</w:t>
            </w:r>
          </w:p>
          <w:p w14:paraId="1DD0E8CA" w14:textId="77777777" w:rsidR="00767730" w:rsidRDefault="00687929">
            <w:pPr>
              <w:spacing w:after="0"/>
              <w:rPr>
                <w:rFonts w:ascii="Calibri" w:hAnsi="Calibri" w:cs="Calibri"/>
                <w:lang w:val="nl-NL"/>
              </w:rPr>
            </w:pPr>
            <w:r>
              <w:rPr>
                <w:rFonts w:ascii="Calibri" w:hAnsi="Calibri" w:cs="Calibri"/>
                <w:i/>
                <w:color w:val="666666"/>
                <w:sz w:val="17"/>
                <w:szCs w:val="17"/>
                <w:lang w:val="nl-NL"/>
              </w:rPr>
              <w:t xml:space="preserve">Voorbeeld: </w:t>
            </w:r>
            <w:r>
              <w:rPr>
                <w:rFonts w:ascii="Calibri" w:hAnsi="Calibri" w:cs="Calibri"/>
                <w:i/>
                <w:color w:val="666666"/>
                <w:sz w:val="17"/>
                <w:szCs w:val="17"/>
                <w:lang w:val="nl-NL"/>
              </w:rPr>
              <w:t>Nieuwe medewerkers en vrijwilligers horen tijdens het inwerken welke waarden de organisatie belangrijk vindt. Een medewerker kan in eigen woorden uitleggen wat dit betekent voor het dagelijks werk.</w:t>
            </w:r>
          </w:p>
        </w:tc>
        <w:tc>
          <w:tcPr>
            <w:tcW w:w="1300" w:type="dxa"/>
            <w:tcMar>
              <w:top w:w="90" w:type="dxa"/>
              <w:left w:w="90" w:type="dxa"/>
              <w:bottom w:w="90" w:type="dxa"/>
              <w:right w:w="90" w:type="dxa"/>
            </w:tcMar>
          </w:tcPr>
          <w:p w14:paraId="727F43A1" w14:textId="77777777" w:rsidR="00767730" w:rsidRDefault="00687929">
            <w:pPr>
              <w:spacing w:after="40"/>
              <w:rPr>
                <w:rFonts w:ascii="Calibri" w:hAnsi="Calibri" w:cs="Calibri"/>
                <w:lang w:val="nl-NL"/>
              </w:rPr>
            </w:pPr>
            <w:r>
              <w:rPr>
                <w:rFonts w:ascii="Calibri" w:hAnsi="Calibri" w:cs="Calibri"/>
                <w:sz w:val="17"/>
                <w:szCs w:val="17"/>
                <w:lang w:val="nl-NL"/>
              </w:rPr>
              <w:t>7.3 e</w:t>
            </w:r>
          </w:p>
          <w:p w14:paraId="175264D0" w14:textId="77777777" w:rsidR="00767730" w:rsidRDefault="00687929">
            <w:pPr>
              <w:spacing w:after="0"/>
              <w:rPr>
                <w:rFonts w:ascii="Calibri" w:hAnsi="Calibri" w:cs="Calibri"/>
                <w:lang w:val="nl-NL"/>
              </w:rPr>
            </w:pPr>
            <w:r>
              <w:rPr>
                <w:rFonts w:ascii="Calibri" w:hAnsi="Calibri" w:cs="Calibri"/>
                <w:i/>
                <w:color w:val="698B4A"/>
                <w:sz w:val="17"/>
                <w:szCs w:val="17"/>
                <w:lang w:val="nl-NL"/>
              </w:rPr>
              <w:t>Eis</w:t>
            </w:r>
          </w:p>
        </w:tc>
        <w:tc>
          <w:tcPr>
            <w:tcW w:w="1650" w:type="dxa"/>
            <w:tcMar>
              <w:top w:w="90" w:type="dxa"/>
              <w:left w:w="90" w:type="dxa"/>
              <w:bottom w:w="90" w:type="dxa"/>
              <w:right w:w="90" w:type="dxa"/>
            </w:tcMar>
          </w:tcPr>
          <w:p w14:paraId="4EF233A3" w14:textId="77777777" w:rsidR="00767730" w:rsidRDefault="00687929">
            <w:pPr>
              <w:spacing w:after="40"/>
              <w:rPr>
                <w:rFonts w:ascii="Calibri" w:hAnsi="Calibri" w:cs="Calibri"/>
                <w:lang w:val="nl-NL"/>
              </w:rPr>
            </w:pPr>
            <w:sdt>
              <w:sdtPr>
                <w:id w:val="2036839595"/>
                <w14:checkbox>
                  <w14:checked w14:val="0"/>
                  <w14:checkedState w14:val="2612" w14:font="MS Gothic"/>
                  <w14:uncheckedState w14:val="2610" w14:font="MS Gothic"/>
                </w14:checkbox>
              </w:sdtPr>
              <w:sdtEndPr/>
              <w:sdtContent>
                <w:r>
                  <w:rPr>
                    <w:rFonts w:ascii="MS Gothic" w:eastAsia="MS Gothic" w:hAnsi="MS Gothic"/>
                    <w:sz w:val="18"/>
                  </w:rPr>
                  <w:t>☐</w:t>
                </w:r>
              </w:sdtContent>
            </w:sdt>
            <w:r>
              <w:rPr>
                <w:rFonts w:ascii="Calibri" w:hAnsi="Calibri" w:cs="Calibri"/>
                <w:sz w:val="17"/>
                <w:szCs w:val="17"/>
                <w:lang w:val="nl-NL"/>
              </w:rPr>
              <w:t xml:space="preserve"> Al aanwezig</w:t>
            </w:r>
          </w:p>
          <w:p w14:paraId="3C688C6B" w14:textId="77777777" w:rsidR="00767730" w:rsidRDefault="00687929">
            <w:pPr>
              <w:spacing w:after="40"/>
              <w:rPr>
                <w:rFonts w:ascii="Calibri" w:hAnsi="Calibri" w:cs="Calibri"/>
                <w:lang w:val="nl-NL"/>
              </w:rPr>
            </w:pPr>
            <w:sdt>
              <w:sdtPr>
                <w:id w:val="599760412"/>
                <w14:checkbox>
                  <w14:checked w14:val="0"/>
                  <w14:checkedState w14:val="2612" w14:font="MS Gothic"/>
                  <w14:uncheckedState w14:val="2610" w14:font="MS Gothic"/>
                </w14:checkbox>
              </w:sdtPr>
              <w:sdtEndPr/>
              <w:sdtContent>
                <w:r>
                  <w:rPr>
                    <w:rFonts w:ascii="MS Gothic" w:eastAsia="MS Gothic" w:hAnsi="MS Gothic"/>
                    <w:sz w:val="18"/>
                  </w:rPr>
                  <w:t>☐</w:t>
                </w:r>
              </w:sdtContent>
            </w:sdt>
            <w:r>
              <w:rPr>
                <w:rFonts w:ascii="Calibri" w:hAnsi="Calibri" w:cs="Calibri"/>
                <w:sz w:val="17"/>
                <w:szCs w:val="17"/>
                <w:lang w:val="nl-NL"/>
              </w:rPr>
              <w:t xml:space="preserve"> Verduidelijken</w:t>
            </w:r>
          </w:p>
          <w:p w14:paraId="7FCA2574" w14:textId="77777777" w:rsidR="00767730" w:rsidRDefault="00687929">
            <w:pPr>
              <w:spacing w:after="40"/>
              <w:rPr>
                <w:rFonts w:ascii="Calibri" w:hAnsi="Calibri" w:cs="Calibri"/>
                <w:lang w:val="nl-NL"/>
              </w:rPr>
            </w:pPr>
            <w:sdt>
              <w:sdtPr>
                <w:id w:val="303517084"/>
                <w14:checkbox>
                  <w14:checked w14:val="0"/>
                  <w14:checkedState w14:val="2612" w14:font="MS Gothic"/>
                  <w14:uncheckedState w14:val="2610" w14:font="MS Gothic"/>
                </w14:checkbox>
              </w:sdtPr>
              <w:sdtEndPr/>
              <w:sdtContent>
                <w:r>
                  <w:rPr>
                    <w:rFonts w:ascii="MS Gothic" w:eastAsia="MS Gothic" w:hAnsi="MS Gothic"/>
                    <w:sz w:val="18"/>
                  </w:rPr>
                  <w:t>☐</w:t>
                </w:r>
              </w:sdtContent>
            </w:sdt>
            <w:r>
              <w:rPr>
                <w:rFonts w:ascii="Calibri" w:hAnsi="Calibri" w:cs="Calibri"/>
                <w:sz w:val="17"/>
                <w:szCs w:val="17"/>
                <w:lang w:val="nl-NL"/>
              </w:rPr>
              <w:t xml:space="preserve"> Aanpassen</w:t>
            </w:r>
          </w:p>
        </w:tc>
        <w:tc>
          <w:tcPr>
            <w:tcW w:w="1962" w:type="dxa"/>
            <w:tcMar>
              <w:top w:w="90" w:type="dxa"/>
              <w:left w:w="90" w:type="dxa"/>
              <w:bottom w:w="90" w:type="dxa"/>
              <w:right w:w="90" w:type="dxa"/>
            </w:tcMar>
          </w:tcPr>
          <w:p w14:paraId="5A7B945C" w14:textId="77777777" w:rsidR="00767730" w:rsidRDefault="00767730">
            <w:pPr>
              <w:spacing w:after="0"/>
              <w:rPr>
                <w:rFonts w:ascii="Calibri" w:hAnsi="Calibri" w:cs="Calibri"/>
                <w:lang w:val="nl-NL"/>
              </w:rPr>
            </w:pPr>
          </w:p>
        </w:tc>
      </w:tr>
      <w:tr w:rsidR="00767730" w14:paraId="2614A19E" w14:textId="77777777">
        <w:trPr>
          <w:cantSplit/>
          <w:jc w:val="center"/>
        </w:trPr>
        <w:tc>
          <w:tcPr>
            <w:tcW w:w="480" w:type="dxa"/>
            <w:tcMar>
              <w:top w:w="90" w:type="dxa"/>
              <w:left w:w="90" w:type="dxa"/>
              <w:bottom w:w="90" w:type="dxa"/>
              <w:right w:w="90" w:type="dxa"/>
            </w:tcMar>
          </w:tcPr>
          <w:p w14:paraId="1EF5DC56" w14:textId="77777777" w:rsidR="00767730" w:rsidRDefault="00687929">
            <w:pPr>
              <w:spacing w:after="0"/>
              <w:rPr>
                <w:rFonts w:ascii="Calibri" w:hAnsi="Calibri" w:cs="Calibri"/>
                <w:lang w:val="nl-NL"/>
              </w:rPr>
            </w:pPr>
            <w:r>
              <w:lastRenderedPageBreak/>
              <w:t>5</w:t>
            </w:r>
          </w:p>
        </w:tc>
        <w:tc>
          <w:tcPr>
            <w:tcW w:w="4400" w:type="dxa"/>
            <w:tcMar>
              <w:top w:w="90" w:type="dxa"/>
              <w:left w:w="90" w:type="dxa"/>
              <w:bottom w:w="90" w:type="dxa"/>
              <w:right w:w="90" w:type="dxa"/>
            </w:tcMar>
          </w:tcPr>
          <w:p w14:paraId="59129766" w14:textId="77777777" w:rsidR="00767730" w:rsidRPr="0022688C" w:rsidRDefault="00687929">
            <w:pPr>
              <w:rPr>
                <w:rFonts w:asciiTheme="majorHAnsi" w:hAnsiTheme="majorHAnsi" w:cstheme="majorHAnsi"/>
                <w:sz w:val="18"/>
                <w:szCs w:val="18"/>
              </w:rPr>
            </w:pPr>
            <w:r w:rsidRPr="0022688C">
              <w:rPr>
                <w:rFonts w:asciiTheme="majorHAnsi" w:hAnsiTheme="majorHAnsi" w:cstheme="majorHAnsi"/>
                <w:b/>
                <w:sz w:val="18"/>
                <w:szCs w:val="18"/>
              </w:rPr>
              <w:t>Begrijpen medewerkers wat goede kwaliteit in hun werk betekent en is dat zichtbaar in de dagelijkse praktijk?</w:t>
            </w:r>
          </w:p>
          <w:p w14:paraId="3946FAD3" w14:textId="77777777" w:rsidR="00767730" w:rsidRPr="00FE56C5" w:rsidRDefault="00687929">
            <w:pPr>
              <w:rPr>
                <w:rFonts w:asciiTheme="majorHAnsi" w:hAnsiTheme="majorHAnsi" w:cstheme="majorHAnsi"/>
                <w:sz w:val="17"/>
                <w:szCs w:val="17"/>
              </w:rPr>
            </w:pPr>
            <w:r w:rsidRPr="00FE56C5">
              <w:rPr>
                <w:rFonts w:asciiTheme="majorHAnsi" w:hAnsiTheme="majorHAnsi" w:cstheme="majorHAnsi"/>
                <w:i/>
                <w:color w:val="666666"/>
                <w:sz w:val="17"/>
                <w:szCs w:val="17"/>
              </w:rPr>
              <w:t>Voorbeeld: Een medewerker kan in eigen woorden uitleggen wat uitgangspunten zoals klantgerichtheid, zorgvuldigheid of tijdige dienstverlening voor de eigen werkzaamheden betekenen. Dit is ook herkenbaar in de keuzes en werkwijze van de medewerker.</w:t>
            </w:r>
          </w:p>
        </w:tc>
        <w:tc>
          <w:tcPr>
            <w:tcW w:w="1300" w:type="dxa"/>
            <w:tcMar>
              <w:top w:w="90" w:type="dxa"/>
              <w:left w:w="90" w:type="dxa"/>
              <w:bottom w:w="90" w:type="dxa"/>
              <w:right w:w="90" w:type="dxa"/>
            </w:tcMar>
          </w:tcPr>
          <w:p w14:paraId="7311312A" w14:textId="77777777" w:rsidR="00767730" w:rsidRPr="0057627A" w:rsidRDefault="00687929">
            <w:pPr>
              <w:rPr>
                <w:rFonts w:asciiTheme="majorHAnsi" w:hAnsiTheme="majorHAnsi" w:cstheme="majorHAnsi"/>
                <w:sz w:val="17"/>
                <w:szCs w:val="17"/>
              </w:rPr>
            </w:pPr>
            <w:r w:rsidRPr="0057627A">
              <w:rPr>
                <w:rFonts w:asciiTheme="majorHAnsi" w:hAnsiTheme="majorHAnsi" w:cstheme="majorHAnsi"/>
                <w:sz w:val="17"/>
                <w:szCs w:val="17"/>
              </w:rPr>
              <w:t>5.2.2 d</w:t>
            </w:r>
          </w:p>
          <w:p w14:paraId="75980128" w14:textId="77777777" w:rsidR="00767730" w:rsidRDefault="00687929" w:rsidP="00406B13">
            <w:pPr>
              <w:spacing w:after="0"/>
            </w:pPr>
            <w:r w:rsidRPr="00406B13">
              <w:rPr>
                <w:rFonts w:ascii="Calibri" w:hAnsi="Calibri" w:cs="Calibri"/>
                <w:i/>
                <w:color w:val="698B4A"/>
                <w:sz w:val="17"/>
                <w:szCs w:val="17"/>
                <w:lang w:val="nl-NL"/>
              </w:rPr>
              <w:t>Eis</w:t>
            </w:r>
          </w:p>
        </w:tc>
        <w:tc>
          <w:tcPr>
            <w:tcW w:w="1650" w:type="dxa"/>
            <w:tcMar>
              <w:top w:w="90" w:type="dxa"/>
              <w:left w:w="90" w:type="dxa"/>
              <w:bottom w:w="90" w:type="dxa"/>
              <w:right w:w="90" w:type="dxa"/>
            </w:tcMar>
          </w:tcPr>
          <w:p w14:paraId="637140C2" w14:textId="77777777" w:rsidR="00767730" w:rsidRDefault="00687929">
            <w:pPr>
              <w:spacing w:after="40"/>
              <w:rPr>
                <w:rFonts w:ascii="Calibri" w:hAnsi="Calibri" w:cs="Calibri"/>
                <w:lang w:val="nl-NL"/>
              </w:rPr>
            </w:pPr>
            <w:sdt>
              <w:sdtPr>
                <w:id w:val="362564002"/>
                <w14:checkbox>
                  <w14:checked w14:val="0"/>
                  <w14:checkedState w14:val="2612" w14:font="MS Gothic"/>
                  <w14:uncheckedState w14:val="2610" w14:font="MS Gothic"/>
                </w14:checkbox>
              </w:sdtPr>
              <w:sdtEndPr/>
              <w:sdtContent>
                <w:r>
                  <w:rPr>
                    <w:rFonts w:ascii="MS Gothic" w:eastAsia="MS Gothic" w:hAnsi="MS Gothic"/>
                    <w:sz w:val="18"/>
                  </w:rPr>
                  <w:t>☐</w:t>
                </w:r>
              </w:sdtContent>
            </w:sdt>
            <w:r>
              <w:rPr>
                <w:rFonts w:ascii="Calibri" w:hAnsi="Calibri" w:cs="Calibri"/>
                <w:sz w:val="17"/>
                <w:szCs w:val="17"/>
                <w:lang w:val="nl-NL"/>
              </w:rPr>
              <w:t xml:space="preserve"> Al aanwezig</w:t>
            </w:r>
          </w:p>
          <w:p w14:paraId="0DF8872C" w14:textId="77777777" w:rsidR="00767730" w:rsidRDefault="00687929">
            <w:pPr>
              <w:spacing w:after="40"/>
              <w:rPr>
                <w:rFonts w:ascii="Calibri" w:hAnsi="Calibri" w:cs="Calibri"/>
                <w:lang w:val="nl-NL"/>
              </w:rPr>
            </w:pPr>
            <w:sdt>
              <w:sdtPr>
                <w:id w:val="617411212"/>
                <w14:checkbox>
                  <w14:checked w14:val="0"/>
                  <w14:checkedState w14:val="2612" w14:font="MS Gothic"/>
                  <w14:uncheckedState w14:val="2610" w14:font="MS Gothic"/>
                </w14:checkbox>
              </w:sdtPr>
              <w:sdtEndPr/>
              <w:sdtContent>
                <w:r>
                  <w:rPr>
                    <w:rFonts w:ascii="MS Gothic" w:eastAsia="MS Gothic" w:hAnsi="MS Gothic"/>
                    <w:sz w:val="18"/>
                  </w:rPr>
                  <w:t>☐</w:t>
                </w:r>
              </w:sdtContent>
            </w:sdt>
            <w:r>
              <w:rPr>
                <w:rFonts w:ascii="Calibri" w:hAnsi="Calibri" w:cs="Calibri"/>
                <w:sz w:val="17"/>
                <w:szCs w:val="17"/>
                <w:lang w:val="nl-NL"/>
              </w:rPr>
              <w:t xml:space="preserve"> Verduidelijken</w:t>
            </w:r>
          </w:p>
          <w:p w14:paraId="2851C8E9" w14:textId="77777777" w:rsidR="00767730" w:rsidRDefault="00687929">
            <w:pPr>
              <w:spacing w:after="40"/>
              <w:rPr>
                <w:rFonts w:ascii="Calibri" w:hAnsi="Calibri" w:cs="Calibri"/>
                <w:lang w:val="nl-NL"/>
              </w:rPr>
            </w:pPr>
            <w:sdt>
              <w:sdtPr>
                <w:id w:val="-920019692"/>
                <w14:checkbox>
                  <w14:checked w14:val="0"/>
                  <w14:checkedState w14:val="2612" w14:font="MS Gothic"/>
                  <w14:uncheckedState w14:val="2610" w14:font="MS Gothic"/>
                </w14:checkbox>
              </w:sdtPr>
              <w:sdtEndPr/>
              <w:sdtContent>
                <w:r>
                  <w:rPr>
                    <w:rFonts w:ascii="MS Gothic" w:eastAsia="MS Gothic" w:hAnsi="MS Gothic"/>
                    <w:sz w:val="18"/>
                  </w:rPr>
                  <w:t>☐</w:t>
                </w:r>
              </w:sdtContent>
            </w:sdt>
            <w:r>
              <w:rPr>
                <w:rFonts w:ascii="Calibri" w:hAnsi="Calibri" w:cs="Calibri"/>
                <w:sz w:val="17"/>
                <w:szCs w:val="17"/>
                <w:lang w:val="nl-NL"/>
              </w:rPr>
              <w:t xml:space="preserve"> Aanpassen</w:t>
            </w:r>
          </w:p>
        </w:tc>
        <w:tc>
          <w:tcPr>
            <w:tcW w:w="1962" w:type="dxa"/>
            <w:tcMar>
              <w:top w:w="90" w:type="dxa"/>
              <w:left w:w="90" w:type="dxa"/>
              <w:bottom w:w="90" w:type="dxa"/>
              <w:right w:w="90" w:type="dxa"/>
            </w:tcMar>
          </w:tcPr>
          <w:p w14:paraId="2CD5EDE8" w14:textId="77777777" w:rsidR="00767730" w:rsidRDefault="00767730">
            <w:pPr>
              <w:spacing w:after="0"/>
              <w:rPr>
                <w:rFonts w:ascii="Calibri" w:hAnsi="Calibri" w:cs="Calibri"/>
                <w:lang w:val="nl-NL"/>
              </w:rPr>
            </w:pPr>
          </w:p>
        </w:tc>
      </w:tr>
      <w:tr w:rsidR="00767730" w14:paraId="10F77585" w14:textId="77777777">
        <w:trPr>
          <w:cantSplit/>
          <w:jc w:val="center"/>
        </w:trPr>
        <w:tc>
          <w:tcPr>
            <w:tcW w:w="480" w:type="dxa"/>
            <w:tcMar>
              <w:top w:w="90" w:type="dxa"/>
              <w:left w:w="90" w:type="dxa"/>
              <w:bottom w:w="90" w:type="dxa"/>
              <w:right w:w="90" w:type="dxa"/>
            </w:tcMar>
          </w:tcPr>
          <w:p w14:paraId="0088F70E" w14:textId="77777777" w:rsidR="00767730" w:rsidRDefault="00687929">
            <w:pPr>
              <w:spacing w:after="0"/>
              <w:rPr>
                <w:rFonts w:ascii="Calibri" w:hAnsi="Calibri" w:cs="Calibri"/>
                <w:lang w:val="nl-NL"/>
              </w:rPr>
            </w:pPr>
            <w:r>
              <w:t>6</w:t>
            </w:r>
          </w:p>
        </w:tc>
        <w:tc>
          <w:tcPr>
            <w:tcW w:w="4400" w:type="dxa"/>
            <w:tcMar>
              <w:top w:w="90" w:type="dxa"/>
              <w:left w:w="90" w:type="dxa"/>
              <w:bottom w:w="90" w:type="dxa"/>
              <w:right w:w="90" w:type="dxa"/>
            </w:tcMar>
          </w:tcPr>
          <w:p w14:paraId="217A8098" w14:textId="77777777" w:rsidR="00767730" w:rsidRDefault="00687929">
            <w:pPr>
              <w:spacing w:after="60"/>
              <w:rPr>
                <w:rFonts w:ascii="Calibri" w:hAnsi="Calibri" w:cs="Calibri"/>
                <w:lang w:val="nl-NL"/>
              </w:rPr>
            </w:pPr>
            <w:r>
              <w:rPr>
                <w:rFonts w:ascii="Calibri" w:hAnsi="Calibri" w:cs="Calibri"/>
                <w:b/>
                <w:sz w:val="18"/>
                <w:szCs w:val="18"/>
                <w:lang w:val="nl-NL"/>
              </w:rPr>
              <w:t>Stimuleert de directie dat bij beslissingen niet alleen naar risico’s wordt gekeken, maar ook naar kansen?</w:t>
            </w:r>
          </w:p>
          <w:p w14:paraId="73A41D03" w14:textId="77777777" w:rsidR="00767730" w:rsidRDefault="00687929">
            <w:pPr>
              <w:spacing w:after="0"/>
              <w:rPr>
                <w:rFonts w:ascii="Calibri" w:hAnsi="Calibri" w:cs="Calibri"/>
                <w:lang w:val="nl-NL"/>
              </w:rPr>
            </w:pPr>
            <w:r>
              <w:rPr>
                <w:rFonts w:ascii="Calibri" w:hAnsi="Calibri" w:cs="Calibri"/>
                <w:i/>
                <w:color w:val="666666"/>
                <w:sz w:val="17"/>
                <w:szCs w:val="17"/>
                <w:lang w:val="nl-NL"/>
              </w:rPr>
              <w:t xml:space="preserve">Voorbeeld: </w:t>
            </w:r>
            <w:r>
              <w:rPr>
                <w:rFonts w:ascii="Calibri" w:hAnsi="Calibri" w:cs="Calibri"/>
                <w:i/>
                <w:color w:val="666666"/>
                <w:sz w:val="17"/>
                <w:szCs w:val="17"/>
                <w:lang w:val="nl-NL"/>
              </w:rPr>
              <w:t>Bij de keuze om trainingen ook online aan te bieden wordt niet alleen besproken wat er mis kan gaan, maar ook wat het kan opleveren, zoals nieuwe deelnemers of minder reistijd.</w:t>
            </w:r>
          </w:p>
        </w:tc>
        <w:tc>
          <w:tcPr>
            <w:tcW w:w="1300" w:type="dxa"/>
            <w:tcMar>
              <w:top w:w="90" w:type="dxa"/>
              <w:left w:w="90" w:type="dxa"/>
              <w:bottom w:w="90" w:type="dxa"/>
              <w:right w:w="90" w:type="dxa"/>
            </w:tcMar>
          </w:tcPr>
          <w:p w14:paraId="79F9E09A" w14:textId="77777777" w:rsidR="00767730" w:rsidRDefault="00687929">
            <w:pPr>
              <w:spacing w:after="40"/>
              <w:rPr>
                <w:rFonts w:ascii="Calibri" w:hAnsi="Calibri" w:cs="Calibri"/>
                <w:lang w:val="nl-NL"/>
              </w:rPr>
            </w:pPr>
            <w:r>
              <w:rPr>
                <w:rFonts w:ascii="Calibri" w:hAnsi="Calibri" w:cs="Calibri"/>
                <w:sz w:val="17"/>
                <w:szCs w:val="17"/>
                <w:lang w:val="nl-NL"/>
              </w:rPr>
              <w:t>5.1.1 k</w:t>
            </w:r>
          </w:p>
          <w:p w14:paraId="022A7ABF" w14:textId="77777777" w:rsidR="00767730" w:rsidRDefault="00687929">
            <w:pPr>
              <w:spacing w:after="0"/>
              <w:rPr>
                <w:rFonts w:ascii="Calibri" w:hAnsi="Calibri" w:cs="Calibri"/>
                <w:lang w:val="nl-NL"/>
              </w:rPr>
            </w:pPr>
            <w:r>
              <w:rPr>
                <w:rFonts w:ascii="Calibri" w:hAnsi="Calibri" w:cs="Calibri"/>
                <w:i/>
                <w:color w:val="698B4A"/>
                <w:sz w:val="17"/>
                <w:szCs w:val="17"/>
                <w:lang w:val="nl-NL"/>
              </w:rPr>
              <w:t>Eis</w:t>
            </w:r>
          </w:p>
        </w:tc>
        <w:tc>
          <w:tcPr>
            <w:tcW w:w="1650" w:type="dxa"/>
            <w:tcMar>
              <w:top w:w="90" w:type="dxa"/>
              <w:left w:w="90" w:type="dxa"/>
              <w:bottom w:w="90" w:type="dxa"/>
              <w:right w:w="90" w:type="dxa"/>
            </w:tcMar>
          </w:tcPr>
          <w:p w14:paraId="32B39C2C" w14:textId="77777777" w:rsidR="00767730" w:rsidRDefault="00687929">
            <w:pPr>
              <w:spacing w:after="40"/>
              <w:rPr>
                <w:rFonts w:ascii="Calibri" w:hAnsi="Calibri" w:cs="Calibri"/>
                <w:lang w:val="nl-NL"/>
              </w:rPr>
            </w:pPr>
            <w:sdt>
              <w:sdtPr>
                <w:id w:val="1593130790"/>
                <w14:checkbox>
                  <w14:checked w14:val="0"/>
                  <w14:checkedState w14:val="2612" w14:font="MS Gothic"/>
                  <w14:uncheckedState w14:val="2610" w14:font="MS Gothic"/>
                </w14:checkbox>
              </w:sdtPr>
              <w:sdtEndPr/>
              <w:sdtContent>
                <w:r>
                  <w:rPr>
                    <w:rFonts w:ascii="MS Gothic" w:eastAsia="MS Gothic" w:hAnsi="MS Gothic"/>
                    <w:sz w:val="18"/>
                  </w:rPr>
                  <w:t>☐</w:t>
                </w:r>
              </w:sdtContent>
            </w:sdt>
            <w:r>
              <w:rPr>
                <w:rFonts w:ascii="Calibri" w:hAnsi="Calibri" w:cs="Calibri"/>
                <w:sz w:val="17"/>
                <w:szCs w:val="17"/>
                <w:lang w:val="nl-NL"/>
              </w:rPr>
              <w:t xml:space="preserve"> Al aanwezig</w:t>
            </w:r>
          </w:p>
          <w:p w14:paraId="6F813CB1" w14:textId="77777777" w:rsidR="00767730" w:rsidRDefault="00687929">
            <w:pPr>
              <w:spacing w:after="40"/>
              <w:rPr>
                <w:rFonts w:ascii="Calibri" w:hAnsi="Calibri" w:cs="Calibri"/>
                <w:lang w:val="nl-NL"/>
              </w:rPr>
            </w:pPr>
            <w:sdt>
              <w:sdtPr>
                <w:id w:val="-1744627645"/>
                <w14:checkbox>
                  <w14:checked w14:val="0"/>
                  <w14:checkedState w14:val="2612" w14:font="MS Gothic"/>
                  <w14:uncheckedState w14:val="2610" w14:font="MS Gothic"/>
                </w14:checkbox>
              </w:sdtPr>
              <w:sdtEndPr/>
              <w:sdtContent>
                <w:r>
                  <w:rPr>
                    <w:rFonts w:ascii="MS Gothic" w:eastAsia="MS Gothic" w:hAnsi="MS Gothic"/>
                    <w:sz w:val="18"/>
                  </w:rPr>
                  <w:t>☐</w:t>
                </w:r>
              </w:sdtContent>
            </w:sdt>
            <w:r>
              <w:rPr>
                <w:rFonts w:ascii="Calibri" w:hAnsi="Calibri" w:cs="Calibri"/>
                <w:sz w:val="17"/>
                <w:szCs w:val="17"/>
                <w:lang w:val="nl-NL"/>
              </w:rPr>
              <w:t xml:space="preserve"> Verduidelijken</w:t>
            </w:r>
          </w:p>
          <w:p w14:paraId="05A3A5F0" w14:textId="77777777" w:rsidR="00767730" w:rsidRDefault="00687929">
            <w:pPr>
              <w:spacing w:after="40"/>
              <w:rPr>
                <w:rFonts w:ascii="Calibri" w:hAnsi="Calibri" w:cs="Calibri"/>
                <w:lang w:val="nl-NL"/>
              </w:rPr>
            </w:pPr>
            <w:sdt>
              <w:sdtPr>
                <w:id w:val="-465429329"/>
                <w14:checkbox>
                  <w14:checked w14:val="0"/>
                  <w14:checkedState w14:val="2612" w14:font="MS Gothic"/>
                  <w14:uncheckedState w14:val="2610" w14:font="MS Gothic"/>
                </w14:checkbox>
              </w:sdtPr>
              <w:sdtEndPr/>
              <w:sdtContent>
                <w:r>
                  <w:rPr>
                    <w:rFonts w:ascii="MS Gothic" w:eastAsia="MS Gothic" w:hAnsi="MS Gothic"/>
                    <w:sz w:val="18"/>
                  </w:rPr>
                  <w:t>☐</w:t>
                </w:r>
              </w:sdtContent>
            </w:sdt>
            <w:r>
              <w:rPr>
                <w:rFonts w:ascii="Calibri" w:hAnsi="Calibri" w:cs="Calibri"/>
                <w:sz w:val="17"/>
                <w:szCs w:val="17"/>
                <w:lang w:val="nl-NL"/>
              </w:rPr>
              <w:t xml:space="preserve"> Aanpassen</w:t>
            </w:r>
          </w:p>
        </w:tc>
        <w:tc>
          <w:tcPr>
            <w:tcW w:w="1962" w:type="dxa"/>
            <w:tcMar>
              <w:top w:w="90" w:type="dxa"/>
              <w:left w:w="90" w:type="dxa"/>
              <w:bottom w:w="90" w:type="dxa"/>
              <w:right w:w="90" w:type="dxa"/>
            </w:tcMar>
          </w:tcPr>
          <w:p w14:paraId="5B6D7391" w14:textId="77777777" w:rsidR="00767730" w:rsidRDefault="00767730">
            <w:pPr>
              <w:spacing w:after="0"/>
              <w:rPr>
                <w:rFonts w:ascii="Calibri" w:hAnsi="Calibri" w:cs="Calibri"/>
                <w:lang w:val="nl-NL"/>
              </w:rPr>
            </w:pPr>
          </w:p>
        </w:tc>
      </w:tr>
      <w:tr w:rsidR="00767730" w14:paraId="7257C77F" w14:textId="77777777">
        <w:trPr>
          <w:cantSplit/>
          <w:jc w:val="center"/>
        </w:trPr>
        <w:tc>
          <w:tcPr>
            <w:tcW w:w="480" w:type="dxa"/>
            <w:tcMar>
              <w:top w:w="90" w:type="dxa"/>
              <w:left w:w="90" w:type="dxa"/>
              <w:bottom w:w="90" w:type="dxa"/>
              <w:right w:w="90" w:type="dxa"/>
            </w:tcMar>
          </w:tcPr>
          <w:p w14:paraId="00641BC1" w14:textId="77777777" w:rsidR="00767730" w:rsidRDefault="00687929">
            <w:pPr>
              <w:spacing w:after="0"/>
              <w:rPr>
                <w:rFonts w:ascii="Calibri" w:hAnsi="Calibri" w:cs="Calibri"/>
                <w:lang w:val="nl-NL"/>
              </w:rPr>
            </w:pPr>
            <w:r>
              <w:t>7</w:t>
            </w:r>
          </w:p>
        </w:tc>
        <w:tc>
          <w:tcPr>
            <w:tcW w:w="4400" w:type="dxa"/>
            <w:tcMar>
              <w:top w:w="90" w:type="dxa"/>
              <w:left w:w="90" w:type="dxa"/>
              <w:bottom w:w="90" w:type="dxa"/>
              <w:right w:w="90" w:type="dxa"/>
            </w:tcMar>
          </w:tcPr>
          <w:p w14:paraId="1B896394" w14:textId="77777777" w:rsidR="00767730" w:rsidRDefault="00687929">
            <w:pPr>
              <w:spacing w:after="60"/>
              <w:rPr>
                <w:rFonts w:ascii="Calibri" w:hAnsi="Calibri" w:cs="Calibri"/>
                <w:lang w:val="nl-NL"/>
              </w:rPr>
            </w:pPr>
            <w:r>
              <w:rPr>
                <w:rFonts w:ascii="Calibri" w:hAnsi="Calibri" w:cs="Calibri"/>
                <w:b/>
                <w:sz w:val="18"/>
                <w:szCs w:val="18"/>
                <w:lang w:val="nl-NL"/>
              </w:rPr>
              <w:t>Is in de werkomgeving ook aandacht voor sociale en psychische factoren, zoals werkdruk en omgangsvormen?</w:t>
            </w:r>
          </w:p>
          <w:p w14:paraId="00BDDB8B" w14:textId="77777777" w:rsidR="00767730" w:rsidRDefault="00687929">
            <w:pPr>
              <w:spacing w:after="0"/>
              <w:rPr>
                <w:rFonts w:ascii="Calibri" w:hAnsi="Calibri" w:cs="Calibri"/>
                <w:lang w:val="nl-NL"/>
              </w:rPr>
            </w:pPr>
            <w:r>
              <w:rPr>
                <w:rFonts w:ascii="Calibri" w:hAnsi="Calibri" w:cs="Calibri"/>
                <w:i/>
                <w:color w:val="666666"/>
                <w:sz w:val="17"/>
                <w:szCs w:val="17"/>
                <w:lang w:val="nl-NL"/>
              </w:rPr>
              <w:t xml:space="preserve">Voorbeeld: </w:t>
            </w:r>
            <w:r>
              <w:rPr>
                <w:rFonts w:ascii="Calibri" w:hAnsi="Calibri" w:cs="Calibri"/>
                <w:i/>
                <w:color w:val="666666"/>
                <w:sz w:val="17"/>
                <w:szCs w:val="17"/>
                <w:lang w:val="nl-NL"/>
              </w:rPr>
              <w:t>Signalen van hoge werkdruk, bijvoorbeeld bij adviseurs met veel opdrachten tegelijk, komen aan bod in het werkoverleg. Medewerkers weten bij wie zij terechtkunnen bij ongewenst gedrag.</w:t>
            </w:r>
          </w:p>
        </w:tc>
        <w:tc>
          <w:tcPr>
            <w:tcW w:w="1300" w:type="dxa"/>
            <w:tcMar>
              <w:top w:w="90" w:type="dxa"/>
              <w:left w:w="90" w:type="dxa"/>
              <w:bottom w:w="90" w:type="dxa"/>
              <w:right w:w="90" w:type="dxa"/>
            </w:tcMar>
          </w:tcPr>
          <w:p w14:paraId="0E9C1CE5" w14:textId="77777777" w:rsidR="00767730" w:rsidRDefault="00687929">
            <w:pPr>
              <w:spacing w:after="40"/>
              <w:rPr>
                <w:rFonts w:ascii="Calibri" w:hAnsi="Calibri" w:cs="Calibri"/>
                <w:lang w:val="nl-NL"/>
              </w:rPr>
            </w:pPr>
            <w:r>
              <w:rPr>
                <w:rFonts w:ascii="Calibri" w:hAnsi="Calibri" w:cs="Calibri"/>
                <w:sz w:val="17"/>
                <w:szCs w:val="17"/>
                <w:lang w:val="nl-NL"/>
              </w:rPr>
              <w:t>7.1.4</w:t>
            </w:r>
          </w:p>
          <w:p w14:paraId="160D35EB" w14:textId="77777777" w:rsidR="00767730" w:rsidRDefault="00687929">
            <w:pPr>
              <w:spacing w:after="0"/>
              <w:rPr>
                <w:rFonts w:ascii="Calibri" w:hAnsi="Calibri" w:cs="Calibri"/>
                <w:lang w:val="nl-NL"/>
              </w:rPr>
            </w:pPr>
            <w:r>
              <w:rPr>
                <w:rFonts w:ascii="Calibri" w:hAnsi="Calibri" w:cs="Calibri"/>
                <w:i/>
                <w:color w:val="2E5496"/>
                <w:sz w:val="17"/>
                <w:szCs w:val="17"/>
                <w:lang w:val="nl-NL"/>
              </w:rPr>
              <w:t>Aandachtspunt</w:t>
            </w:r>
          </w:p>
        </w:tc>
        <w:tc>
          <w:tcPr>
            <w:tcW w:w="1650" w:type="dxa"/>
            <w:tcMar>
              <w:top w:w="90" w:type="dxa"/>
              <w:left w:w="90" w:type="dxa"/>
              <w:bottom w:w="90" w:type="dxa"/>
              <w:right w:w="90" w:type="dxa"/>
            </w:tcMar>
          </w:tcPr>
          <w:p w14:paraId="13DA243F" w14:textId="77777777" w:rsidR="00767730" w:rsidRDefault="00687929">
            <w:pPr>
              <w:spacing w:after="40"/>
              <w:rPr>
                <w:rFonts w:ascii="Calibri" w:hAnsi="Calibri" w:cs="Calibri"/>
                <w:lang w:val="nl-NL"/>
              </w:rPr>
            </w:pPr>
            <w:sdt>
              <w:sdtPr>
                <w:id w:val="1700360951"/>
                <w14:checkbox>
                  <w14:checked w14:val="0"/>
                  <w14:checkedState w14:val="2612" w14:font="MS Gothic"/>
                  <w14:uncheckedState w14:val="2610" w14:font="MS Gothic"/>
                </w14:checkbox>
              </w:sdtPr>
              <w:sdtEndPr/>
              <w:sdtContent>
                <w:r>
                  <w:rPr>
                    <w:rFonts w:ascii="MS Gothic" w:eastAsia="MS Gothic" w:hAnsi="MS Gothic"/>
                    <w:sz w:val="18"/>
                  </w:rPr>
                  <w:t>☐</w:t>
                </w:r>
              </w:sdtContent>
            </w:sdt>
            <w:r>
              <w:rPr>
                <w:rFonts w:ascii="Calibri" w:hAnsi="Calibri" w:cs="Calibri"/>
                <w:sz w:val="17"/>
                <w:szCs w:val="17"/>
                <w:lang w:val="nl-NL"/>
              </w:rPr>
              <w:t xml:space="preserve"> Al aanwezig</w:t>
            </w:r>
          </w:p>
          <w:p w14:paraId="6CCAD241" w14:textId="77777777" w:rsidR="00767730" w:rsidRDefault="00687929">
            <w:pPr>
              <w:spacing w:after="40"/>
              <w:rPr>
                <w:rFonts w:ascii="Calibri" w:hAnsi="Calibri" w:cs="Calibri"/>
                <w:lang w:val="nl-NL"/>
              </w:rPr>
            </w:pPr>
            <w:sdt>
              <w:sdtPr>
                <w:id w:val="2011255035"/>
                <w14:checkbox>
                  <w14:checked w14:val="0"/>
                  <w14:checkedState w14:val="2612" w14:font="MS Gothic"/>
                  <w14:uncheckedState w14:val="2610" w14:font="MS Gothic"/>
                </w14:checkbox>
              </w:sdtPr>
              <w:sdtEndPr/>
              <w:sdtContent>
                <w:r>
                  <w:rPr>
                    <w:rFonts w:ascii="MS Gothic" w:eastAsia="MS Gothic" w:hAnsi="MS Gothic"/>
                    <w:sz w:val="18"/>
                  </w:rPr>
                  <w:t>☐</w:t>
                </w:r>
              </w:sdtContent>
            </w:sdt>
            <w:r>
              <w:rPr>
                <w:rFonts w:ascii="Calibri" w:hAnsi="Calibri" w:cs="Calibri"/>
                <w:sz w:val="17"/>
                <w:szCs w:val="17"/>
                <w:lang w:val="nl-NL"/>
              </w:rPr>
              <w:t xml:space="preserve"> Verduidelijken</w:t>
            </w:r>
          </w:p>
          <w:p w14:paraId="7DED6571" w14:textId="77777777" w:rsidR="00767730" w:rsidRDefault="00687929">
            <w:pPr>
              <w:spacing w:after="40"/>
              <w:rPr>
                <w:rFonts w:ascii="Calibri" w:hAnsi="Calibri" w:cs="Calibri"/>
                <w:lang w:val="nl-NL"/>
              </w:rPr>
            </w:pPr>
            <w:sdt>
              <w:sdtPr>
                <w:id w:val="783534983"/>
                <w14:checkbox>
                  <w14:checked w14:val="0"/>
                  <w14:checkedState w14:val="2612" w14:font="MS Gothic"/>
                  <w14:uncheckedState w14:val="2610" w14:font="MS Gothic"/>
                </w14:checkbox>
              </w:sdtPr>
              <w:sdtEndPr/>
              <w:sdtContent>
                <w:r>
                  <w:rPr>
                    <w:rFonts w:ascii="MS Gothic" w:eastAsia="MS Gothic" w:hAnsi="MS Gothic"/>
                    <w:sz w:val="18"/>
                  </w:rPr>
                  <w:t>☐</w:t>
                </w:r>
              </w:sdtContent>
            </w:sdt>
            <w:r>
              <w:rPr>
                <w:rFonts w:ascii="Calibri" w:hAnsi="Calibri" w:cs="Calibri"/>
                <w:sz w:val="17"/>
                <w:szCs w:val="17"/>
                <w:lang w:val="nl-NL"/>
              </w:rPr>
              <w:t xml:space="preserve"> Aanpassen</w:t>
            </w:r>
          </w:p>
        </w:tc>
        <w:tc>
          <w:tcPr>
            <w:tcW w:w="1962" w:type="dxa"/>
            <w:tcMar>
              <w:top w:w="90" w:type="dxa"/>
              <w:left w:w="90" w:type="dxa"/>
              <w:bottom w:w="90" w:type="dxa"/>
              <w:right w:w="90" w:type="dxa"/>
            </w:tcMar>
          </w:tcPr>
          <w:p w14:paraId="3993B371" w14:textId="77777777" w:rsidR="00767730" w:rsidRDefault="00767730">
            <w:pPr>
              <w:spacing w:after="0"/>
              <w:rPr>
                <w:rFonts w:ascii="Calibri" w:hAnsi="Calibri" w:cs="Calibri"/>
                <w:lang w:val="nl-NL"/>
              </w:rPr>
            </w:pPr>
          </w:p>
        </w:tc>
      </w:tr>
    </w:tbl>
    <w:p w14:paraId="2C8D3DFC" w14:textId="77777777" w:rsidR="00767730" w:rsidRDefault="00767730">
      <w:pPr>
        <w:spacing w:after="120"/>
        <w:rPr>
          <w:rFonts w:ascii="Calibri" w:hAnsi="Calibri" w:cs="Calibri"/>
          <w:lang w:val="nl-NL"/>
        </w:rPr>
      </w:pPr>
    </w:p>
    <w:p w14:paraId="418FC749" w14:textId="77777777" w:rsidR="00767730" w:rsidRDefault="00687929">
      <w:pPr>
        <w:pStyle w:val="Kop1"/>
        <w:rPr>
          <w:rFonts w:ascii="Calibri" w:hAnsi="Calibri" w:cs="Calibri"/>
          <w:lang w:val="nl-NL"/>
        </w:rPr>
      </w:pPr>
      <w:r>
        <w:rPr>
          <w:rFonts w:ascii="Calibri" w:hAnsi="Calibri" w:cs="Calibri"/>
          <w:lang w:val="nl-NL"/>
        </w:rPr>
        <w:t>3. Risico’s en kansen</w:t>
      </w:r>
    </w:p>
    <w:tbl>
      <w:tblPr>
        <w:tblStyle w:val="Tabelraster"/>
        <w:tblW w:w="9792" w:type="dxa"/>
        <w:jc w:val="center"/>
        <w:tblLayout w:type="fixed"/>
        <w:tblLook w:val="04A0" w:firstRow="1" w:lastRow="0" w:firstColumn="1" w:lastColumn="0" w:noHBand="0" w:noVBand="1"/>
      </w:tblPr>
      <w:tblGrid>
        <w:gridCol w:w="480"/>
        <w:gridCol w:w="4400"/>
        <w:gridCol w:w="1300"/>
        <w:gridCol w:w="1650"/>
        <w:gridCol w:w="1962"/>
      </w:tblGrid>
      <w:tr w:rsidR="00767730" w14:paraId="1E75D9C5" w14:textId="77777777">
        <w:trPr>
          <w:cantSplit/>
          <w:tblHeader/>
          <w:jc w:val="center"/>
        </w:trPr>
        <w:tc>
          <w:tcPr>
            <w:tcW w:w="480" w:type="dxa"/>
            <w:shd w:val="clear" w:color="auto" w:fill="1F3864"/>
            <w:tcMar>
              <w:top w:w="100" w:type="dxa"/>
              <w:left w:w="100" w:type="dxa"/>
              <w:bottom w:w="100" w:type="dxa"/>
              <w:right w:w="100" w:type="dxa"/>
            </w:tcMar>
          </w:tcPr>
          <w:p w14:paraId="43DD1416" w14:textId="77777777" w:rsidR="00767730" w:rsidRDefault="00687929">
            <w:pPr>
              <w:spacing w:after="0"/>
              <w:rPr>
                <w:rFonts w:ascii="Calibri" w:hAnsi="Calibri" w:cs="Calibri"/>
                <w:lang w:val="nl-NL"/>
              </w:rPr>
            </w:pPr>
            <w:r>
              <w:rPr>
                <w:rFonts w:ascii="Calibri" w:hAnsi="Calibri" w:cs="Calibri"/>
                <w:b/>
                <w:color w:val="FFFFFF"/>
                <w:sz w:val="17"/>
                <w:szCs w:val="17"/>
                <w:lang w:val="nl-NL"/>
              </w:rPr>
              <w:t>Nr.</w:t>
            </w:r>
          </w:p>
        </w:tc>
        <w:tc>
          <w:tcPr>
            <w:tcW w:w="4400" w:type="dxa"/>
            <w:shd w:val="clear" w:color="auto" w:fill="1F3864"/>
            <w:tcMar>
              <w:top w:w="100" w:type="dxa"/>
              <w:left w:w="100" w:type="dxa"/>
              <w:bottom w:w="100" w:type="dxa"/>
              <w:right w:w="100" w:type="dxa"/>
            </w:tcMar>
          </w:tcPr>
          <w:p w14:paraId="13585E4C" w14:textId="77777777" w:rsidR="00767730" w:rsidRDefault="00687929">
            <w:pPr>
              <w:spacing w:after="0"/>
              <w:rPr>
                <w:rFonts w:ascii="Calibri" w:hAnsi="Calibri" w:cs="Calibri"/>
                <w:lang w:val="nl-NL"/>
              </w:rPr>
            </w:pPr>
            <w:r>
              <w:rPr>
                <w:rFonts w:ascii="Calibri" w:hAnsi="Calibri" w:cs="Calibri"/>
                <w:b/>
                <w:color w:val="FFFFFF"/>
                <w:sz w:val="17"/>
                <w:szCs w:val="17"/>
                <w:lang w:val="nl-NL"/>
              </w:rPr>
              <w:t>Vraag en voorbeeld</w:t>
            </w:r>
          </w:p>
        </w:tc>
        <w:tc>
          <w:tcPr>
            <w:tcW w:w="1300" w:type="dxa"/>
            <w:shd w:val="clear" w:color="auto" w:fill="1F3864"/>
            <w:tcMar>
              <w:top w:w="100" w:type="dxa"/>
              <w:left w:w="100" w:type="dxa"/>
              <w:bottom w:w="100" w:type="dxa"/>
              <w:right w:w="100" w:type="dxa"/>
            </w:tcMar>
          </w:tcPr>
          <w:p w14:paraId="402635F8" w14:textId="77777777" w:rsidR="00767730" w:rsidRDefault="00687929">
            <w:pPr>
              <w:spacing w:after="0"/>
              <w:rPr>
                <w:rFonts w:ascii="Calibri" w:hAnsi="Calibri" w:cs="Calibri"/>
                <w:lang w:val="nl-NL"/>
              </w:rPr>
            </w:pPr>
            <w:r>
              <w:rPr>
                <w:rFonts w:ascii="Calibri" w:hAnsi="Calibri" w:cs="Calibri"/>
                <w:b/>
                <w:color w:val="FFFFFF"/>
                <w:sz w:val="17"/>
                <w:szCs w:val="17"/>
                <w:lang w:val="nl-NL"/>
              </w:rPr>
              <w:t>Norm</w:t>
            </w:r>
          </w:p>
        </w:tc>
        <w:tc>
          <w:tcPr>
            <w:tcW w:w="1650" w:type="dxa"/>
            <w:shd w:val="clear" w:color="auto" w:fill="1F3864"/>
            <w:tcMar>
              <w:top w:w="100" w:type="dxa"/>
              <w:left w:w="100" w:type="dxa"/>
              <w:bottom w:w="100" w:type="dxa"/>
              <w:right w:w="100" w:type="dxa"/>
            </w:tcMar>
          </w:tcPr>
          <w:p w14:paraId="14F132F4" w14:textId="77777777" w:rsidR="00767730" w:rsidRDefault="00687929">
            <w:pPr>
              <w:spacing w:after="0"/>
              <w:rPr>
                <w:rFonts w:ascii="Calibri" w:hAnsi="Calibri" w:cs="Calibri"/>
                <w:lang w:val="nl-NL"/>
              </w:rPr>
            </w:pPr>
            <w:r>
              <w:rPr>
                <w:rFonts w:ascii="Calibri" w:hAnsi="Calibri" w:cs="Calibri"/>
                <w:b/>
                <w:color w:val="FFFFFF"/>
                <w:sz w:val="17"/>
                <w:szCs w:val="17"/>
                <w:lang w:val="nl-NL"/>
              </w:rPr>
              <w:t>Uitkomst</w:t>
            </w:r>
          </w:p>
        </w:tc>
        <w:tc>
          <w:tcPr>
            <w:tcW w:w="1962" w:type="dxa"/>
            <w:shd w:val="clear" w:color="auto" w:fill="1F3864"/>
            <w:tcMar>
              <w:top w:w="100" w:type="dxa"/>
              <w:left w:w="100" w:type="dxa"/>
              <w:bottom w:w="100" w:type="dxa"/>
              <w:right w:w="100" w:type="dxa"/>
            </w:tcMar>
          </w:tcPr>
          <w:p w14:paraId="043C758A" w14:textId="77777777" w:rsidR="00767730" w:rsidRDefault="00687929">
            <w:pPr>
              <w:spacing w:after="0"/>
              <w:rPr>
                <w:rFonts w:ascii="Calibri" w:hAnsi="Calibri" w:cs="Calibri"/>
                <w:lang w:val="nl-NL"/>
              </w:rPr>
            </w:pPr>
            <w:r>
              <w:rPr>
                <w:rFonts w:ascii="Calibri" w:hAnsi="Calibri" w:cs="Calibri"/>
                <w:b/>
                <w:color w:val="FFFFFF"/>
                <w:sz w:val="17"/>
                <w:szCs w:val="17"/>
                <w:lang w:val="nl-NL"/>
              </w:rPr>
              <w:t>Notities</w:t>
            </w:r>
          </w:p>
        </w:tc>
      </w:tr>
      <w:tr w:rsidR="00767730" w14:paraId="21345088" w14:textId="77777777">
        <w:trPr>
          <w:cantSplit/>
          <w:jc w:val="center"/>
        </w:trPr>
        <w:tc>
          <w:tcPr>
            <w:tcW w:w="480" w:type="dxa"/>
            <w:tcMar>
              <w:top w:w="90" w:type="dxa"/>
              <w:left w:w="90" w:type="dxa"/>
              <w:bottom w:w="90" w:type="dxa"/>
              <w:right w:w="90" w:type="dxa"/>
            </w:tcMar>
          </w:tcPr>
          <w:p w14:paraId="2A301B9B" w14:textId="77777777" w:rsidR="00767730" w:rsidRDefault="00687929">
            <w:pPr>
              <w:spacing w:after="0"/>
              <w:rPr>
                <w:rFonts w:ascii="Calibri" w:hAnsi="Calibri" w:cs="Calibri"/>
                <w:lang w:val="nl-NL"/>
              </w:rPr>
            </w:pPr>
            <w:r>
              <w:t>8</w:t>
            </w:r>
          </w:p>
        </w:tc>
        <w:tc>
          <w:tcPr>
            <w:tcW w:w="4400" w:type="dxa"/>
            <w:tcMar>
              <w:top w:w="90" w:type="dxa"/>
              <w:left w:w="90" w:type="dxa"/>
              <w:bottom w:w="90" w:type="dxa"/>
              <w:right w:w="90" w:type="dxa"/>
            </w:tcMar>
          </w:tcPr>
          <w:p w14:paraId="129FD643" w14:textId="77777777" w:rsidR="00767730" w:rsidRDefault="00687929">
            <w:pPr>
              <w:spacing w:after="60"/>
              <w:rPr>
                <w:rFonts w:ascii="Calibri" w:hAnsi="Calibri" w:cs="Calibri"/>
                <w:lang w:val="nl-NL"/>
              </w:rPr>
            </w:pPr>
            <w:r>
              <w:rPr>
                <w:rFonts w:ascii="Calibri" w:hAnsi="Calibri" w:cs="Calibri"/>
                <w:b/>
                <w:sz w:val="18"/>
                <w:szCs w:val="18"/>
                <w:lang w:val="nl-NL"/>
              </w:rPr>
              <w:t>Worden risico’s niet alleen benoemd, maar ook geanalyseerd en gewogen?</w:t>
            </w:r>
          </w:p>
          <w:p w14:paraId="18EB90B9" w14:textId="77777777" w:rsidR="00767730" w:rsidRDefault="00687929">
            <w:pPr>
              <w:spacing w:after="0"/>
              <w:rPr>
                <w:rFonts w:ascii="Calibri" w:hAnsi="Calibri" w:cs="Calibri"/>
                <w:lang w:val="nl-NL"/>
              </w:rPr>
            </w:pPr>
            <w:r>
              <w:rPr>
                <w:rFonts w:ascii="Calibri" w:hAnsi="Calibri" w:cs="Calibri"/>
                <w:i/>
                <w:color w:val="666666"/>
                <w:sz w:val="17"/>
                <w:szCs w:val="17"/>
                <w:lang w:val="nl-NL"/>
              </w:rPr>
              <w:t xml:space="preserve">Voorbeeld: </w:t>
            </w:r>
            <w:r>
              <w:rPr>
                <w:rFonts w:ascii="Calibri" w:hAnsi="Calibri" w:cs="Calibri"/>
                <w:i/>
                <w:color w:val="666666"/>
                <w:sz w:val="17"/>
                <w:szCs w:val="17"/>
                <w:lang w:val="nl-NL"/>
              </w:rPr>
              <w:t>Per risico is ingeschat hoe groot de kans is en wat de gevolgen zijn, bijvoorbeeld met een eenvoudige indeling in hoog, middel en laag. Een formele methode of een vastgelegde procedure is niet nodig.</w:t>
            </w:r>
          </w:p>
        </w:tc>
        <w:tc>
          <w:tcPr>
            <w:tcW w:w="1300" w:type="dxa"/>
            <w:tcMar>
              <w:top w:w="90" w:type="dxa"/>
              <w:left w:w="90" w:type="dxa"/>
              <w:bottom w:w="90" w:type="dxa"/>
              <w:right w:w="90" w:type="dxa"/>
            </w:tcMar>
          </w:tcPr>
          <w:p w14:paraId="201BCE85" w14:textId="77777777" w:rsidR="00767730" w:rsidRDefault="00687929">
            <w:pPr>
              <w:spacing w:after="40"/>
              <w:rPr>
                <w:rFonts w:ascii="Calibri" w:hAnsi="Calibri" w:cs="Calibri"/>
                <w:lang w:val="nl-NL"/>
              </w:rPr>
            </w:pPr>
            <w:r>
              <w:rPr>
                <w:rFonts w:ascii="Calibri" w:hAnsi="Calibri" w:cs="Calibri"/>
                <w:sz w:val="17"/>
                <w:szCs w:val="17"/>
                <w:lang w:val="nl-NL"/>
              </w:rPr>
              <w:t>6.1.2</w:t>
            </w:r>
          </w:p>
          <w:p w14:paraId="65CE7877" w14:textId="77777777" w:rsidR="00767730" w:rsidRDefault="00687929">
            <w:pPr>
              <w:spacing w:after="0"/>
              <w:rPr>
                <w:rFonts w:ascii="Calibri" w:hAnsi="Calibri" w:cs="Calibri"/>
                <w:lang w:val="nl-NL"/>
              </w:rPr>
            </w:pPr>
            <w:r>
              <w:rPr>
                <w:rFonts w:ascii="Calibri" w:hAnsi="Calibri" w:cs="Calibri"/>
                <w:i/>
                <w:color w:val="698B4A"/>
                <w:sz w:val="17"/>
                <w:szCs w:val="17"/>
                <w:lang w:val="nl-NL"/>
              </w:rPr>
              <w:t>Eis</w:t>
            </w:r>
          </w:p>
        </w:tc>
        <w:tc>
          <w:tcPr>
            <w:tcW w:w="1650" w:type="dxa"/>
            <w:tcMar>
              <w:top w:w="90" w:type="dxa"/>
              <w:left w:w="90" w:type="dxa"/>
              <w:bottom w:w="90" w:type="dxa"/>
              <w:right w:w="90" w:type="dxa"/>
            </w:tcMar>
          </w:tcPr>
          <w:p w14:paraId="3CF05741" w14:textId="77777777" w:rsidR="00767730" w:rsidRDefault="00687929">
            <w:pPr>
              <w:spacing w:after="40"/>
              <w:rPr>
                <w:rFonts w:ascii="Calibri" w:hAnsi="Calibri" w:cs="Calibri"/>
                <w:lang w:val="nl-NL"/>
              </w:rPr>
            </w:pPr>
            <w:sdt>
              <w:sdtPr>
                <w:id w:val="-694157930"/>
                <w14:checkbox>
                  <w14:checked w14:val="0"/>
                  <w14:checkedState w14:val="2612" w14:font="MS Gothic"/>
                  <w14:uncheckedState w14:val="2610" w14:font="MS Gothic"/>
                </w14:checkbox>
              </w:sdtPr>
              <w:sdtEndPr/>
              <w:sdtContent>
                <w:r>
                  <w:rPr>
                    <w:rFonts w:ascii="MS Gothic" w:eastAsia="MS Gothic" w:hAnsi="MS Gothic"/>
                    <w:sz w:val="18"/>
                  </w:rPr>
                  <w:t>☐</w:t>
                </w:r>
              </w:sdtContent>
            </w:sdt>
            <w:r>
              <w:rPr>
                <w:rFonts w:ascii="Calibri" w:hAnsi="Calibri" w:cs="Calibri"/>
                <w:sz w:val="17"/>
                <w:szCs w:val="17"/>
                <w:lang w:val="nl-NL"/>
              </w:rPr>
              <w:t xml:space="preserve"> Al aanwezig</w:t>
            </w:r>
          </w:p>
          <w:p w14:paraId="729E5AD2" w14:textId="77777777" w:rsidR="00767730" w:rsidRDefault="00687929">
            <w:pPr>
              <w:spacing w:after="40"/>
              <w:rPr>
                <w:rFonts w:ascii="Calibri" w:hAnsi="Calibri" w:cs="Calibri"/>
                <w:lang w:val="nl-NL"/>
              </w:rPr>
            </w:pPr>
            <w:sdt>
              <w:sdtPr>
                <w:id w:val="-2145566311"/>
                <w14:checkbox>
                  <w14:checked w14:val="0"/>
                  <w14:checkedState w14:val="2612" w14:font="MS Gothic"/>
                  <w14:uncheckedState w14:val="2610" w14:font="MS Gothic"/>
                </w14:checkbox>
              </w:sdtPr>
              <w:sdtEndPr/>
              <w:sdtContent>
                <w:r>
                  <w:rPr>
                    <w:rFonts w:ascii="MS Gothic" w:eastAsia="MS Gothic" w:hAnsi="MS Gothic"/>
                    <w:sz w:val="18"/>
                  </w:rPr>
                  <w:t>☐</w:t>
                </w:r>
              </w:sdtContent>
            </w:sdt>
            <w:r>
              <w:rPr>
                <w:rFonts w:ascii="Calibri" w:hAnsi="Calibri" w:cs="Calibri"/>
                <w:sz w:val="17"/>
                <w:szCs w:val="17"/>
                <w:lang w:val="nl-NL"/>
              </w:rPr>
              <w:t xml:space="preserve"> Verduidelijken</w:t>
            </w:r>
          </w:p>
          <w:p w14:paraId="687A5454" w14:textId="77777777" w:rsidR="00767730" w:rsidRDefault="00687929">
            <w:pPr>
              <w:spacing w:after="40"/>
              <w:rPr>
                <w:rFonts w:ascii="Calibri" w:hAnsi="Calibri" w:cs="Calibri"/>
                <w:lang w:val="nl-NL"/>
              </w:rPr>
            </w:pPr>
            <w:sdt>
              <w:sdtPr>
                <w:id w:val="1879278123"/>
                <w14:checkbox>
                  <w14:checked w14:val="0"/>
                  <w14:checkedState w14:val="2612" w14:font="MS Gothic"/>
                  <w14:uncheckedState w14:val="2610" w14:font="MS Gothic"/>
                </w14:checkbox>
              </w:sdtPr>
              <w:sdtEndPr/>
              <w:sdtContent>
                <w:r>
                  <w:rPr>
                    <w:rFonts w:ascii="MS Gothic" w:eastAsia="MS Gothic" w:hAnsi="MS Gothic"/>
                    <w:sz w:val="18"/>
                  </w:rPr>
                  <w:t>☐</w:t>
                </w:r>
              </w:sdtContent>
            </w:sdt>
            <w:r>
              <w:rPr>
                <w:rFonts w:ascii="Calibri" w:hAnsi="Calibri" w:cs="Calibri"/>
                <w:sz w:val="17"/>
                <w:szCs w:val="17"/>
                <w:lang w:val="nl-NL"/>
              </w:rPr>
              <w:t xml:space="preserve"> Aanpassen</w:t>
            </w:r>
          </w:p>
        </w:tc>
        <w:tc>
          <w:tcPr>
            <w:tcW w:w="1962" w:type="dxa"/>
            <w:tcMar>
              <w:top w:w="90" w:type="dxa"/>
              <w:left w:w="90" w:type="dxa"/>
              <w:bottom w:w="90" w:type="dxa"/>
              <w:right w:w="90" w:type="dxa"/>
            </w:tcMar>
          </w:tcPr>
          <w:p w14:paraId="027A1996" w14:textId="77777777" w:rsidR="00767730" w:rsidRDefault="00767730">
            <w:pPr>
              <w:spacing w:after="0"/>
              <w:rPr>
                <w:rFonts w:ascii="Calibri" w:hAnsi="Calibri" w:cs="Calibri"/>
                <w:lang w:val="nl-NL"/>
              </w:rPr>
            </w:pPr>
          </w:p>
        </w:tc>
      </w:tr>
      <w:tr w:rsidR="00767730" w14:paraId="45759D65" w14:textId="77777777">
        <w:trPr>
          <w:cantSplit/>
          <w:jc w:val="center"/>
        </w:trPr>
        <w:tc>
          <w:tcPr>
            <w:tcW w:w="480" w:type="dxa"/>
            <w:tcMar>
              <w:top w:w="90" w:type="dxa"/>
              <w:left w:w="90" w:type="dxa"/>
              <w:bottom w:w="90" w:type="dxa"/>
              <w:right w:w="90" w:type="dxa"/>
            </w:tcMar>
          </w:tcPr>
          <w:p w14:paraId="6F023E5B" w14:textId="77777777" w:rsidR="00767730" w:rsidRDefault="00687929">
            <w:pPr>
              <w:spacing w:after="0"/>
              <w:rPr>
                <w:rFonts w:ascii="Calibri" w:hAnsi="Calibri" w:cs="Calibri"/>
                <w:lang w:val="nl-NL"/>
              </w:rPr>
            </w:pPr>
            <w:r>
              <w:t>9</w:t>
            </w:r>
          </w:p>
        </w:tc>
        <w:tc>
          <w:tcPr>
            <w:tcW w:w="4400" w:type="dxa"/>
            <w:tcMar>
              <w:top w:w="90" w:type="dxa"/>
              <w:left w:w="90" w:type="dxa"/>
              <w:bottom w:w="90" w:type="dxa"/>
              <w:right w:w="90" w:type="dxa"/>
            </w:tcMar>
          </w:tcPr>
          <w:p w14:paraId="441F2ECE" w14:textId="77777777" w:rsidR="00767730" w:rsidRDefault="00687929">
            <w:pPr>
              <w:spacing w:after="60"/>
              <w:rPr>
                <w:rFonts w:ascii="Calibri" w:hAnsi="Calibri" w:cs="Calibri"/>
                <w:lang w:val="nl-NL"/>
              </w:rPr>
            </w:pPr>
            <w:r>
              <w:rPr>
                <w:rFonts w:ascii="Calibri" w:hAnsi="Calibri" w:cs="Calibri"/>
                <w:b/>
                <w:sz w:val="18"/>
                <w:szCs w:val="18"/>
                <w:lang w:val="nl-NL"/>
              </w:rPr>
              <w:t>Staan de maatregelen voor risico’s in verhouding tot de mogelijke gevolgen?</w:t>
            </w:r>
          </w:p>
          <w:p w14:paraId="7B537783" w14:textId="77777777" w:rsidR="00767730" w:rsidRDefault="00687929">
            <w:pPr>
              <w:spacing w:after="0"/>
              <w:rPr>
                <w:rFonts w:ascii="Calibri" w:hAnsi="Calibri" w:cs="Calibri"/>
                <w:lang w:val="nl-NL"/>
              </w:rPr>
            </w:pPr>
            <w:r>
              <w:rPr>
                <w:rFonts w:ascii="Calibri" w:hAnsi="Calibri" w:cs="Calibri"/>
                <w:i/>
                <w:color w:val="666666"/>
                <w:sz w:val="17"/>
                <w:szCs w:val="17"/>
                <w:lang w:val="nl-NL"/>
              </w:rPr>
              <w:t xml:space="preserve">Voorbeeld: </w:t>
            </w:r>
            <w:r>
              <w:rPr>
                <w:rFonts w:ascii="Calibri" w:hAnsi="Calibri" w:cs="Calibri"/>
                <w:i/>
                <w:color w:val="666666"/>
                <w:sz w:val="17"/>
                <w:szCs w:val="17"/>
                <w:lang w:val="nl-NL"/>
              </w:rPr>
              <w:t>Voor een risico met grote gevolgen, zoals een datalek bij een klant, zijn meer maatregelen genomen dan voor een klein risico, zoals een vertraagde interne nieuwsbrief.</w:t>
            </w:r>
          </w:p>
        </w:tc>
        <w:tc>
          <w:tcPr>
            <w:tcW w:w="1300" w:type="dxa"/>
            <w:tcMar>
              <w:top w:w="90" w:type="dxa"/>
              <w:left w:w="90" w:type="dxa"/>
              <w:bottom w:w="90" w:type="dxa"/>
              <w:right w:w="90" w:type="dxa"/>
            </w:tcMar>
          </w:tcPr>
          <w:p w14:paraId="4C1CE542" w14:textId="77777777" w:rsidR="00767730" w:rsidRDefault="00687929">
            <w:pPr>
              <w:spacing w:after="40"/>
              <w:rPr>
                <w:rFonts w:ascii="Calibri" w:hAnsi="Calibri" w:cs="Calibri"/>
                <w:lang w:val="nl-NL"/>
              </w:rPr>
            </w:pPr>
            <w:r>
              <w:rPr>
                <w:rFonts w:ascii="Calibri" w:hAnsi="Calibri" w:cs="Calibri"/>
                <w:sz w:val="17"/>
                <w:szCs w:val="17"/>
                <w:lang w:val="nl-NL"/>
              </w:rPr>
              <w:t>6.1.2</w:t>
            </w:r>
          </w:p>
          <w:p w14:paraId="0B93FACF" w14:textId="77777777" w:rsidR="00767730" w:rsidRDefault="00687929">
            <w:pPr>
              <w:spacing w:after="0"/>
              <w:rPr>
                <w:rFonts w:ascii="Calibri" w:hAnsi="Calibri" w:cs="Calibri"/>
                <w:lang w:val="nl-NL"/>
              </w:rPr>
            </w:pPr>
            <w:r>
              <w:rPr>
                <w:rFonts w:ascii="Calibri" w:hAnsi="Calibri" w:cs="Calibri"/>
                <w:i/>
                <w:color w:val="698B4A"/>
                <w:sz w:val="17"/>
                <w:szCs w:val="17"/>
                <w:lang w:val="nl-NL"/>
              </w:rPr>
              <w:t>Eis</w:t>
            </w:r>
          </w:p>
        </w:tc>
        <w:tc>
          <w:tcPr>
            <w:tcW w:w="1650" w:type="dxa"/>
            <w:tcMar>
              <w:top w:w="90" w:type="dxa"/>
              <w:left w:w="90" w:type="dxa"/>
              <w:bottom w:w="90" w:type="dxa"/>
              <w:right w:w="90" w:type="dxa"/>
            </w:tcMar>
          </w:tcPr>
          <w:p w14:paraId="470984E8" w14:textId="77777777" w:rsidR="00767730" w:rsidRDefault="00687929">
            <w:pPr>
              <w:spacing w:after="40"/>
              <w:rPr>
                <w:rFonts w:ascii="Calibri" w:hAnsi="Calibri" w:cs="Calibri"/>
                <w:lang w:val="nl-NL"/>
              </w:rPr>
            </w:pPr>
            <w:sdt>
              <w:sdtPr>
                <w:id w:val="-1502041807"/>
                <w14:checkbox>
                  <w14:checked w14:val="0"/>
                  <w14:checkedState w14:val="2612" w14:font="MS Gothic"/>
                  <w14:uncheckedState w14:val="2610" w14:font="MS Gothic"/>
                </w14:checkbox>
              </w:sdtPr>
              <w:sdtEndPr/>
              <w:sdtContent>
                <w:r>
                  <w:rPr>
                    <w:rFonts w:ascii="MS Gothic" w:eastAsia="MS Gothic" w:hAnsi="MS Gothic"/>
                    <w:sz w:val="18"/>
                  </w:rPr>
                  <w:t>☐</w:t>
                </w:r>
              </w:sdtContent>
            </w:sdt>
            <w:r>
              <w:rPr>
                <w:rFonts w:ascii="Calibri" w:hAnsi="Calibri" w:cs="Calibri"/>
                <w:sz w:val="17"/>
                <w:szCs w:val="17"/>
                <w:lang w:val="nl-NL"/>
              </w:rPr>
              <w:t xml:space="preserve"> Al aanwezig</w:t>
            </w:r>
          </w:p>
          <w:p w14:paraId="1856F95E" w14:textId="77777777" w:rsidR="00767730" w:rsidRDefault="00687929">
            <w:pPr>
              <w:spacing w:after="40"/>
              <w:rPr>
                <w:rFonts w:ascii="Calibri" w:hAnsi="Calibri" w:cs="Calibri"/>
                <w:lang w:val="nl-NL"/>
              </w:rPr>
            </w:pPr>
            <w:sdt>
              <w:sdtPr>
                <w:id w:val="-1219422792"/>
                <w14:checkbox>
                  <w14:checked w14:val="0"/>
                  <w14:checkedState w14:val="2612" w14:font="MS Gothic"/>
                  <w14:uncheckedState w14:val="2610" w14:font="MS Gothic"/>
                </w14:checkbox>
              </w:sdtPr>
              <w:sdtEndPr/>
              <w:sdtContent>
                <w:r>
                  <w:rPr>
                    <w:rFonts w:ascii="MS Gothic" w:eastAsia="MS Gothic" w:hAnsi="MS Gothic"/>
                    <w:sz w:val="18"/>
                  </w:rPr>
                  <w:t>☐</w:t>
                </w:r>
              </w:sdtContent>
            </w:sdt>
            <w:r>
              <w:rPr>
                <w:rFonts w:ascii="Calibri" w:hAnsi="Calibri" w:cs="Calibri"/>
                <w:sz w:val="17"/>
                <w:szCs w:val="17"/>
                <w:lang w:val="nl-NL"/>
              </w:rPr>
              <w:t xml:space="preserve"> Verduidelijken</w:t>
            </w:r>
          </w:p>
          <w:p w14:paraId="3F11573F" w14:textId="77777777" w:rsidR="00767730" w:rsidRDefault="00687929">
            <w:pPr>
              <w:spacing w:after="40"/>
              <w:rPr>
                <w:rFonts w:ascii="Calibri" w:hAnsi="Calibri" w:cs="Calibri"/>
                <w:lang w:val="nl-NL"/>
              </w:rPr>
            </w:pPr>
            <w:sdt>
              <w:sdtPr>
                <w:id w:val="781843072"/>
                <w14:checkbox>
                  <w14:checked w14:val="0"/>
                  <w14:checkedState w14:val="2612" w14:font="MS Gothic"/>
                  <w14:uncheckedState w14:val="2610" w14:font="MS Gothic"/>
                </w14:checkbox>
              </w:sdtPr>
              <w:sdtEndPr/>
              <w:sdtContent>
                <w:r>
                  <w:rPr>
                    <w:rFonts w:ascii="MS Gothic" w:eastAsia="MS Gothic" w:hAnsi="MS Gothic"/>
                    <w:sz w:val="18"/>
                  </w:rPr>
                  <w:t>☐</w:t>
                </w:r>
              </w:sdtContent>
            </w:sdt>
            <w:r>
              <w:rPr>
                <w:rFonts w:ascii="Calibri" w:hAnsi="Calibri" w:cs="Calibri"/>
                <w:sz w:val="17"/>
                <w:szCs w:val="17"/>
                <w:lang w:val="nl-NL"/>
              </w:rPr>
              <w:t xml:space="preserve"> Aanpassen</w:t>
            </w:r>
          </w:p>
        </w:tc>
        <w:tc>
          <w:tcPr>
            <w:tcW w:w="1962" w:type="dxa"/>
            <w:tcMar>
              <w:top w:w="90" w:type="dxa"/>
              <w:left w:w="90" w:type="dxa"/>
              <w:bottom w:w="90" w:type="dxa"/>
              <w:right w:w="90" w:type="dxa"/>
            </w:tcMar>
          </w:tcPr>
          <w:p w14:paraId="3B30428B" w14:textId="77777777" w:rsidR="00767730" w:rsidRDefault="00767730">
            <w:pPr>
              <w:spacing w:after="0"/>
              <w:rPr>
                <w:rFonts w:ascii="Calibri" w:hAnsi="Calibri" w:cs="Calibri"/>
                <w:lang w:val="nl-NL"/>
              </w:rPr>
            </w:pPr>
          </w:p>
        </w:tc>
      </w:tr>
      <w:tr w:rsidR="00767730" w14:paraId="267CFD24" w14:textId="77777777">
        <w:trPr>
          <w:cantSplit/>
          <w:jc w:val="center"/>
        </w:trPr>
        <w:tc>
          <w:tcPr>
            <w:tcW w:w="480" w:type="dxa"/>
            <w:tcMar>
              <w:top w:w="90" w:type="dxa"/>
              <w:left w:w="90" w:type="dxa"/>
              <w:bottom w:w="90" w:type="dxa"/>
              <w:right w:w="90" w:type="dxa"/>
            </w:tcMar>
          </w:tcPr>
          <w:p w14:paraId="4C240FCC" w14:textId="77777777" w:rsidR="00767730" w:rsidRDefault="00687929">
            <w:pPr>
              <w:spacing w:after="0"/>
              <w:rPr>
                <w:rFonts w:ascii="Calibri" w:hAnsi="Calibri" w:cs="Calibri"/>
                <w:lang w:val="nl-NL"/>
              </w:rPr>
            </w:pPr>
            <w:r>
              <w:lastRenderedPageBreak/>
              <w:t>10</w:t>
            </w:r>
          </w:p>
        </w:tc>
        <w:tc>
          <w:tcPr>
            <w:tcW w:w="4400" w:type="dxa"/>
            <w:tcMar>
              <w:top w:w="90" w:type="dxa"/>
              <w:left w:w="90" w:type="dxa"/>
              <w:bottom w:w="90" w:type="dxa"/>
              <w:right w:w="90" w:type="dxa"/>
            </w:tcMar>
          </w:tcPr>
          <w:p w14:paraId="1E7ED25D" w14:textId="77777777" w:rsidR="00767730" w:rsidRDefault="00687929">
            <w:pPr>
              <w:spacing w:after="60"/>
              <w:rPr>
                <w:rFonts w:ascii="Calibri" w:hAnsi="Calibri" w:cs="Calibri"/>
                <w:lang w:val="nl-NL"/>
              </w:rPr>
            </w:pPr>
            <w:r>
              <w:rPr>
                <w:rFonts w:ascii="Calibri" w:hAnsi="Calibri" w:cs="Calibri"/>
                <w:b/>
                <w:sz w:val="18"/>
                <w:szCs w:val="18"/>
                <w:lang w:val="nl-NL"/>
              </w:rPr>
              <w:t>Worden kansen afzonderlijk bepaald, geanalyseerd en gewogen?</w:t>
            </w:r>
          </w:p>
          <w:p w14:paraId="0258F7AE" w14:textId="77777777" w:rsidR="00767730" w:rsidRDefault="00687929">
            <w:pPr>
              <w:spacing w:after="0"/>
              <w:rPr>
                <w:rFonts w:ascii="Calibri" w:hAnsi="Calibri" w:cs="Calibri"/>
                <w:lang w:val="nl-NL"/>
              </w:rPr>
            </w:pPr>
            <w:r>
              <w:rPr>
                <w:rFonts w:ascii="Calibri" w:hAnsi="Calibri" w:cs="Calibri"/>
                <w:i/>
                <w:color w:val="666666"/>
                <w:sz w:val="17"/>
                <w:szCs w:val="17"/>
                <w:lang w:val="nl-NL"/>
              </w:rPr>
              <w:t xml:space="preserve">Voorbeeld: </w:t>
            </w:r>
            <w:r>
              <w:rPr>
                <w:rFonts w:ascii="Calibri" w:hAnsi="Calibri" w:cs="Calibri"/>
                <w:i/>
                <w:color w:val="666666"/>
                <w:sz w:val="17"/>
                <w:szCs w:val="17"/>
                <w:lang w:val="nl-NL"/>
              </w:rPr>
              <w:t>De organisatie bespreekt eens per jaar welke kansen ontwikkelingen bieden, zoals een nieuwe training, een samenwerking met een andere organisatie of beter gebruik van bestaande software. Per kans wordt bekeken wat die oplevert en wat ervoor nodig is.</w:t>
            </w:r>
          </w:p>
        </w:tc>
        <w:tc>
          <w:tcPr>
            <w:tcW w:w="1300" w:type="dxa"/>
            <w:tcMar>
              <w:top w:w="90" w:type="dxa"/>
              <w:left w:w="90" w:type="dxa"/>
              <w:bottom w:w="90" w:type="dxa"/>
              <w:right w:w="90" w:type="dxa"/>
            </w:tcMar>
          </w:tcPr>
          <w:p w14:paraId="2A228309" w14:textId="77777777" w:rsidR="00767730" w:rsidRDefault="00687929">
            <w:pPr>
              <w:spacing w:after="40"/>
              <w:rPr>
                <w:rFonts w:ascii="Calibri" w:hAnsi="Calibri" w:cs="Calibri"/>
                <w:lang w:val="nl-NL"/>
              </w:rPr>
            </w:pPr>
            <w:r>
              <w:rPr>
                <w:rFonts w:ascii="Calibri" w:hAnsi="Calibri" w:cs="Calibri"/>
                <w:sz w:val="17"/>
                <w:szCs w:val="17"/>
                <w:lang w:val="nl-NL"/>
              </w:rPr>
              <w:t>6.1.3</w:t>
            </w:r>
          </w:p>
          <w:p w14:paraId="0909CC4A" w14:textId="77777777" w:rsidR="00767730" w:rsidRDefault="00687929">
            <w:pPr>
              <w:spacing w:after="0"/>
              <w:rPr>
                <w:rFonts w:ascii="Calibri" w:hAnsi="Calibri" w:cs="Calibri"/>
                <w:lang w:val="nl-NL"/>
              </w:rPr>
            </w:pPr>
            <w:r>
              <w:rPr>
                <w:rFonts w:ascii="Calibri" w:hAnsi="Calibri" w:cs="Calibri"/>
                <w:i/>
                <w:color w:val="698B4A"/>
                <w:sz w:val="17"/>
                <w:szCs w:val="17"/>
                <w:lang w:val="nl-NL"/>
              </w:rPr>
              <w:t>Eis</w:t>
            </w:r>
          </w:p>
        </w:tc>
        <w:tc>
          <w:tcPr>
            <w:tcW w:w="1650" w:type="dxa"/>
            <w:tcMar>
              <w:top w:w="90" w:type="dxa"/>
              <w:left w:w="90" w:type="dxa"/>
              <w:bottom w:w="90" w:type="dxa"/>
              <w:right w:w="90" w:type="dxa"/>
            </w:tcMar>
          </w:tcPr>
          <w:p w14:paraId="57EED918" w14:textId="77777777" w:rsidR="00767730" w:rsidRDefault="00687929">
            <w:pPr>
              <w:spacing w:after="40"/>
              <w:rPr>
                <w:rFonts w:ascii="Calibri" w:hAnsi="Calibri" w:cs="Calibri"/>
                <w:lang w:val="nl-NL"/>
              </w:rPr>
            </w:pPr>
            <w:sdt>
              <w:sdtPr>
                <w:id w:val="35018971"/>
                <w14:checkbox>
                  <w14:checked w14:val="0"/>
                  <w14:checkedState w14:val="2612" w14:font="MS Gothic"/>
                  <w14:uncheckedState w14:val="2610" w14:font="MS Gothic"/>
                </w14:checkbox>
              </w:sdtPr>
              <w:sdtEndPr/>
              <w:sdtContent>
                <w:r>
                  <w:rPr>
                    <w:rFonts w:ascii="MS Gothic" w:eastAsia="MS Gothic" w:hAnsi="MS Gothic"/>
                    <w:sz w:val="18"/>
                  </w:rPr>
                  <w:t>☐</w:t>
                </w:r>
              </w:sdtContent>
            </w:sdt>
            <w:r>
              <w:rPr>
                <w:rFonts w:ascii="Calibri" w:hAnsi="Calibri" w:cs="Calibri"/>
                <w:sz w:val="17"/>
                <w:szCs w:val="17"/>
                <w:lang w:val="nl-NL"/>
              </w:rPr>
              <w:t xml:space="preserve"> Al aanwezig</w:t>
            </w:r>
          </w:p>
          <w:p w14:paraId="17E02783" w14:textId="77777777" w:rsidR="00767730" w:rsidRDefault="00687929">
            <w:pPr>
              <w:spacing w:after="40"/>
              <w:rPr>
                <w:rFonts w:ascii="Calibri" w:hAnsi="Calibri" w:cs="Calibri"/>
                <w:lang w:val="nl-NL"/>
              </w:rPr>
            </w:pPr>
            <w:sdt>
              <w:sdtPr>
                <w:id w:val="447754367"/>
                <w14:checkbox>
                  <w14:checked w14:val="0"/>
                  <w14:checkedState w14:val="2612" w14:font="MS Gothic"/>
                  <w14:uncheckedState w14:val="2610" w14:font="MS Gothic"/>
                </w14:checkbox>
              </w:sdtPr>
              <w:sdtEndPr/>
              <w:sdtContent>
                <w:r>
                  <w:rPr>
                    <w:rFonts w:ascii="MS Gothic" w:eastAsia="MS Gothic" w:hAnsi="MS Gothic"/>
                    <w:sz w:val="18"/>
                  </w:rPr>
                  <w:t>☐</w:t>
                </w:r>
              </w:sdtContent>
            </w:sdt>
            <w:r>
              <w:rPr>
                <w:rFonts w:ascii="Calibri" w:hAnsi="Calibri" w:cs="Calibri"/>
                <w:sz w:val="17"/>
                <w:szCs w:val="17"/>
                <w:lang w:val="nl-NL"/>
              </w:rPr>
              <w:t xml:space="preserve"> Verduidelijken</w:t>
            </w:r>
          </w:p>
          <w:p w14:paraId="60FDEA1B" w14:textId="77777777" w:rsidR="00767730" w:rsidRDefault="00687929">
            <w:pPr>
              <w:spacing w:after="40"/>
              <w:rPr>
                <w:rFonts w:ascii="Calibri" w:hAnsi="Calibri" w:cs="Calibri"/>
                <w:lang w:val="nl-NL"/>
              </w:rPr>
            </w:pPr>
            <w:sdt>
              <w:sdtPr>
                <w:id w:val="269832626"/>
                <w14:checkbox>
                  <w14:checked w14:val="0"/>
                  <w14:checkedState w14:val="2612" w14:font="MS Gothic"/>
                  <w14:uncheckedState w14:val="2610" w14:font="MS Gothic"/>
                </w14:checkbox>
              </w:sdtPr>
              <w:sdtEndPr/>
              <w:sdtContent>
                <w:r>
                  <w:rPr>
                    <w:rFonts w:ascii="MS Gothic" w:eastAsia="MS Gothic" w:hAnsi="MS Gothic"/>
                    <w:sz w:val="18"/>
                  </w:rPr>
                  <w:t>☐</w:t>
                </w:r>
              </w:sdtContent>
            </w:sdt>
            <w:r>
              <w:rPr>
                <w:rFonts w:ascii="Calibri" w:hAnsi="Calibri" w:cs="Calibri"/>
                <w:sz w:val="17"/>
                <w:szCs w:val="17"/>
                <w:lang w:val="nl-NL"/>
              </w:rPr>
              <w:t xml:space="preserve"> Aanpassen</w:t>
            </w:r>
          </w:p>
        </w:tc>
        <w:tc>
          <w:tcPr>
            <w:tcW w:w="1962" w:type="dxa"/>
            <w:tcMar>
              <w:top w:w="90" w:type="dxa"/>
              <w:left w:w="90" w:type="dxa"/>
              <w:bottom w:w="90" w:type="dxa"/>
              <w:right w:w="90" w:type="dxa"/>
            </w:tcMar>
          </w:tcPr>
          <w:p w14:paraId="3BD99D86" w14:textId="77777777" w:rsidR="00767730" w:rsidRDefault="00767730">
            <w:pPr>
              <w:spacing w:after="0"/>
              <w:rPr>
                <w:rFonts w:ascii="Calibri" w:hAnsi="Calibri" w:cs="Calibri"/>
                <w:lang w:val="nl-NL"/>
              </w:rPr>
            </w:pPr>
          </w:p>
        </w:tc>
      </w:tr>
      <w:tr w:rsidR="00767730" w14:paraId="2B1C46D6" w14:textId="77777777">
        <w:trPr>
          <w:cantSplit/>
          <w:jc w:val="center"/>
        </w:trPr>
        <w:tc>
          <w:tcPr>
            <w:tcW w:w="480" w:type="dxa"/>
            <w:tcMar>
              <w:top w:w="90" w:type="dxa"/>
              <w:left w:w="90" w:type="dxa"/>
              <w:bottom w:w="90" w:type="dxa"/>
              <w:right w:w="90" w:type="dxa"/>
            </w:tcMar>
          </w:tcPr>
          <w:p w14:paraId="2408114A" w14:textId="77777777" w:rsidR="00767730" w:rsidRDefault="00687929">
            <w:pPr>
              <w:spacing w:after="0"/>
              <w:rPr>
                <w:rFonts w:ascii="Calibri" w:hAnsi="Calibri" w:cs="Calibri"/>
                <w:lang w:val="nl-NL"/>
              </w:rPr>
            </w:pPr>
            <w:r>
              <w:t>11</w:t>
            </w:r>
          </w:p>
        </w:tc>
        <w:tc>
          <w:tcPr>
            <w:tcW w:w="4400" w:type="dxa"/>
            <w:tcMar>
              <w:top w:w="90" w:type="dxa"/>
              <w:left w:w="90" w:type="dxa"/>
              <w:bottom w:w="90" w:type="dxa"/>
              <w:right w:w="90" w:type="dxa"/>
            </w:tcMar>
          </w:tcPr>
          <w:p w14:paraId="648C1B19" w14:textId="77777777" w:rsidR="00767730" w:rsidRDefault="00687929">
            <w:pPr>
              <w:spacing w:after="60"/>
              <w:rPr>
                <w:rFonts w:ascii="Calibri" w:hAnsi="Calibri" w:cs="Calibri"/>
                <w:lang w:val="nl-NL"/>
              </w:rPr>
            </w:pPr>
            <w:r>
              <w:rPr>
                <w:rFonts w:ascii="Calibri" w:hAnsi="Calibri" w:cs="Calibri"/>
                <w:b/>
                <w:sz w:val="18"/>
                <w:szCs w:val="18"/>
                <w:lang w:val="nl-NL"/>
              </w:rPr>
              <w:t>Is bepaald hoe wordt nagegaan of de acties voor risico’s en voor kansen effect hebben?</w:t>
            </w:r>
          </w:p>
          <w:p w14:paraId="6DF87867" w14:textId="77777777" w:rsidR="00767730" w:rsidRDefault="00687929">
            <w:pPr>
              <w:spacing w:after="0"/>
              <w:rPr>
                <w:rFonts w:ascii="Calibri" w:hAnsi="Calibri" w:cs="Calibri"/>
                <w:lang w:val="nl-NL"/>
              </w:rPr>
            </w:pPr>
            <w:r>
              <w:rPr>
                <w:rFonts w:ascii="Calibri" w:hAnsi="Calibri" w:cs="Calibri"/>
                <w:i/>
                <w:color w:val="666666"/>
                <w:sz w:val="17"/>
                <w:szCs w:val="17"/>
                <w:lang w:val="nl-NL"/>
              </w:rPr>
              <w:t xml:space="preserve">Voorbeeld: </w:t>
            </w:r>
            <w:r>
              <w:rPr>
                <w:rFonts w:ascii="Calibri" w:hAnsi="Calibri" w:cs="Calibri"/>
                <w:i/>
                <w:color w:val="666666"/>
                <w:sz w:val="17"/>
                <w:szCs w:val="17"/>
                <w:lang w:val="nl-NL"/>
              </w:rPr>
              <w:t>Na de invoering van een extra controle op offertes wordt na drie maanden bekeken of er minder correcties nodig zijn.</w:t>
            </w:r>
          </w:p>
        </w:tc>
        <w:tc>
          <w:tcPr>
            <w:tcW w:w="1300" w:type="dxa"/>
            <w:tcMar>
              <w:top w:w="90" w:type="dxa"/>
              <w:left w:w="90" w:type="dxa"/>
              <w:bottom w:w="90" w:type="dxa"/>
              <w:right w:w="90" w:type="dxa"/>
            </w:tcMar>
          </w:tcPr>
          <w:p w14:paraId="702FFDF4" w14:textId="77777777" w:rsidR="00767730" w:rsidRDefault="00687929">
            <w:pPr>
              <w:spacing w:after="40"/>
              <w:rPr>
                <w:rFonts w:ascii="Calibri" w:hAnsi="Calibri" w:cs="Calibri"/>
                <w:lang w:val="nl-NL"/>
              </w:rPr>
            </w:pPr>
            <w:r>
              <w:rPr>
                <w:rFonts w:ascii="Calibri" w:hAnsi="Calibri" w:cs="Calibri"/>
                <w:sz w:val="17"/>
                <w:szCs w:val="17"/>
                <w:lang w:val="nl-NL"/>
              </w:rPr>
              <w:t>6.1.2, 6.1.3 en 9.1.3</w:t>
            </w:r>
          </w:p>
          <w:p w14:paraId="7C2E6143" w14:textId="77777777" w:rsidR="00767730" w:rsidRDefault="00687929">
            <w:pPr>
              <w:spacing w:after="0"/>
              <w:rPr>
                <w:rFonts w:ascii="Calibri" w:hAnsi="Calibri" w:cs="Calibri"/>
                <w:lang w:val="nl-NL"/>
              </w:rPr>
            </w:pPr>
            <w:r>
              <w:rPr>
                <w:rFonts w:ascii="Calibri" w:hAnsi="Calibri" w:cs="Calibri"/>
                <w:i/>
                <w:color w:val="698B4A"/>
                <w:sz w:val="17"/>
                <w:szCs w:val="17"/>
                <w:lang w:val="nl-NL"/>
              </w:rPr>
              <w:t>Eis</w:t>
            </w:r>
          </w:p>
        </w:tc>
        <w:tc>
          <w:tcPr>
            <w:tcW w:w="1650" w:type="dxa"/>
            <w:tcMar>
              <w:top w:w="90" w:type="dxa"/>
              <w:left w:w="90" w:type="dxa"/>
              <w:bottom w:w="90" w:type="dxa"/>
              <w:right w:w="90" w:type="dxa"/>
            </w:tcMar>
          </w:tcPr>
          <w:p w14:paraId="1A564FA3" w14:textId="77777777" w:rsidR="00767730" w:rsidRDefault="00687929">
            <w:pPr>
              <w:spacing w:after="40"/>
              <w:rPr>
                <w:rFonts w:ascii="Calibri" w:hAnsi="Calibri" w:cs="Calibri"/>
                <w:lang w:val="nl-NL"/>
              </w:rPr>
            </w:pPr>
            <w:sdt>
              <w:sdtPr>
                <w:id w:val="-126703711"/>
                <w14:checkbox>
                  <w14:checked w14:val="0"/>
                  <w14:checkedState w14:val="2612" w14:font="MS Gothic"/>
                  <w14:uncheckedState w14:val="2610" w14:font="MS Gothic"/>
                </w14:checkbox>
              </w:sdtPr>
              <w:sdtEndPr/>
              <w:sdtContent>
                <w:r>
                  <w:rPr>
                    <w:rFonts w:ascii="MS Gothic" w:eastAsia="MS Gothic" w:hAnsi="MS Gothic"/>
                    <w:sz w:val="18"/>
                  </w:rPr>
                  <w:t>☐</w:t>
                </w:r>
              </w:sdtContent>
            </w:sdt>
            <w:r>
              <w:rPr>
                <w:rFonts w:ascii="Calibri" w:hAnsi="Calibri" w:cs="Calibri"/>
                <w:sz w:val="17"/>
                <w:szCs w:val="17"/>
                <w:lang w:val="nl-NL"/>
              </w:rPr>
              <w:t xml:space="preserve"> Al aanwezig</w:t>
            </w:r>
          </w:p>
          <w:p w14:paraId="0FCA7942" w14:textId="77777777" w:rsidR="00767730" w:rsidRDefault="00687929">
            <w:pPr>
              <w:spacing w:after="40"/>
              <w:rPr>
                <w:rFonts w:ascii="Calibri" w:hAnsi="Calibri" w:cs="Calibri"/>
                <w:lang w:val="nl-NL"/>
              </w:rPr>
            </w:pPr>
            <w:sdt>
              <w:sdtPr>
                <w:id w:val="-885724381"/>
                <w14:checkbox>
                  <w14:checked w14:val="0"/>
                  <w14:checkedState w14:val="2612" w14:font="MS Gothic"/>
                  <w14:uncheckedState w14:val="2610" w14:font="MS Gothic"/>
                </w14:checkbox>
              </w:sdtPr>
              <w:sdtEndPr/>
              <w:sdtContent>
                <w:r>
                  <w:rPr>
                    <w:rFonts w:ascii="MS Gothic" w:eastAsia="MS Gothic" w:hAnsi="MS Gothic"/>
                    <w:sz w:val="18"/>
                  </w:rPr>
                  <w:t>☐</w:t>
                </w:r>
              </w:sdtContent>
            </w:sdt>
            <w:r>
              <w:rPr>
                <w:rFonts w:ascii="Calibri" w:hAnsi="Calibri" w:cs="Calibri"/>
                <w:sz w:val="17"/>
                <w:szCs w:val="17"/>
                <w:lang w:val="nl-NL"/>
              </w:rPr>
              <w:t xml:space="preserve"> Verduidelijken</w:t>
            </w:r>
          </w:p>
          <w:p w14:paraId="0357E8D1" w14:textId="77777777" w:rsidR="00767730" w:rsidRDefault="00687929">
            <w:pPr>
              <w:spacing w:after="40"/>
              <w:rPr>
                <w:rFonts w:ascii="Calibri" w:hAnsi="Calibri" w:cs="Calibri"/>
                <w:lang w:val="nl-NL"/>
              </w:rPr>
            </w:pPr>
            <w:sdt>
              <w:sdtPr>
                <w:id w:val="-1122679786"/>
                <w14:checkbox>
                  <w14:checked w14:val="0"/>
                  <w14:checkedState w14:val="2612" w14:font="MS Gothic"/>
                  <w14:uncheckedState w14:val="2610" w14:font="MS Gothic"/>
                </w14:checkbox>
              </w:sdtPr>
              <w:sdtEndPr/>
              <w:sdtContent>
                <w:r>
                  <w:rPr>
                    <w:rFonts w:ascii="MS Gothic" w:eastAsia="MS Gothic" w:hAnsi="MS Gothic"/>
                    <w:sz w:val="18"/>
                  </w:rPr>
                  <w:t>☐</w:t>
                </w:r>
              </w:sdtContent>
            </w:sdt>
            <w:r>
              <w:rPr>
                <w:rFonts w:ascii="Calibri" w:hAnsi="Calibri" w:cs="Calibri"/>
                <w:sz w:val="17"/>
                <w:szCs w:val="17"/>
                <w:lang w:val="nl-NL"/>
              </w:rPr>
              <w:t xml:space="preserve"> Aanpassen</w:t>
            </w:r>
          </w:p>
        </w:tc>
        <w:tc>
          <w:tcPr>
            <w:tcW w:w="1962" w:type="dxa"/>
            <w:tcMar>
              <w:top w:w="90" w:type="dxa"/>
              <w:left w:w="90" w:type="dxa"/>
              <w:bottom w:w="90" w:type="dxa"/>
              <w:right w:w="90" w:type="dxa"/>
            </w:tcMar>
          </w:tcPr>
          <w:p w14:paraId="22337500" w14:textId="77777777" w:rsidR="00767730" w:rsidRDefault="00767730">
            <w:pPr>
              <w:spacing w:after="0"/>
              <w:rPr>
                <w:rFonts w:ascii="Calibri" w:hAnsi="Calibri" w:cs="Calibri"/>
                <w:lang w:val="nl-NL"/>
              </w:rPr>
            </w:pPr>
          </w:p>
        </w:tc>
      </w:tr>
      <w:tr w:rsidR="00767730" w14:paraId="28286276" w14:textId="77777777">
        <w:trPr>
          <w:cantSplit/>
          <w:jc w:val="center"/>
        </w:trPr>
        <w:tc>
          <w:tcPr>
            <w:tcW w:w="480" w:type="dxa"/>
            <w:tcMar>
              <w:top w:w="90" w:type="dxa"/>
              <w:left w:w="90" w:type="dxa"/>
              <w:bottom w:w="90" w:type="dxa"/>
              <w:right w:w="90" w:type="dxa"/>
            </w:tcMar>
          </w:tcPr>
          <w:p w14:paraId="76D63E4E" w14:textId="77777777" w:rsidR="00767730" w:rsidRDefault="00687929">
            <w:pPr>
              <w:spacing w:after="0"/>
              <w:rPr>
                <w:rFonts w:ascii="Calibri" w:hAnsi="Calibri" w:cs="Calibri"/>
                <w:lang w:val="nl-NL"/>
              </w:rPr>
            </w:pPr>
            <w:r>
              <w:t>12</w:t>
            </w:r>
          </w:p>
        </w:tc>
        <w:tc>
          <w:tcPr>
            <w:tcW w:w="4400" w:type="dxa"/>
            <w:tcMar>
              <w:top w:w="90" w:type="dxa"/>
              <w:left w:w="90" w:type="dxa"/>
              <w:bottom w:w="90" w:type="dxa"/>
              <w:right w:w="90" w:type="dxa"/>
            </w:tcMar>
          </w:tcPr>
          <w:p w14:paraId="142129E1" w14:textId="77777777" w:rsidR="00767730" w:rsidRDefault="00687929">
            <w:pPr>
              <w:spacing w:after="60"/>
              <w:rPr>
                <w:rFonts w:ascii="Calibri" w:hAnsi="Calibri" w:cs="Calibri"/>
                <w:lang w:val="nl-NL"/>
              </w:rPr>
            </w:pPr>
            <w:r>
              <w:rPr>
                <w:rFonts w:ascii="Calibri" w:hAnsi="Calibri" w:cs="Calibri"/>
                <w:b/>
                <w:sz w:val="18"/>
                <w:szCs w:val="18"/>
                <w:lang w:val="nl-NL"/>
              </w:rPr>
              <w:t>Komen de resultaten van acties voor risico’s en van acties voor kansen als afzonderlijke punten aan bod in de directiebeoordeling?</w:t>
            </w:r>
          </w:p>
          <w:p w14:paraId="575053CF" w14:textId="77777777" w:rsidR="00767730" w:rsidRDefault="00687929">
            <w:pPr>
              <w:spacing w:after="0"/>
              <w:rPr>
                <w:rFonts w:ascii="Calibri" w:hAnsi="Calibri" w:cs="Calibri"/>
                <w:lang w:val="nl-NL"/>
              </w:rPr>
            </w:pPr>
            <w:r>
              <w:rPr>
                <w:rFonts w:ascii="Calibri" w:hAnsi="Calibri" w:cs="Calibri"/>
                <w:i/>
                <w:color w:val="666666"/>
                <w:sz w:val="17"/>
                <w:szCs w:val="17"/>
                <w:lang w:val="nl-NL"/>
              </w:rPr>
              <w:t>Voorbeeld: De agenda van de directiebeoordeling heeft twee aparte punten: resultaat van acties voor risico’s en resultaat van acties voor kansen.</w:t>
            </w:r>
          </w:p>
        </w:tc>
        <w:tc>
          <w:tcPr>
            <w:tcW w:w="1300" w:type="dxa"/>
            <w:tcMar>
              <w:top w:w="90" w:type="dxa"/>
              <w:left w:w="90" w:type="dxa"/>
              <w:bottom w:w="90" w:type="dxa"/>
              <w:right w:w="90" w:type="dxa"/>
            </w:tcMar>
          </w:tcPr>
          <w:p w14:paraId="3FAC1972" w14:textId="77777777" w:rsidR="00767730" w:rsidRDefault="00687929">
            <w:pPr>
              <w:spacing w:after="40"/>
              <w:rPr>
                <w:rFonts w:ascii="Calibri" w:hAnsi="Calibri" w:cs="Calibri"/>
                <w:lang w:val="nl-NL"/>
              </w:rPr>
            </w:pPr>
            <w:r>
              <w:rPr>
                <w:rFonts w:ascii="Calibri" w:hAnsi="Calibri" w:cs="Calibri"/>
                <w:sz w:val="17"/>
                <w:szCs w:val="17"/>
                <w:lang w:val="nl-NL"/>
              </w:rPr>
              <w:t>9.3.2 g en h</w:t>
            </w:r>
          </w:p>
          <w:p w14:paraId="4858FDCF" w14:textId="77777777" w:rsidR="00767730" w:rsidRDefault="00687929">
            <w:pPr>
              <w:spacing w:after="0"/>
              <w:rPr>
                <w:rFonts w:ascii="Calibri" w:hAnsi="Calibri" w:cs="Calibri"/>
                <w:lang w:val="nl-NL"/>
              </w:rPr>
            </w:pPr>
            <w:r>
              <w:rPr>
                <w:rFonts w:ascii="Calibri" w:hAnsi="Calibri" w:cs="Calibri"/>
                <w:i/>
                <w:color w:val="698B4A"/>
                <w:sz w:val="17"/>
                <w:szCs w:val="17"/>
                <w:lang w:val="nl-NL"/>
              </w:rPr>
              <w:t>Eis</w:t>
            </w:r>
          </w:p>
        </w:tc>
        <w:tc>
          <w:tcPr>
            <w:tcW w:w="1650" w:type="dxa"/>
            <w:tcMar>
              <w:top w:w="90" w:type="dxa"/>
              <w:left w:w="90" w:type="dxa"/>
              <w:bottom w:w="90" w:type="dxa"/>
              <w:right w:w="90" w:type="dxa"/>
            </w:tcMar>
          </w:tcPr>
          <w:p w14:paraId="190DCE69" w14:textId="77777777" w:rsidR="00767730" w:rsidRDefault="00687929">
            <w:pPr>
              <w:spacing w:after="40"/>
              <w:rPr>
                <w:rFonts w:ascii="Calibri" w:hAnsi="Calibri" w:cs="Calibri"/>
                <w:lang w:val="nl-NL"/>
              </w:rPr>
            </w:pPr>
            <w:sdt>
              <w:sdtPr>
                <w:id w:val="-2090304935"/>
                <w14:checkbox>
                  <w14:checked w14:val="0"/>
                  <w14:checkedState w14:val="2612" w14:font="MS Gothic"/>
                  <w14:uncheckedState w14:val="2610" w14:font="MS Gothic"/>
                </w14:checkbox>
              </w:sdtPr>
              <w:sdtEndPr/>
              <w:sdtContent>
                <w:r>
                  <w:rPr>
                    <w:rFonts w:ascii="MS Gothic" w:eastAsia="MS Gothic" w:hAnsi="MS Gothic"/>
                    <w:sz w:val="18"/>
                  </w:rPr>
                  <w:t>☐</w:t>
                </w:r>
              </w:sdtContent>
            </w:sdt>
            <w:r>
              <w:rPr>
                <w:rFonts w:ascii="Calibri" w:hAnsi="Calibri" w:cs="Calibri"/>
                <w:sz w:val="17"/>
                <w:szCs w:val="17"/>
                <w:lang w:val="nl-NL"/>
              </w:rPr>
              <w:t xml:space="preserve"> Al aanwezig</w:t>
            </w:r>
          </w:p>
          <w:p w14:paraId="084E9509" w14:textId="77777777" w:rsidR="00767730" w:rsidRDefault="00687929">
            <w:pPr>
              <w:spacing w:after="40"/>
              <w:rPr>
                <w:rFonts w:ascii="Calibri" w:hAnsi="Calibri" w:cs="Calibri"/>
                <w:lang w:val="nl-NL"/>
              </w:rPr>
            </w:pPr>
            <w:sdt>
              <w:sdtPr>
                <w:id w:val="-1821412982"/>
                <w14:checkbox>
                  <w14:checked w14:val="0"/>
                  <w14:checkedState w14:val="2612" w14:font="MS Gothic"/>
                  <w14:uncheckedState w14:val="2610" w14:font="MS Gothic"/>
                </w14:checkbox>
              </w:sdtPr>
              <w:sdtEndPr/>
              <w:sdtContent>
                <w:r>
                  <w:rPr>
                    <w:rFonts w:ascii="MS Gothic" w:eastAsia="MS Gothic" w:hAnsi="MS Gothic"/>
                    <w:sz w:val="18"/>
                  </w:rPr>
                  <w:t>☐</w:t>
                </w:r>
              </w:sdtContent>
            </w:sdt>
            <w:r>
              <w:rPr>
                <w:rFonts w:ascii="Calibri" w:hAnsi="Calibri" w:cs="Calibri"/>
                <w:sz w:val="17"/>
                <w:szCs w:val="17"/>
                <w:lang w:val="nl-NL"/>
              </w:rPr>
              <w:t xml:space="preserve"> Verduidelijken</w:t>
            </w:r>
          </w:p>
          <w:p w14:paraId="13C97E5B" w14:textId="77777777" w:rsidR="00767730" w:rsidRDefault="00687929">
            <w:pPr>
              <w:spacing w:after="40"/>
              <w:rPr>
                <w:rFonts w:ascii="Calibri" w:hAnsi="Calibri" w:cs="Calibri"/>
                <w:lang w:val="nl-NL"/>
              </w:rPr>
            </w:pPr>
            <w:sdt>
              <w:sdtPr>
                <w:id w:val="1744916896"/>
                <w14:checkbox>
                  <w14:checked w14:val="0"/>
                  <w14:checkedState w14:val="2612" w14:font="MS Gothic"/>
                  <w14:uncheckedState w14:val="2610" w14:font="MS Gothic"/>
                </w14:checkbox>
              </w:sdtPr>
              <w:sdtEndPr/>
              <w:sdtContent>
                <w:r>
                  <w:rPr>
                    <w:rFonts w:ascii="MS Gothic" w:eastAsia="MS Gothic" w:hAnsi="MS Gothic"/>
                    <w:sz w:val="18"/>
                  </w:rPr>
                  <w:t>☐</w:t>
                </w:r>
              </w:sdtContent>
            </w:sdt>
            <w:r>
              <w:rPr>
                <w:rFonts w:ascii="Calibri" w:hAnsi="Calibri" w:cs="Calibri"/>
                <w:sz w:val="17"/>
                <w:szCs w:val="17"/>
                <w:lang w:val="nl-NL"/>
              </w:rPr>
              <w:t xml:space="preserve"> Aanpassen</w:t>
            </w:r>
          </w:p>
        </w:tc>
        <w:tc>
          <w:tcPr>
            <w:tcW w:w="1962" w:type="dxa"/>
            <w:tcMar>
              <w:top w:w="90" w:type="dxa"/>
              <w:left w:w="90" w:type="dxa"/>
              <w:bottom w:w="90" w:type="dxa"/>
              <w:right w:w="90" w:type="dxa"/>
            </w:tcMar>
          </w:tcPr>
          <w:p w14:paraId="5A87D5F8" w14:textId="77777777" w:rsidR="00767730" w:rsidRDefault="00767730">
            <w:pPr>
              <w:spacing w:after="0"/>
              <w:rPr>
                <w:rFonts w:ascii="Calibri" w:hAnsi="Calibri" w:cs="Calibri"/>
                <w:lang w:val="nl-NL"/>
              </w:rPr>
            </w:pPr>
          </w:p>
        </w:tc>
      </w:tr>
      <w:tr w:rsidR="00767730" w14:paraId="03F386FF" w14:textId="77777777">
        <w:trPr>
          <w:cantSplit/>
          <w:jc w:val="center"/>
        </w:trPr>
        <w:tc>
          <w:tcPr>
            <w:tcW w:w="480" w:type="dxa"/>
            <w:tcMar>
              <w:top w:w="90" w:type="dxa"/>
              <w:left w:w="90" w:type="dxa"/>
              <w:bottom w:w="90" w:type="dxa"/>
              <w:right w:w="90" w:type="dxa"/>
            </w:tcMar>
          </w:tcPr>
          <w:p w14:paraId="30561AC4" w14:textId="77777777" w:rsidR="00767730" w:rsidRDefault="00687929">
            <w:pPr>
              <w:spacing w:after="0"/>
              <w:rPr>
                <w:rFonts w:ascii="Calibri" w:hAnsi="Calibri" w:cs="Calibri"/>
                <w:lang w:val="nl-NL"/>
              </w:rPr>
            </w:pPr>
            <w:r>
              <w:t>13</w:t>
            </w:r>
          </w:p>
        </w:tc>
        <w:tc>
          <w:tcPr>
            <w:tcW w:w="4400" w:type="dxa"/>
            <w:tcMar>
              <w:top w:w="90" w:type="dxa"/>
              <w:left w:w="90" w:type="dxa"/>
              <w:bottom w:w="90" w:type="dxa"/>
              <w:right w:w="90" w:type="dxa"/>
            </w:tcMar>
          </w:tcPr>
          <w:p w14:paraId="724D9922" w14:textId="77777777" w:rsidR="00767730" w:rsidRDefault="00687929">
            <w:pPr>
              <w:spacing w:after="60"/>
              <w:rPr>
                <w:rFonts w:ascii="Calibri" w:hAnsi="Calibri" w:cs="Calibri"/>
                <w:lang w:val="nl-NL"/>
              </w:rPr>
            </w:pPr>
            <w:r>
              <w:rPr>
                <w:rFonts w:ascii="Calibri" w:hAnsi="Calibri" w:cs="Calibri"/>
                <w:b/>
                <w:sz w:val="18"/>
                <w:szCs w:val="18"/>
                <w:lang w:val="nl-NL"/>
              </w:rPr>
              <w:t>Is nagedacht over hoe de dienstverlening doorgaat bij een verstoring?</w:t>
            </w:r>
          </w:p>
          <w:p w14:paraId="25F89594" w14:textId="77777777" w:rsidR="00767730" w:rsidRDefault="00687929">
            <w:pPr>
              <w:spacing w:after="0"/>
              <w:rPr>
                <w:rFonts w:ascii="Calibri" w:hAnsi="Calibri" w:cs="Calibri"/>
                <w:lang w:val="nl-NL"/>
              </w:rPr>
            </w:pPr>
            <w:r>
              <w:rPr>
                <w:rFonts w:ascii="Calibri" w:hAnsi="Calibri" w:cs="Calibri"/>
                <w:i/>
                <w:color w:val="666666"/>
                <w:sz w:val="17"/>
                <w:szCs w:val="17"/>
                <w:lang w:val="nl-NL"/>
              </w:rPr>
              <w:t>Voorbeeld: Bij uitval van het ticketsysteem, een belangrijke leverancier of meerdere trainers tegelijk is bekend wie wat doet en welke werkzaamheden voorrang krijgen.</w:t>
            </w:r>
          </w:p>
        </w:tc>
        <w:tc>
          <w:tcPr>
            <w:tcW w:w="1300" w:type="dxa"/>
            <w:tcMar>
              <w:top w:w="90" w:type="dxa"/>
              <w:left w:w="90" w:type="dxa"/>
              <w:bottom w:w="90" w:type="dxa"/>
              <w:right w:w="90" w:type="dxa"/>
            </w:tcMar>
          </w:tcPr>
          <w:p w14:paraId="4C8F1BB7" w14:textId="77777777" w:rsidR="00767730" w:rsidRDefault="00687929">
            <w:pPr>
              <w:spacing w:after="40"/>
              <w:rPr>
                <w:rFonts w:ascii="Calibri" w:hAnsi="Calibri" w:cs="Calibri"/>
                <w:lang w:val="nl-NL"/>
              </w:rPr>
            </w:pPr>
            <w:r>
              <w:rPr>
                <w:rFonts w:ascii="Calibri" w:hAnsi="Calibri" w:cs="Calibri"/>
                <w:sz w:val="17"/>
                <w:szCs w:val="17"/>
                <w:lang w:val="nl-NL"/>
              </w:rPr>
              <w:t>6.1.2</w:t>
            </w:r>
          </w:p>
          <w:p w14:paraId="29272A3A" w14:textId="77777777" w:rsidR="00767730" w:rsidRDefault="00687929">
            <w:pPr>
              <w:spacing w:after="0"/>
              <w:rPr>
                <w:rFonts w:ascii="Calibri" w:hAnsi="Calibri" w:cs="Calibri"/>
                <w:lang w:val="nl-NL"/>
              </w:rPr>
            </w:pPr>
            <w:r>
              <w:rPr>
                <w:rFonts w:ascii="Calibri" w:hAnsi="Calibri" w:cs="Calibri"/>
                <w:i/>
                <w:color w:val="2E5496"/>
                <w:sz w:val="17"/>
                <w:szCs w:val="17"/>
                <w:lang w:val="nl-NL"/>
              </w:rPr>
              <w:t>Aandachtspunt</w:t>
            </w:r>
          </w:p>
        </w:tc>
        <w:tc>
          <w:tcPr>
            <w:tcW w:w="1650" w:type="dxa"/>
            <w:tcMar>
              <w:top w:w="90" w:type="dxa"/>
              <w:left w:w="90" w:type="dxa"/>
              <w:bottom w:w="90" w:type="dxa"/>
              <w:right w:w="90" w:type="dxa"/>
            </w:tcMar>
          </w:tcPr>
          <w:p w14:paraId="5E8BB861" w14:textId="77777777" w:rsidR="00767730" w:rsidRDefault="00687929">
            <w:pPr>
              <w:spacing w:after="40"/>
              <w:rPr>
                <w:rFonts w:ascii="Calibri" w:hAnsi="Calibri" w:cs="Calibri"/>
                <w:lang w:val="nl-NL"/>
              </w:rPr>
            </w:pPr>
            <w:sdt>
              <w:sdtPr>
                <w:id w:val="1650089651"/>
                <w14:checkbox>
                  <w14:checked w14:val="0"/>
                  <w14:checkedState w14:val="2612" w14:font="MS Gothic"/>
                  <w14:uncheckedState w14:val="2610" w14:font="MS Gothic"/>
                </w14:checkbox>
              </w:sdtPr>
              <w:sdtEndPr/>
              <w:sdtContent>
                <w:r>
                  <w:rPr>
                    <w:rFonts w:ascii="MS Gothic" w:eastAsia="MS Gothic" w:hAnsi="MS Gothic"/>
                    <w:sz w:val="18"/>
                  </w:rPr>
                  <w:t>☐</w:t>
                </w:r>
              </w:sdtContent>
            </w:sdt>
            <w:r>
              <w:rPr>
                <w:rFonts w:ascii="Calibri" w:hAnsi="Calibri" w:cs="Calibri"/>
                <w:sz w:val="17"/>
                <w:szCs w:val="17"/>
                <w:lang w:val="nl-NL"/>
              </w:rPr>
              <w:t xml:space="preserve"> Al aanwezig</w:t>
            </w:r>
          </w:p>
          <w:p w14:paraId="2F5B6C98" w14:textId="77777777" w:rsidR="00767730" w:rsidRDefault="00687929">
            <w:pPr>
              <w:spacing w:after="40"/>
              <w:rPr>
                <w:rFonts w:ascii="Calibri" w:hAnsi="Calibri" w:cs="Calibri"/>
                <w:lang w:val="nl-NL"/>
              </w:rPr>
            </w:pPr>
            <w:sdt>
              <w:sdtPr>
                <w:id w:val="-1027472804"/>
                <w14:checkbox>
                  <w14:checked w14:val="0"/>
                  <w14:checkedState w14:val="2612" w14:font="MS Gothic"/>
                  <w14:uncheckedState w14:val="2610" w14:font="MS Gothic"/>
                </w14:checkbox>
              </w:sdtPr>
              <w:sdtEndPr/>
              <w:sdtContent>
                <w:r>
                  <w:rPr>
                    <w:rFonts w:ascii="MS Gothic" w:eastAsia="MS Gothic" w:hAnsi="MS Gothic"/>
                    <w:sz w:val="18"/>
                  </w:rPr>
                  <w:t>☐</w:t>
                </w:r>
              </w:sdtContent>
            </w:sdt>
            <w:r>
              <w:rPr>
                <w:rFonts w:ascii="Calibri" w:hAnsi="Calibri" w:cs="Calibri"/>
                <w:sz w:val="17"/>
                <w:szCs w:val="17"/>
                <w:lang w:val="nl-NL"/>
              </w:rPr>
              <w:t xml:space="preserve"> Verduidelijken</w:t>
            </w:r>
          </w:p>
          <w:p w14:paraId="62CEB0AD" w14:textId="77777777" w:rsidR="00767730" w:rsidRDefault="00687929">
            <w:pPr>
              <w:spacing w:after="40"/>
              <w:rPr>
                <w:rFonts w:ascii="Calibri" w:hAnsi="Calibri" w:cs="Calibri"/>
                <w:lang w:val="nl-NL"/>
              </w:rPr>
            </w:pPr>
            <w:sdt>
              <w:sdtPr>
                <w:id w:val="1555657436"/>
                <w14:checkbox>
                  <w14:checked w14:val="0"/>
                  <w14:checkedState w14:val="2612" w14:font="MS Gothic"/>
                  <w14:uncheckedState w14:val="2610" w14:font="MS Gothic"/>
                </w14:checkbox>
              </w:sdtPr>
              <w:sdtEndPr/>
              <w:sdtContent>
                <w:r>
                  <w:rPr>
                    <w:rFonts w:ascii="MS Gothic" w:eastAsia="MS Gothic" w:hAnsi="MS Gothic"/>
                    <w:sz w:val="18"/>
                  </w:rPr>
                  <w:t>☐</w:t>
                </w:r>
              </w:sdtContent>
            </w:sdt>
            <w:r>
              <w:rPr>
                <w:rFonts w:ascii="Calibri" w:hAnsi="Calibri" w:cs="Calibri"/>
                <w:sz w:val="17"/>
                <w:szCs w:val="17"/>
                <w:lang w:val="nl-NL"/>
              </w:rPr>
              <w:t xml:space="preserve"> Aanpassen</w:t>
            </w:r>
          </w:p>
        </w:tc>
        <w:tc>
          <w:tcPr>
            <w:tcW w:w="1962" w:type="dxa"/>
            <w:tcMar>
              <w:top w:w="90" w:type="dxa"/>
              <w:left w:w="90" w:type="dxa"/>
              <w:bottom w:w="90" w:type="dxa"/>
              <w:right w:w="90" w:type="dxa"/>
            </w:tcMar>
          </w:tcPr>
          <w:p w14:paraId="5845AC65" w14:textId="77777777" w:rsidR="00767730" w:rsidRDefault="00767730">
            <w:pPr>
              <w:spacing w:after="0"/>
              <w:rPr>
                <w:rFonts w:ascii="Calibri" w:hAnsi="Calibri" w:cs="Calibri"/>
                <w:lang w:val="nl-NL"/>
              </w:rPr>
            </w:pPr>
          </w:p>
        </w:tc>
      </w:tr>
    </w:tbl>
    <w:p w14:paraId="308E921F" w14:textId="77777777" w:rsidR="00767730" w:rsidRDefault="00767730">
      <w:pPr>
        <w:spacing w:after="120"/>
        <w:rPr>
          <w:rFonts w:ascii="Calibri" w:hAnsi="Calibri" w:cs="Calibri"/>
          <w:lang w:val="nl-NL"/>
        </w:rPr>
      </w:pPr>
    </w:p>
    <w:p w14:paraId="68886C8D" w14:textId="77777777" w:rsidR="00767730" w:rsidRDefault="00687929">
      <w:pPr>
        <w:pStyle w:val="Kop1"/>
        <w:rPr>
          <w:rFonts w:ascii="Calibri" w:hAnsi="Calibri" w:cs="Calibri"/>
          <w:lang w:val="nl-NL"/>
        </w:rPr>
      </w:pPr>
      <w:r>
        <w:rPr>
          <w:rFonts w:ascii="Calibri" w:hAnsi="Calibri" w:cs="Calibri"/>
          <w:lang w:val="nl-NL"/>
        </w:rPr>
        <w:t>4. Planning van veranderingen</w:t>
      </w:r>
    </w:p>
    <w:tbl>
      <w:tblPr>
        <w:tblStyle w:val="Tabelraster"/>
        <w:tblW w:w="9792" w:type="dxa"/>
        <w:jc w:val="center"/>
        <w:tblLayout w:type="fixed"/>
        <w:tblLook w:val="04A0" w:firstRow="1" w:lastRow="0" w:firstColumn="1" w:lastColumn="0" w:noHBand="0" w:noVBand="1"/>
      </w:tblPr>
      <w:tblGrid>
        <w:gridCol w:w="480"/>
        <w:gridCol w:w="4400"/>
        <w:gridCol w:w="1300"/>
        <w:gridCol w:w="1650"/>
        <w:gridCol w:w="1962"/>
      </w:tblGrid>
      <w:tr w:rsidR="00767730" w14:paraId="152D90F0" w14:textId="77777777">
        <w:trPr>
          <w:cantSplit/>
          <w:tblHeader/>
          <w:jc w:val="center"/>
        </w:trPr>
        <w:tc>
          <w:tcPr>
            <w:tcW w:w="480" w:type="dxa"/>
            <w:shd w:val="clear" w:color="auto" w:fill="1F3864"/>
            <w:tcMar>
              <w:top w:w="100" w:type="dxa"/>
              <w:left w:w="100" w:type="dxa"/>
              <w:bottom w:w="100" w:type="dxa"/>
              <w:right w:w="100" w:type="dxa"/>
            </w:tcMar>
          </w:tcPr>
          <w:p w14:paraId="54B94D64" w14:textId="77777777" w:rsidR="00767730" w:rsidRDefault="00687929">
            <w:pPr>
              <w:spacing w:after="0"/>
              <w:rPr>
                <w:rFonts w:ascii="Calibri" w:hAnsi="Calibri" w:cs="Calibri"/>
                <w:lang w:val="nl-NL"/>
              </w:rPr>
            </w:pPr>
            <w:r>
              <w:rPr>
                <w:rFonts w:ascii="Calibri" w:hAnsi="Calibri" w:cs="Calibri"/>
                <w:b/>
                <w:color w:val="FFFFFF"/>
                <w:sz w:val="17"/>
                <w:szCs w:val="17"/>
                <w:lang w:val="nl-NL"/>
              </w:rPr>
              <w:t>Nr.</w:t>
            </w:r>
          </w:p>
        </w:tc>
        <w:tc>
          <w:tcPr>
            <w:tcW w:w="4400" w:type="dxa"/>
            <w:shd w:val="clear" w:color="auto" w:fill="1F3864"/>
            <w:tcMar>
              <w:top w:w="100" w:type="dxa"/>
              <w:left w:w="100" w:type="dxa"/>
              <w:bottom w:w="100" w:type="dxa"/>
              <w:right w:w="100" w:type="dxa"/>
            </w:tcMar>
          </w:tcPr>
          <w:p w14:paraId="63DACBF2" w14:textId="77777777" w:rsidR="00767730" w:rsidRDefault="00687929">
            <w:pPr>
              <w:spacing w:after="0"/>
              <w:rPr>
                <w:rFonts w:ascii="Calibri" w:hAnsi="Calibri" w:cs="Calibri"/>
                <w:lang w:val="nl-NL"/>
              </w:rPr>
            </w:pPr>
            <w:r>
              <w:rPr>
                <w:rFonts w:ascii="Calibri" w:hAnsi="Calibri" w:cs="Calibri"/>
                <w:b/>
                <w:color w:val="FFFFFF"/>
                <w:sz w:val="17"/>
                <w:szCs w:val="17"/>
                <w:lang w:val="nl-NL"/>
              </w:rPr>
              <w:t>Vraag en voorbeeld</w:t>
            </w:r>
          </w:p>
        </w:tc>
        <w:tc>
          <w:tcPr>
            <w:tcW w:w="1300" w:type="dxa"/>
            <w:shd w:val="clear" w:color="auto" w:fill="1F3864"/>
            <w:tcMar>
              <w:top w:w="100" w:type="dxa"/>
              <w:left w:w="100" w:type="dxa"/>
              <w:bottom w:w="100" w:type="dxa"/>
              <w:right w:w="100" w:type="dxa"/>
            </w:tcMar>
          </w:tcPr>
          <w:p w14:paraId="5BCEDBDA" w14:textId="77777777" w:rsidR="00767730" w:rsidRDefault="00687929">
            <w:pPr>
              <w:spacing w:after="0"/>
              <w:rPr>
                <w:rFonts w:ascii="Calibri" w:hAnsi="Calibri" w:cs="Calibri"/>
                <w:lang w:val="nl-NL"/>
              </w:rPr>
            </w:pPr>
            <w:r>
              <w:rPr>
                <w:rFonts w:ascii="Calibri" w:hAnsi="Calibri" w:cs="Calibri"/>
                <w:b/>
                <w:color w:val="FFFFFF"/>
                <w:sz w:val="17"/>
                <w:szCs w:val="17"/>
                <w:lang w:val="nl-NL"/>
              </w:rPr>
              <w:t>Norm</w:t>
            </w:r>
          </w:p>
        </w:tc>
        <w:tc>
          <w:tcPr>
            <w:tcW w:w="1650" w:type="dxa"/>
            <w:shd w:val="clear" w:color="auto" w:fill="1F3864"/>
            <w:tcMar>
              <w:top w:w="100" w:type="dxa"/>
              <w:left w:w="100" w:type="dxa"/>
              <w:bottom w:w="100" w:type="dxa"/>
              <w:right w:w="100" w:type="dxa"/>
            </w:tcMar>
          </w:tcPr>
          <w:p w14:paraId="29D52B57" w14:textId="77777777" w:rsidR="00767730" w:rsidRDefault="00687929">
            <w:pPr>
              <w:spacing w:after="0"/>
              <w:rPr>
                <w:rFonts w:ascii="Calibri" w:hAnsi="Calibri" w:cs="Calibri"/>
                <w:lang w:val="nl-NL"/>
              </w:rPr>
            </w:pPr>
            <w:r>
              <w:rPr>
                <w:rFonts w:ascii="Calibri" w:hAnsi="Calibri" w:cs="Calibri"/>
                <w:b/>
                <w:color w:val="FFFFFF"/>
                <w:sz w:val="17"/>
                <w:szCs w:val="17"/>
                <w:lang w:val="nl-NL"/>
              </w:rPr>
              <w:t>Uitkomst</w:t>
            </w:r>
          </w:p>
        </w:tc>
        <w:tc>
          <w:tcPr>
            <w:tcW w:w="1962" w:type="dxa"/>
            <w:shd w:val="clear" w:color="auto" w:fill="1F3864"/>
            <w:tcMar>
              <w:top w:w="100" w:type="dxa"/>
              <w:left w:w="100" w:type="dxa"/>
              <w:bottom w:w="100" w:type="dxa"/>
              <w:right w:w="100" w:type="dxa"/>
            </w:tcMar>
          </w:tcPr>
          <w:p w14:paraId="71EC66B8" w14:textId="77777777" w:rsidR="00767730" w:rsidRDefault="00687929">
            <w:pPr>
              <w:spacing w:after="0"/>
              <w:rPr>
                <w:rFonts w:ascii="Calibri" w:hAnsi="Calibri" w:cs="Calibri"/>
                <w:lang w:val="nl-NL"/>
              </w:rPr>
            </w:pPr>
            <w:r>
              <w:rPr>
                <w:rFonts w:ascii="Calibri" w:hAnsi="Calibri" w:cs="Calibri"/>
                <w:b/>
                <w:color w:val="FFFFFF"/>
                <w:sz w:val="17"/>
                <w:szCs w:val="17"/>
                <w:lang w:val="nl-NL"/>
              </w:rPr>
              <w:t>Notities</w:t>
            </w:r>
          </w:p>
        </w:tc>
      </w:tr>
      <w:tr w:rsidR="00767730" w14:paraId="0B11EB8F" w14:textId="77777777">
        <w:trPr>
          <w:cantSplit/>
          <w:jc w:val="center"/>
        </w:trPr>
        <w:tc>
          <w:tcPr>
            <w:tcW w:w="480" w:type="dxa"/>
            <w:tcMar>
              <w:top w:w="90" w:type="dxa"/>
              <w:left w:w="90" w:type="dxa"/>
              <w:bottom w:w="90" w:type="dxa"/>
              <w:right w:w="90" w:type="dxa"/>
            </w:tcMar>
          </w:tcPr>
          <w:p w14:paraId="101E16D7" w14:textId="77777777" w:rsidR="00767730" w:rsidRDefault="00687929">
            <w:pPr>
              <w:spacing w:after="0"/>
              <w:rPr>
                <w:rFonts w:ascii="Calibri" w:hAnsi="Calibri" w:cs="Calibri"/>
                <w:lang w:val="nl-NL"/>
              </w:rPr>
            </w:pPr>
            <w:r>
              <w:t>14</w:t>
            </w:r>
          </w:p>
        </w:tc>
        <w:tc>
          <w:tcPr>
            <w:tcW w:w="4400" w:type="dxa"/>
            <w:tcMar>
              <w:top w:w="90" w:type="dxa"/>
              <w:left w:w="90" w:type="dxa"/>
              <w:bottom w:w="90" w:type="dxa"/>
              <w:right w:w="90" w:type="dxa"/>
            </w:tcMar>
          </w:tcPr>
          <w:p w14:paraId="6D5EECCD" w14:textId="77777777" w:rsidR="00767730" w:rsidRDefault="00687929">
            <w:pPr>
              <w:spacing w:after="60"/>
              <w:rPr>
                <w:rFonts w:ascii="Calibri" w:hAnsi="Calibri" w:cs="Calibri"/>
                <w:lang w:val="nl-NL"/>
              </w:rPr>
            </w:pPr>
            <w:r>
              <w:rPr>
                <w:rFonts w:ascii="Calibri" w:hAnsi="Calibri" w:cs="Calibri"/>
                <w:b/>
                <w:sz w:val="18"/>
                <w:szCs w:val="18"/>
                <w:lang w:val="nl-NL"/>
              </w:rPr>
              <w:t>Wordt bij een verandering in het kwaliteitssysteem vooraf bepaald wat het doel is en wat de mogelijke gevolgen zijn?</w:t>
            </w:r>
          </w:p>
          <w:p w14:paraId="6DAF653D" w14:textId="77777777" w:rsidR="00767730" w:rsidRDefault="00687929">
            <w:pPr>
              <w:spacing w:after="0"/>
              <w:rPr>
                <w:rFonts w:ascii="Calibri" w:hAnsi="Calibri" w:cs="Calibri"/>
                <w:lang w:val="nl-NL"/>
              </w:rPr>
            </w:pPr>
            <w:r>
              <w:rPr>
                <w:rFonts w:ascii="Calibri" w:hAnsi="Calibri" w:cs="Calibri"/>
                <w:i/>
                <w:color w:val="666666"/>
                <w:sz w:val="17"/>
                <w:szCs w:val="17"/>
                <w:lang w:val="nl-NL"/>
              </w:rPr>
              <w:t>Voorbeeld: Bij het samenvoegen van twee afdelingen is vooraf besproken wat dat moet opleveren en welke werkzaamheden erdoor veranderen.</w:t>
            </w:r>
          </w:p>
        </w:tc>
        <w:tc>
          <w:tcPr>
            <w:tcW w:w="1300" w:type="dxa"/>
            <w:tcMar>
              <w:top w:w="90" w:type="dxa"/>
              <w:left w:w="90" w:type="dxa"/>
              <w:bottom w:w="90" w:type="dxa"/>
              <w:right w:w="90" w:type="dxa"/>
            </w:tcMar>
          </w:tcPr>
          <w:p w14:paraId="7CCBBD3B" w14:textId="77777777" w:rsidR="00767730" w:rsidRDefault="00687929">
            <w:pPr>
              <w:spacing w:after="40"/>
              <w:rPr>
                <w:rFonts w:ascii="Calibri" w:hAnsi="Calibri" w:cs="Calibri"/>
                <w:lang w:val="nl-NL"/>
              </w:rPr>
            </w:pPr>
            <w:r>
              <w:rPr>
                <w:rFonts w:ascii="Calibri" w:hAnsi="Calibri" w:cs="Calibri"/>
                <w:sz w:val="17"/>
                <w:szCs w:val="17"/>
                <w:lang w:val="nl-NL"/>
              </w:rPr>
              <w:t>6.3 a</w:t>
            </w:r>
          </w:p>
          <w:p w14:paraId="2F278C2D" w14:textId="77777777" w:rsidR="00767730" w:rsidRDefault="00687929">
            <w:pPr>
              <w:spacing w:after="0"/>
              <w:rPr>
                <w:rFonts w:ascii="Calibri" w:hAnsi="Calibri" w:cs="Calibri"/>
                <w:lang w:val="nl-NL"/>
              </w:rPr>
            </w:pPr>
            <w:r>
              <w:rPr>
                <w:rFonts w:ascii="Calibri" w:hAnsi="Calibri" w:cs="Calibri"/>
                <w:i/>
                <w:color w:val="698B4A"/>
                <w:sz w:val="17"/>
                <w:szCs w:val="17"/>
                <w:lang w:val="nl-NL"/>
              </w:rPr>
              <w:t>Eis</w:t>
            </w:r>
          </w:p>
        </w:tc>
        <w:tc>
          <w:tcPr>
            <w:tcW w:w="1650" w:type="dxa"/>
            <w:tcMar>
              <w:top w:w="90" w:type="dxa"/>
              <w:left w:w="90" w:type="dxa"/>
              <w:bottom w:w="90" w:type="dxa"/>
              <w:right w:w="90" w:type="dxa"/>
            </w:tcMar>
          </w:tcPr>
          <w:p w14:paraId="1B396B0C" w14:textId="77777777" w:rsidR="00767730" w:rsidRDefault="00687929">
            <w:pPr>
              <w:spacing w:after="40"/>
              <w:rPr>
                <w:rFonts w:ascii="Calibri" w:hAnsi="Calibri" w:cs="Calibri"/>
                <w:lang w:val="nl-NL"/>
              </w:rPr>
            </w:pPr>
            <w:sdt>
              <w:sdtPr>
                <w:id w:val="160982515"/>
                <w14:checkbox>
                  <w14:checked w14:val="0"/>
                  <w14:checkedState w14:val="2612" w14:font="MS Gothic"/>
                  <w14:uncheckedState w14:val="2610" w14:font="MS Gothic"/>
                </w14:checkbox>
              </w:sdtPr>
              <w:sdtEndPr/>
              <w:sdtContent>
                <w:r>
                  <w:rPr>
                    <w:rFonts w:ascii="MS Gothic" w:eastAsia="MS Gothic" w:hAnsi="MS Gothic"/>
                    <w:sz w:val="18"/>
                  </w:rPr>
                  <w:t>☐</w:t>
                </w:r>
              </w:sdtContent>
            </w:sdt>
            <w:r>
              <w:rPr>
                <w:rFonts w:ascii="Calibri" w:hAnsi="Calibri" w:cs="Calibri"/>
                <w:sz w:val="17"/>
                <w:szCs w:val="17"/>
                <w:lang w:val="nl-NL"/>
              </w:rPr>
              <w:t xml:space="preserve"> Al aanwezig</w:t>
            </w:r>
          </w:p>
          <w:p w14:paraId="3243C7CD" w14:textId="77777777" w:rsidR="00767730" w:rsidRDefault="00687929">
            <w:pPr>
              <w:spacing w:after="40"/>
              <w:rPr>
                <w:rFonts w:ascii="Calibri" w:hAnsi="Calibri" w:cs="Calibri"/>
                <w:lang w:val="nl-NL"/>
              </w:rPr>
            </w:pPr>
            <w:sdt>
              <w:sdtPr>
                <w:id w:val="-626469498"/>
                <w14:checkbox>
                  <w14:checked w14:val="0"/>
                  <w14:checkedState w14:val="2612" w14:font="MS Gothic"/>
                  <w14:uncheckedState w14:val="2610" w14:font="MS Gothic"/>
                </w14:checkbox>
              </w:sdtPr>
              <w:sdtEndPr/>
              <w:sdtContent>
                <w:r>
                  <w:rPr>
                    <w:rFonts w:ascii="MS Gothic" w:eastAsia="MS Gothic" w:hAnsi="MS Gothic"/>
                    <w:sz w:val="18"/>
                  </w:rPr>
                  <w:t>☐</w:t>
                </w:r>
              </w:sdtContent>
            </w:sdt>
            <w:r>
              <w:rPr>
                <w:rFonts w:ascii="Calibri" w:hAnsi="Calibri" w:cs="Calibri"/>
                <w:sz w:val="17"/>
                <w:szCs w:val="17"/>
                <w:lang w:val="nl-NL"/>
              </w:rPr>
              <w:t xml:space="preserve"> Verduidelijken</w:t>
            </w:r>
          </w:p>
          <w:p w14:paraId="77E2CE16" w14:textId="77777777" w:rsidR="00767730" w:rsidRDefault="00687929">
            <w:pPr>
              <w:spacing w:after="40"/>
              <w:rPr>
                <w:rFonts w:ascii="Calibri" w:hAnsi="Calibri" w:cs="Calibri"/>
                <w:lang w:val="nl-NL"/>
              </w:rPr>
            </w:pPr>
            <w:sdt>
              <w:sdtPr>
                <w:id w:val="-1508819137"/>
                <w14:checkbox>
                  <w14:checked w14:val="0"/>
                  <w14:checkedState w14:val="2612" w14:font="MS Gothic"/>
                  <w14:uncheckedState w14:val="2610" w14:font="MS Gothic"/>
                </w14:checkbox>
              </w:sdtPr>
              <w:sdtEndPr/>
              <w:sdtContent>
                <w:r>
                  <w:rPr>
                    <w:rFonts w:ascii="MS Gothic" w:eastAsia="MS Gothic" w:hAnsi="MS Gothic"/>
                    <w:sz w:val="18"/>
                  </w:rPr>
                  <w:t>☐</w:t>
                </w:r>
              </w:sdtContent>
            </w:sdt>
            <w:r>
              <w:rPr>
                <w:rFonts w:ascii="Calibri" w:hAnsi="Calibri" w:cs="Calibri"/>
                <w:sz w:val="17"/>
                <w:szCs w:val="17"/>
                <w:lang w:val="nl-NL"/>
              </w:rPr>
              <w:t xml:space="preserve"> Aanpassen</w:t>
            </w:r>
          </w:p>
        </w:tc>
        <w:tc>
          <w:tcPr>
            <w:tcW w:w="1962" w:type="dxa"/>
            <w:tcMar>
              <w:top w:w="90" w:type="dxa"/>
              <w:left w:w="90" w:type="dxa"/>
              <w:bottom w:w="90" w:type="dxa"/>
              <w:right w:w="90" w:type="dxa"/>
            </w:tcMar>
          </w:tcPr>
          <w:p w14:paraId="517EDDDB" w14:textId="77777777" w:rsidR="00767730" w:rsidRDefault="00767730">
            <w:pPr>
              <w:spacing w:after="0"/>
              <w:rPr>
                <w:rFonts w:ascii="Calibri" w:hAnsi="Calibri" w:cs="Calibri"/>
                <w:lang w:val="nl-NL"/>
              </w:rPr>
            </w:pPr>
          </w:p>
        </w:tc>
      </w:tr>
      <w:tr w:rsidR="00767730" w14:paraId="3FAF8350" w14:textId="77777777">
        <w:trPr>
          <w:cantSplit/>
          <w:jc w:val="center"/>
        </w:trPr>
        <w:tc>
          <w:tcPr>
            <w:tcW w:w="480" w:type="dxa"/>
            <w:tcMar>
              <w:top w:w="90" w:type="dxa"/>
              <w:left w:w="90" w:type="dxa"/>
              <w:bottom w:w="90" w:type="dxa"/>
              <w:right w:w="90" w:type="dxa"/>
            </w:tcMar>
          </w:tcPr>
          <w:p w14:paraId="49868DFD" w14:textId="77777777" w:rsidR="00767730" w:rsidRDefault="00687929">
            <w:pPr>
              <w:spacing w:after="0"/>
              <w:rPr>
                <w:rFonts w:ascii="Calibri" w:hAnsi="Calibri" w:cs="Calibri"/>
                <w:lang w:val="nl-NL"/>
              </w:rPr>
            </w:pPr>
            <w:r>
              <w:t>15</w:t>
            </w:r>
          </w:p>
        </w:tc>
        <w:tc>
          <w:tcPr>
            <w:tcW w:w="4400" w:type="dxa"/>
            <w:tcMar>
              <w:top w:w="90" w:type="dxa"/>
              <w:left w:w="90" w:type="dxa"/>
              <w:bottom w:w="90" w:type="dxa"/>
              <w:right w:w="90" w:type="dxa"/>
            </w:tcMar>
          </w:tcPr>
          <w:p w14:paraId="4A01EFDC" w14:textId="77777777" w:rsidR="00767730" w:rsidRDefault="00687929">
            <w:pPr>
              <w:spacing w:after="60"/>
              <w:rPr>
                <w:rFonts w:ascii="Calibri" w:hAnsi="Calibri" w:cs="Calibri"/>
                <w:lang w:val="nl-NL"/>
              </w:rPr>
            </w:pPr>
            <w:r>
              <w:rPr>
                <w:rFonts w:ascii="Calibri" w:hAnsi="Calibri" w:cs="Calibri"/>
                <w:b/>
                <w:sz w:val="18"/>
                <w:szCs w:val="18"/>
                <w:lang w:val="nl-NL"/>
              </w:rPr>
              <w:t>Is bij een verandering duidelijk welke middelen en informatie nodig zijn en wie verantwoordelijk is?</w:t>
            </w:r>
          </w:p>
          <w:p w14:paraId="475BB9AA" w14:textId="77777777" w:rsidR="00767730" w:rsidRDefault="00687929">
            <w:pPr>
              <w:spacing w:after="0"/>
              <w:rPr>
                <w:rFonts w:ascii="Calibri" w:hAnsi="Calibri" w:cs="Calibri"/>
                <w:lang w:val="nl-NL"/>
              </w:rPr>
            </w:pPr>
            <w:r>
              <w:rPr>
                <w:rFonts w:ascii="Calibri" w:hAnsi="Calibri" w:cs="Calibri"/>
                <w:i/>
                <w:color w:val="666666"/>
                <w:sz w:val="17"/>
                <w:szCs w:val="17"/>
                <w:lang w:val="nl-NL"/>
              </w:rPr>
              <w:t xml:space="preserve">Voorbeeld: </w:t>
            </w:r>
            <w:r>
              <w:rPr>
                <w:rFonts w:ascii="Calibri" w:hAnsi="Calibri" w:cs="Calibri"/>
                <w:i/>
                <w:color w:val="666666"/>
                <w:sz w:val="17"/>
                <w:szCs w:val="17"/>
                <w:lang w:val="nl-NL"/>
              </w:rPr>
              <w:t>Bij de overstap naar een nieuw klantrelatiesysteem is bekend wie de invoering trekt, hoeveel tijd medewerkers krijgen om het te leren en welke klantgegevens worden overgezet.</w:t>
            </w:r>
          </w:p>
        </w:tc>
        <w:tc>
          <w:tcPr>
            <w:tcW w:w="1300" w:type="dxa"/>
            <w:tcMar>
              <w:top w:w="90" w:type="dxa"/>
              <w:left w:w="90" w:type="dxa"/>
              <w:bottom w:w="90" w:type="dxa"/>
              <w:right w:w="90" w:type="dxa"/>
            </w:tcMar>
          </w:tcPr>
          <w:p w14:paraId="24EE9A6F" w14:textId="77777777" w:rsidR="00767730" w:rsidRDefault="00687929">
            <w:pPr>
              <w:spacing w:after="40"/>
              <w:rPr>
                <w:rFonts w:ascii="Calibri" w:hAnsi="Calibri" w:cs="Calibri"/>
                <w:lang w:val="nl-NL"/>
              </w:rPr>
            </w:pPr>
            <w:r>
              <w:rPr>
                <w:rFonts w:ascii="Calibri" w:hAnsi="Calibri" w:cs="Calibri"/>
                <w:sz w:val="17"/>
                <w:szCs w:val="17"/>
                <w:lang w:val="nl-NL"/>
              </w:rPr>
              <w:t>6.3 c en d</w:t>
            </w:r>
          </w:p>
          <w:p w14:paraId="70A74879" w14:textId="77777777" w:rsidR="00767730" w:rsidRDefault="00687929">
            <w:pPr>
              <w:spacing w:after="0"/>
              <w:rPr>
                <w:rFonts w:ascii="Calibri" w:hAnsi="Calibri" w:cs="Calibri"/>
                <w:lang w:val="nl-NL"/>
              </w:rPr>
            </w:pPr>
            <w:r>
              <w:rPr>
                <w:rFonts w:ascii="Calibri" w:hAnsi="Calibri" w:cs="Calibri"/>
                <w:i/>
                <w:color w:val="698B4A"/>
                <w:sz w:val="17"/>
                <w:szCs w:val="17"/>
                <w:lang w:val="nl-NL"/>
              </w:rPr>
              <w:t>Eis</w:t>
            </w:r>
          </w:p>
        </w:tc>
        <w:tc>
          <w:tcPr>
            <w:tcW w:w="1650" w:type="dxa"/>
            <w:tcMar>
              <w:top w:w="90" w:type="dxa"/>
              <w:left w:w="90" w:type="dxa"/>
              <w:bottom w:w="90" w:type="dxa"/>
              <w:right w:w="90" w:type="dxa"/>
            </w:tcMar>
          </w:tcPr>
          <w:p w14:paraId="5C9433FB" w14:textId="77777777" w:rsidR="00767730" w:rsidRDefault="00687929">
            <w:pPr>
              <w:spacing w:after="40"/>
              <w:rPr>
                <w:rFonts w:ascii="Calibri" w:hAnsi="Calibri" w:cs="Calibri"/>
                <w:lang w:val="nl-NL"/>
              </w:rPr>
            </w:pPr>
            <w:sdt>
              <w:sdtPr>
                <w:id w:val="2033533540"/>
                <w14:checkbox>
                  <w14:checked w14:val="0"/>
                  <w14:checkedState w14:val="2612" w14:font="MS Gothic"/>
                  <w14:uncheckedState w14:val="2610" w14:font="MS Gothic"/>
                </w14:checkbox>
              </w:sdtPr>
              <w:sdtEndPr/>
              <w:sdtContent>
                <w:r>
                  <w:rPr>
                    <w:rFonts w:ascii="MS Gothic" w:eastAsia="MS Gothic" w:hAnsi="MS Gothic"/>
                    <w:sz w:val="18"/>
                  </w:rPr>
                  <w:t>☐</w:t>
                </w:r>
              </w:sdtContent>
            </w:sdt>
            <w:r>
              <w:rPr>
                <w:rFonts w:ascii="Calibri" w:hAnsi="Calibri" w:cs="Calibri"/>
                <w:sz w:val="17"/>
                <w:szCs w:val="17"/>
                <w:lang w:val="nl-NL"/>
              </w:rPr>
              <w:t xml:space="preserve"> Al aanwezig</w:t>
            </w:r>
          </w:p>
          <w:p w14:paraId="28D76446" w14:textId="77777777" w:rsidR="00767730" w:rsidRDefault="00687929">
            <w:pPr>
              <w:spacing w:after="40"/>
              <w:rPr>
                <w:rFonts w:ascii="Calibri" w:hAnsi="Calibri" w:cs="Calibri"/>
                <w:lang w:val="nl-NL"/>
              </w:rPr>
            </w:pPr>
            <w:sdt>
              <w:sdtPr>
                <w:id w:val="-732154696"/>
                <w14:checkbox>
                  <w14:checked w14:val="0"/>
                  <w14:checkedState w14:val="2612" w14:font="MS Gothic"/>
                  <w14:uncheckedState w14:val="2610" w14:font="MS Gothic"/>
                </w14:checkbox>
              </w:sdtPr>
              <w:sdtEndPr/>
              <w:sdtContent>
                <w:r>
                  <w:rPr>
                    <w:rFonts w:ascii="MS Gothic" w:eastAsia="MS Gothic" w:hAnsi="MS Gothic"/>
                    <w:sz w:val="18"/>
                  </w:rPr>
                  <w:t>☐</w:t>
                </w:r>
              </w:sdtContent>
            </w:sdt>
            <w:r>
              <w:rPr>
                <w:rFonts w:ascii="Calibri" w:hAnsi="Calibri" w:cs="Calibri"/>
                <w:sz w:val="17"/>
                <w:szCs w:val="17"/>
                <w:lang w:val="nl-NL"/>
              </w:rPr>
              <w:t xml:space="preserve"> Verduidelijken</w:t>
            </w:r>
          </w:p>
          <w:p w14:paraId="5E44AB6F" w14:textId="77777777" w:rsidR="00767730" w:rsidRDefault="00687929">
            <w:pPr>
              <w:spacing w:after="40"/>
              <w:rPr>
                <w:rFonts w:ascii="Calibri" w:hAnsi="Calibri" w:cs="Calibri"/>
                <w:lang w:val="nl-NL"/>
              </w:rPr>
            </w:pPr>
            <w:sdt>
              <w:sdtPr>
                <w:id w:val="383994253"/>
                <w14:checkbox>
                  <w14:checked w14:val="0"/>
                  <w14:checkedState w14:val="2612" w14:font="MS Gothic"/>
                  <w14:uncheckedState w14:val="2610" w14:font="MS Gothic"/>
                </w14:checkbox>
              </w:sdtPr>
              <w:sdtEndPr/>
              <w:sdtContent>
                <w:r>
                  <w:rPr>
                    <w:rFonts w:ascii="MS Gothic" w:eastAsia="MS Gothic" w:hAnsi="MS Gothic"/>
                    <w:sz w:val="18"/>
                  </w:rPr>
                  <w:t>☐</w:t>
                </w:r>
              </w:sdtContent>
            </w:sdt>
            <w:r>
              <w:rPr>
                <w:rFonts w:ascii="Calibri" w:hAnsi="Calibri" w:cs="Calibri"/>
                <w:sz w:val="17"/>
                <w:szCs w:val="17"/>
                <w:lang w:val="nl-NL"/>
              </w:rPr>
              <w:t xml:space="preserve"> Aanpassen</w:t>
            </w:r>
          </w:p>
        </w:tc>
        <w:tc>
          <w:tcPr>
            <w:tcW w:w="1962" w:type="dxa"/>
            <w:tcMar>
              <w:top w:w="90" w:type="dxa"/>
              <w:left w:w="90" w:type="dxa"/>
              <w:bottom w:w="90" w:type="dxa"/>
              <w:right w:w="90" w:type="dxa"/>
            </w:tcMar>
          </w:tcPr>
          <w:p w14:paraId="004A5BC7" w14:textId="77777777" w:rsidR="00767730" w:rsidRDefault="00767730">
            <w:pPr>
              <w:spacing w:after="0"/>
              <w:rPr>
                <w:rFonts w:ascii="Calibri" w:hAnsi="Calibri" w:cs="Calibri"/>
                <w:lang w:val="nl-NL"/>
              </w:rPr>
            </w:pPr>
          </w:p>
        </w:tc>
      </w:tr>
      <w:tr w:rsidR="00767730" w14:paraId="771AC026" w14:textId="77777777">
        <w:trPr>
          <w:cantSplit/>
          <w:jc w:val="center"/>
        </w:trPr>
        <w:tc>
          <w:tcPr>
            <w:tcW w:w="480" w:type="dxa"/>
            <w:tcMar>
              <w:top w:w="90" w:type="dxa"/>
              <w:left w:w="90" w:type="dxa"/>
              <w:bottom w:w="90" w:type="dxa"/>
              <w:right w:w="90" w:type="dxa"/>
            </w:tcMar>
          </w:tcPr>
          <w:p w14:paraId="4B4D595F" w14:textId="77777777" w:rsidR="00767730" w:rsidRDefault="00687929">
            <w:pPr>
              <w:spacing w:after="0"/>
              <w:rPr>
                <w:rFonts w:ascii="Calibri" w:hAnsi="Calibri" w:cs="Calibri"/>
                <w:lang w:val="nl-NL"/>
              </w:rPr>
            </w:pPr>
            <w:r>
              <w:lastRenderedPageBreak/>
              <w:t>16</w:t>
            </w:r>
          </w:p>
        </w:tc>
        <w:tc>
          <w:tcPr>
            <w:tcW w:w="4400" w:type="dxa"/>
            <w:tcMar>
              <w:top w:w="90" w:type="dxa"/>
              <w:left w:w="90" w:type="dxa"/>
              <w:bottom w:w="90" w:type="dxa"/>
              <w:right w:w="90" w:type="dxa"/>
            </w:tcMar>
          </w:tcPr>
          <w:p w14:paraId="716A7A69" w14:textId="77777777" w:rsidR="00767730" w:rsidRDefault="00687929">
            <w:pPr>
              <w:spacing w:after="60"/>
              <w:rPr>
                <w:rFonts w:ascii="Calibri" w:hAnsi="Calibri" w:cs="Calibri"/>
                <w:lang w:val="nl-NL"/>
              </w:rPr>
            </w:pPr>
            <w:r>
              <w:rPr>
                <w:rFonts w:ascii="Calibri" w:hAnsi="Calibri" w:cs="Calibri"/>
                <w:b/>
                <w:sz w:val="18"/>
                <w:szCs w:val="18"/>
                <w:lang w:val="nl-NL"/>
              </w:rPr>
              <w:t>Is bepaald wie over de verandering moet worden geïnformeerd en hoe dat gebeurt?</w:t>
            </w:r>
          </w:p>
          <w:p w14:paraId="1CE6F360" w14:textId="77777777" w:rsidR="00767730" w:rsidRDefault="00687929">
            <w:pPr>
              <w:spacing w:after="0"/>
              <w:rPr>
                <w:rFonts w:ascii="Calibri" w:hAnsi="Calibri" w:cs="Calibri"/>
                <w:lang w:val="nl-NL"/>
              </w:rPr>
            </w:pPr>
            <w:r>
              <w:rPr>
                <w:rFonts w:ascii="Calibri" w:hAnsi="Calibri" w:cs="Calibri"/>
                <w:i/>
                <w:color w:val="666666"/>
                <w:sz w:val="17"/>
                <w:szCs w:val="17"/>
                <w:lang w:val="nl-NL"/>
              </w:rPr>
              <w:t>Voorbeeld: Bij een nieuwe digitale aanvraagprocedure van een gemeente horen medewerkers, inwoners en ketenpartners tijdig wat er verandert en vanaf wanneer.</w:t>
            </w:r>
          </w:p>
        </w:tc>
        <w:tc>
          <w:tcPr>
            <w:tcW w:w="1300" w:type="dxa"/>
            <w:tcMar>
              <w:top w:w="90" w:type="dxa"/>
              <w:left w:w="90" w:type="dxa"/>
              <w:bottom w:w="90" w:type="dxa"/>
              <w:right w:w="90" w:type="dxa"/>
            </w:tcMar>
          </w:tcPr>
          <w:p w14:paraId="63136CA2" w14:textId="77777777" w:rsidR="00767730" w:rsidRDefault="00687929">
            <w:pPr>
              <w:spacing w:after="40"/>
              <w:rPr>
                <w:rFonts w:ascii="Calibri" w:hAnsi="Calibri" w:cs="Calibri"/>
                <w:lang w:val="nl-NL"/>
              </w:rPr>
            </w:pPr>
            <w:r>
              <w:rPr>
                <w:rFonts w:ascii="Calibri" w:hAnsi="Calibri" w:cs="Calibri"/>
                <w:sz w:val="17"/>
                <w:szCs w:val="17"/>
                <w:lang w:val="nl-NL"/>
              </w:rPr>
              <w:t>6.3 e</w:t>
            </w:r>
          </w:p>
          <w:p w14:paraId="7B3B7CFB" w14:textId="77777777" w:rsidR="00767730" w:rsidRDefault="00687929">
            <w:pPr>
              <w:spacing w:after="0"/>
              <w:rPr>
                <w:rFonts w:ascii="Calibri" w:hAnsi="Calibri" w:cs="Calibri"/>
                <w:lang w:val="nl-NL"/>
              </w:rPr>
            </w:pPr>
            <w:r>
              <w:rPr>
                <w:rFonts w:ascii="Calibri" w:hAnsi="Calibri" w:cs="Calibri"/>
                <w:i/>
                <w:color w:val="698B4A"/>
                <w:sz w:val="17"/>
                <w:szCs w:val="17"/>
                <w:lang w:val="nl-NL"/>
              </w:rPr>
              <w:t>Eis</w:t>
            </w:r>
          </w:p>
        </w:tc>
        <w:tc>
          <w:tcPr>
            <w:tcW w:w="1650" w:type="dxa"/>
            <w:tcMar>
              <w:top w:w="90" w:type="dxa"/>
              <w:left w:w="90" w:type="dxa"/>
              <w:bottom w:w="90" w:type="dxa"/>
              <w:right w:w="90" w:type="dxa"/>
            </w:tcMar>
          </w:tcPr>
          <w:p w14:paraId="3436AC3C" w14:textId="77777777" w:rsidR="00767730" w:rsidRDefault="00687929">
            <w:pPr>
              <w:spacing w:after="40"/>
              <w:rPr>
                <w:rFonts w:ascii="Calibri" w:hAnsi="Calibri" w:cs="Calibri"/>
                <w:lang w:val="nl-NL"/>
              </w:rPr>
            </w:pPr>
            <w:sdt>
              <w:sdtPr>
                <w:id w:val="1626651713"/>
                <w14:checkbox>
                  <w14:checked w14:val="0"/>
                  <w14:checkedState w14:val="2612" w14:font="MS Gothic"/>
                  <w14:uncheckedState w14:val="2610" w14:font="MS Gothic"/>
                </w14:checkbox>
              </w:sdtPr>
              <w:sdtEndPr/>
              <w:sdtContent>
                <w:r>
                  <w:rPr>
                    <w:rFonts w:ascii="MS Gothic" w:eastAsia="MS Gothic" w:hAnsi="MS Gothic"/>
                    <w:sz w:val="18"/>
                  </w:rPr>
                  <w:t>☐</w:t>
                </w:r>
              </w:sdtContent>
            </w:sdt>
            <w:r>
              <w:rPr>
                <w:rFonts w:ascii="Calibri" w:hAnsi="Calibri" w:cs="Calibri"/>
                <w:sz w:val="17"/>
                <w:szCs w:val="17"/>
                <w:lang w:val="nl-NL"/>
              </w:rPr>
              <w:t xml:space="preserve"> Al aanwezig</w:t>
            </w:r>
          </w:p>
          <w:p w14:paraId="3BC73421" w14:textId="77777777" w:rsidR="00767730" w:rsidRDefault="00687929">
            <w:pPr>
              <w:spacing w:after="40"/>
              <w:rPr>
                <w:rFonts w:ascii="Calibri" w:hAnsi="Calibri" w:cs="Calibri"/>
                <w:lang w:val="nl-NL"/>
              </w:rPr>
            </w:pPr>
            <w:sdt>
              <w:sdtPr>
                <w:id w:val="-934361881"/>
                <w14:checkbox>
                  <w14:checked w14:val="0"/>
                  <w14:checkedState w14:val="2612" w14:font="MS Gothic"/>
                  <w14:uncheckedState w14:val="2610" w14:font="MS Gothic"/>
                </w14:checkbox>
              </w:sdtPr>
              <w:sdtEndPr/>
              <w:sdtContent>
                <w:r>
                  <w:rPr>
                    <w:rFonts w:ascii="MS Gothic" w:eastAsia="MS Gothic" w:hAnsi="MS Gothic"/>
                    <w:sz w:val="18"/>
                  </w:rPr>
                  <w:t>☐</w:t>
                </w:r>
              </w:sdtContent>
            </w:sdt>
            <w:r>
              <w:rPr>
                <w:rFonts w:ascii="Calibri" w:hAnsi="Calibri" w:cs="Calibri"/>
                <w:sz w:val="17"/>
                <w:szCs w:val="17"/>
                <w:lang w:val="nl-NL"/>
              </w:rPr>
              <w:t xml:space="preserve"> Verduidelijken</w:t>
            </w:r>
          </w:p>
          <w:p w14:paraId="20B3CBB1" w14:textId="77777777" w:rsidR="00767730" w:rsidRDefault="00687929">
            <w:pPr>
              <w:spacing w:after="40"/>
              <w:rPr>
                <w:rFonts w:ascii="Calibri" w:hAnsi="Calibri" w:cs="Calibri"/>
                <w:lang w:val="nl-NL"/>
              </w:rPr>
            </w:pPr>
            <w:sdt>
              <w:sdtPr>
                <w:id w:val="1496537398"/>
                <w14:checkbox>
                  <w14:checked w14:val="0"/>
                  <w14:checkedState w14:val="2612" w14:font="MS Gothic"/>
                  <w14:uncheckedState w14:val="2610" w14:font="MS Gothic"/>
                </w14:checkbox>
              </w:sdtPr>
              <w:sdtEndPr/>
              <w:sdtContent>
                <w:r>
                  <w:rPr>
                    <w:rFonts w:ascii="MS Gothic" w:eastAsia="MS Gothic" w:hAnsi="MS Gothic"/>
                    <w:sz w:val="18"/>
                  </w:rPr>
                  <w:t>☐</w:t>
                </w:r>
              </w:sdtContent>
            </w:sdt>
            <w:r>
              <w:rPr>
                <w:rFonts w:ascii="Calibri" w:hAnsi="Calibri" w:cs="Calibri"/>
                <w:sz w:val="17"/>
                <w:szCs w:val="17"/>
                <w:lang w:val="nl-NL"/>
              </w:rPr>
              <w:t xml:space="preserve"> Aanpassen</w:t>
            </w:r>
          </w:p>
        </w:tc>
        <w:tc>
          <w:tcPr>
            <w:tcW w:w="1962" w:type="dxa"/>
            <w:tcMar>
              <w:top w:w="90" w:type="dxa"/>
              <w:left w:w="90" w:type="dxa"/>
              <w:bottom w:w="90" w:type="dxa"/>
              <w:right w:w="90" w:type="dxa"/>
            </w:tcMar>
          </w:tcPr>
          <w:p w14:paraId="68E011E0" w14:textId="77777777" w:rsidR="00767730" w:rsidRDefault="00767730">
            <w:pPr>
              <w:spacing w:after="0"/>
              <w:rPr>
                <w:rFonts w:ascii="Calibri" w:hAnsi="Calibri" w:cs="Calibri"/>
                <w:lang w:val="nl-NL"/>
              </w:rPr>
            </w:pPr>
          </w:p>
        </w:tc>
      </w:tr>
      <w:tr w:rsidR="00767730" w14:paraId="330AE9EE" w14:textId="77777777">
        <w:trPr>
          <w:cantSplit/>
          <w:jc w:val="center"/>
        </w:trPr>
        <w:tc>
          <w:tcPr>
            <w:tcW w:w="480" w:type="dxa"/>
            <w:tcMar>
              <w:top w:w="90" w:type="dxa"/>
              <w:left w:w="90" w:type="dxa"/>
              <w:bottom w:w="90" w:type="dxa"/>
              <w:right w:w="90" w:type="dxa"/>
            </w:tcMar>
          </w:tcPr>
          <w:p w14:paraId="584A62B8" w14:textId="77777777" w:rsidR="00767730" w:rsidRDefault="00687929">
            <w:pPr>
              <w:spacing w:after="0"/>
              <w:rPr>
                <w:rFonts w:ascii="Calibri" w:hAnsi="Calibri" w:cs="Calibri"/>
                <w:lang w:val="nl-NL"/>
              </w:rPr>
            </w:pPr>
            <w:r>
              <w:t>17</w:t>
            </w:r>
          </w:p>
        </w:tc>
        <w:tc>
          <w:tcPr>
            <w:tcW w:w="4400" w:type="dxa"/>
            <w:tcMar>
              <w:top w:w="90" w:type="dxa"/>
              <w:left w:w="90" w:type="dxa"/>
              <w:bottom w:w="90" w:type="dxa"/>
              <w:right w:w="90" w:type="dxa"/>
            </w:tcMar>
          </w:tcPr>
          <w:p w14:paraId="38BA22DB" w14:textId="77777777" w:rsidR="00767730" w:rsidRDefault="00687929">
            <w:pPr>
              <w:spacing w:after="60"/>
              <w:rPr>
                <w:rFonts w:ascii="Calibri" w:hAnsi="Calibri" w:cs="Calibri"/>
                <w:lang w:val="nl-NL"/>
              </w:rPr>
            </w:pPr>
            <w:r>
              <w:rPr>
                <w:rFonts w:ascii="Calibri" w:hAnsi="Calibri" w:cs="Calibri"/>
                <w:b/>
                <w:sz w:val="18"/>
                <w:szCs w:val="18"/>
                <w:lang w:val="nl-NL"/>
              </w:rPr>
              <w:t>Is vooraf bepaald hoe wordt gevolgd of de verandering werkt en hoe de resultaten achteraf worden beoordeeld?</w:t>
            </w:r>
          </w:p>
          <w:p w14:paraId="57D8089E" w14:textId="77777777" w:rsidR="00767730" w:rsidRDefault="00687929">
            <w:pPr>
              <w:spacing w:after="0"/>
              <w:rPr>
                <w:rFonts w:ascii="Calibri" w:hAnsi="Calibri" w:cs="Calibri"/>
                <w:lang w:val="nl-NL"/>
              </w:rPr>
            </w:pPr>
            <w:r>
              <w:rPr>
                <w:rFonts w:ascii="Calibri" w:hAnsi="Calibri" w:cs="Calibri"/>
                <w:i/>
                <w:color w:val="666666"/>
                <w:sz w:val="17"/>
                <w:szCs w:val="17"/>
                <w:lang w:val="nl-NL"/>
              </w:rPr>
              <w:t>Voorbeeld: Twee maanden na de invoering bespreekt het team wat goed gaat en wat beter kan. De uitkomst komt terug in de directiebeoordeling.</w:t>
            </w:r>
          </w:p>
        </w:tc>
        <w:tc>
          <w:tcPr>
            <w:tcW w:w="1300" w:type="dxa"/>
            <w:tcMar>
              <w:top w:w="90" w:type="dxa"/>
              <w:left w:w="90" w:type="dxa"/>
              <w:bottom w:w="90" w:type="dxa"/>
              <w:right w:w="90" w:type="dxa"/>
            </w:tcMar>
          </w:tcPr>
          <w:p w14:paraId="15CF862B" w14:textId="77777777" w:rsidR="00767730" w:rsidRDefault="00687929">
            <w:pPr>
              <w:spacing w:after="40"/>
              <w:rPr>
                <w:rFonts w:ascii="Calibri" w:hAnsi="Calibri" w:cs="Calibri"/>
                <w:lang w:val="nl-NL"/>
              </w:rPr>
            </w:pPr>
            <w:r>
              <w:rPr>
                <w:rFonts w:ascii="Calibri" w:hAnsi="Calibri" w:cs="Calibri"/>
                <w:sz w:val="17"/>
                <w:szCs w:val="17"/>
                <w:lang w:val="nl-NL"/>
              </w:rPr>
              <w:t>6.3 f en g</w:t>
            </w:r>
          </w:p>
          <w:p w14:paraId="555AE142" w14:textId="77777777" w:rsidR="00767730" w:rsidRDefault="00687929">
            <w:pPr>
              <w:spacing w:after="0"/>
              <w:rPr>
                <w:rFonts w:ascii="Calibri" w:hAnsi="Calibri" w:cs="Calibri"/>
                <w:lang w:val="nl-NL"/>
              </w:rPr>
            </w:pPr>
            <w:r>
              <w:rPr>
                <w:rFonts w:ascii="Calibri" w:hAnsi="Calibri" w:cs="Calibri"/>
                <w:i/>
                <w:color w:val="698B4A"/>
                <w:sz w:val="17"/>
                <w:szCs w:val="17"/>
                <w:lang w:val="nl-NL"/>
              </w:rPr>
              <w:t>Eis</w:t>
            </w:r>
          </w:p>
        </w:tc>
        <w:tc>
          <w:tcPr>
            <w:tcW w:w="1650" w:type="dxa"/>
            <w:tcMar>
              <w:top w:w="90" w:type="dxa"/>
              <w:left w:w="90" w:type="dxa"/>
              <w:bottom w:w="90" w:type="dxa"/>
              <w:right w:w="90" w:type="dxa"/>
            </w:tcMar>
          </w:tcPr>
          <w:p w14:paraId="1A807F50" w14:textId="77777777" w:rsidR="00767730" w:rsidRDefault="00687929">
            <w:pPr>
              <w:spacing w:after="40"/>
              <w:rPr>
                <w:rFonts w:ascii="Calibri" w:hAnsi="Calibri" w:cs="Calibri"/>
                <w:lang w:val="nl-NL"/>
              </w:rPr>
            </w:pPr>
            <w:sdt>
              <w:sdtPr>
                <w:id w:val="-1656676958"/>
                <w14:checkbox>
                  <w14:checked w14:val="0"/>
                  <w14:checkedState w14:val="2612" w14:font="MS Gothic"/>
                  <w14:uncheckedState w14:val="2610" w14:font="MS Gothic"/>
                </w14:checkbox>
              </w:sdtPr>
              <w:sdtEndPr/>
              <w:sdtContent>
                <w:r>
                  <w:rPr>
                    <w:rFonts w:ascii="MS Gothic" w:eastAsia="MS Gothic" w:hAnsi="MS Gothic"/>
                    <w:sz w:val="18"/>
                  </w:rPr>
                  <w:t>☐</w:t>
                </w:r>
              </w:sdtContent>
            </w:sdt>
            <w:r>
              <w:rPr>
                <w:rFonts w:ascii="Calibri" w:hAnsi="Calibri" w:cs="Calibri"/>
                <w:sz w:val="17"/>
                <w:szCs w:val="17"/>
                <w:lang w:val="nl-NL"/>
              </w:rPr>
              <w:t xml:space="preserve"> Al aanwezig</w:t>
            </w:r>
          </w:p>
          <w:p w14:paraId="06C8B5DA" w14:textId="77777777" w:rsidR="00767730" w:rsidRDefault="00687929">
            <w:pPr>
              <w:spacing w:after="40"/>
              <w:rPr>
                <w:rFonts w:ascii="Calibri" w:hAnsi="Calibri" w:cs="Calibri"/>
                <w:lang w:val="nl-NL"/>
              </w:rPr>
            </w:pPr>
            <w:sdt>
              <w:sdtPr>
                <w:id w:val="-1175877879"/>
                <w14:checkbox>
                  <w14:checked w14:val="0"/>
                  <w14:checkedState w14:val="2612" w14:font="MS Gothic"/>
                  <w14:uncheckedState w14:val="2610" w14:font="MS Gothic"/>
                </w14:checkbox>
              </w:sdtPr>
              <w:sdtEndPr/>
              <w:sdtContent>
                <w:r>
                  <w:rPr>
                    <w:rFonts w:ascii="MS Gothic" w:eastAsia="MS Gothic" w:hAnsi="MS Gothic"/>
                    <w:sz w:val="18"/>
                  </w:rPr>
                  <w:t>☐</w:t>
                </w:r>
              </w:sdtContent>
            </w:sdt>
            <w:r>
              <w:rPr>
                <w:rFonts w:ascii="Calibri" w:hAnsi="Calibri" w:cs="Calibri"/>
                <w:sz w:val="17"/>
                <w:szCs w:val="17"/>
                <w:lang w:val="nl-NL"/>
              </w:rPr>
              <w:t xml:space="preserve"> Verduidelijken</w:t>
            </w:r>
          </w:p>
          <w:p w14:paraId="599ADFEC" w14:textId="77777777" w:rsidR="00767730" w:rsidRDefault="00687929">
            <w:pPr>
              <w:spacing w:after="40"/>
              <w:rPr>
                <w:rFonts w:ascii="Calibri" w:hAnsi="Calibri" w:cs="Calibri"/>
                <w:lang w:val="nl-NL"/>
              </w:rPr>
            </w:pPr>
            <w:sdt>
              <w:sdtPr>
                <w:id w:val="1260023757"/>
                <w14:checkbox>
                  <w14:checked w14:val="0"/>
                  <w14:checkedState w14:val="2612" w14:font="MS Gothic"/>
                  <w14:uncheckedState w14:val="2610" w14:font="MS Gothic"/>
                </w14:checkbox>
              </w:sdtPr>
              <w:sdtEndPr/>
              <w:sdtContent>
                <w:r>
                  <w:rPr>
                    <w:rFonts w:ascii="MS Gothic" w:eastAsia="MS Gothic" w:hAnsi="MS Gothic"/>
                    <w:sz w:val="18"/>
                  </w:rPr>
                  <w:t>☐</w:t>
                </w:r>
              </w:sdtContent>
            </w:sdt>
            <w:r>
              <w:rPr>
                <w:rFonts w:ascii="Calibri" w:hAnsi="Calibri" w:cs="Calibri"/>
                <w:sz w:val="17"/>
                <w:szCs w:val="17"/>
                <w:lang w:val="nl-NL"/>
              </w:rPr>
              <w:t xml:space="preserve"> Aanpassen</w:t>
            </w:r>
          </w:p>
        </w:tc>
        <w:tc>
          <w:tcPr>
            <w:tcW w:w="1962" w:type="dxa"/>
            <w:tcMar>
              <w:top w:w="90" w:type="dxa"/>
              <w:left w:w="90" w:type="dxa"/>
              <w:bottom w:w="90" w:type="dxa"/>
              <w:right w:w="90" w:type="dxa"/>
            </w:tcMar>
          </w:tcPr>
          <w:p w14:paraId="3C055140" w14:textId="77777777" w:rsidR="00767730" w:rsidRDefault="00767730">
            <w:pPr>
              <w:spacing w:after="0"/>
              <w:rPr>
                <w:rFonts w:ascii="Calibri" w:hAnsi="Calibri" w:cs="Calibri"/>
                <w:lang w:val="nl-NL"/>
              </w:rPr>
            </w:pPr>
          </w:p>
        </w:tc>
      </w:tr>
      <w:tr w:rsidR="00767730" w14:paraId="5ADED9FC" w14:textId="77777777">
        <w:trPr>
          <w:cantSplit/>
          <w:jc w:val="center"/>
        </w:trPr>
        <w:tc>
          <w:tcPr>
            <w:tcW w:w="480" w:type="dxa"/>
            <w:tcMar>
              <w:top w:w="90" w:type="dxa"/>
              <w:left w:w="90" w:type="dxa"/>
              <w:bottom w:w="90" w:type="dxa"/>
              <w:right w:w="90" w:type="dxa"/>
            </w:tcMar>
          </w:tcPr>
          <w:p w14:paraId="44BD1598" w14:textId="77777777" w:rsidR="00767730" w:rsidRDefault="00687929">
            <w:pPr>
              <w:spacing w:after="0"/>
              <w:rPr>
                <w:rFonts w:ascii="Calibri" w:hAnsi="Calibri" w:cs="Calibri"/>
                <w:lang w:val="nl-NL"/>
              </w:rPr>
            </w:pPr>
            <w:r>
              <w:t>18</w:t>
            </w:r>
          </w:p>
        </w:tc>
        <w:tc>
          <w:tcPr>
            <w:tcW w:w="4400" w:type="dxa"/>
            <w:tcMar>
              <w:top w:w="90" w:type="dxa"/>
              <w:left w:w="90" w:type="dxa"/>
              <w:bottom w:w="90" w:type="dxa"/>
              <w:right w:w="90" w:type="dxa"/>
            </w:tcMar>
          </w:tcPr>
          <w:p w14:paraId="24F242A9" w14:textId="77777777" w:rsidR="00767730" w:rsidRDefault="00687929">
            <w:pPr>
              <w:spacing w:after="60"/>
              <w:rPr>
                <w:rFonts w:ascii="Calibri" w:hAnsi="Calibri" w:cs="Calibri"/>
                <w:lang w:val="nl-NL"/>
              </w:rPr>
            </w:pPr>
            <w:r>
              <w:rPr>
                <w:rFonts w:ascii="Calibri" w:hAnsi="Calibri" w:cs="Calibri"/>
                <w:b/>
                <w:sz w:val="18"/>
                <w:szCs w:val="18"/>
                <w:lang w:val="nl-NL"/>
              </w:rPr>
              <w:t>Is iemand verantwoordelijk voor het intact houden van het kwaliteitssysteem wanneer er iets verandert?</w:t>
            </w:r>
          </w:p>
          <w:p w14:paraId="7CF40A15" w14:textId="77777777" w:rsidR="00767730" w:rsidRDefault="00687929">
            <w:pPr>
              <w:spacing w:after="0"/>
              <w:rPr>
                <w:rFonts w:ascii="Calibri" w:hAnsi="Calibri" w:cs="Calibri"/>
                <w:lang w:val="nl-NL"/>
              </w:rPr>
            </w:pPr>
            <w:r>
              <w:rPr>
                <w:rFonts w:ascii="Calibri" w:hAnsi="Calibri" w:cs="Calibri"/>
                <w:i/>
                <w:color w:val="666666"/>
                <w:sz w:val="17"/>
                <w:szCs w:val="17"/>
                <w:lang w:val="nl-NL"/>
              </w:rPr>
              <w:t xml:space="preserve">Voorbeeld: </w:t>
            </w:r>
            <w:r>
              <w:rPr>
                <w:rFonts w:ascii="Calibri" w:hAnsi="Calibri" w:cs="Calibri"/>
                <w:i/>
                <w:color w:val="666666"/>
                <w:sz w:val="17"/>
                <w:szCs w:val="17"/>
                <w:lang w:val="nl-NL"/>
              </w:rPr>
              <w:t>Bij een fusie van twee goede doelen of de invoering van een nieuw systeem gaat de kwaliteitsfunctionaris na of werkafspraken, verantwoordelijkheden en processen nog op elkaar aansluiten.</w:t>
            </w:r>
          </w:p>
        </w:tc>
        <w:tc>
          <w:tcPr>
            <w:tcW w:w="1300" w:type="dxa"/>
            <w:tcMar>
              <w:top w:w="90" w:type="dxa"/>
              <w:left w:w="90" w:type="dxa"/>
              <w:bottom w:w="90" w:type="dxa"/>
              <w:right w:w="90" w:type="dxa"/>
            </w:tcMar>
          </w:tcPr>
          <w:p w14:paraId="3933CCC7" w14:textId="77777777" w:rsidR="00767730" w:rsidRDefault="00687929">
            <w:pPr>
              <w:spacing w:after="40"/>
              <w:rPr>
                <w:rFonts w:ascii="Calibri" w:hAnsi="Calibri" w:cs="Calibri"/>
                <w:lang w:val="nl-NL"/>
              </w:rPr>
            </w:pPr>
            <w:r>
              <w:rPr>
                <w:rFonts w:ascii="Calibri" w:hAnsi="Calibri" w:cs="Calibri"/>
                <w:sz w:val="17"/>
                <w:szCs w:val="17"/>
                <w:lang w:val="nl-NL"/>
              </w:rPr>
              <w:t>5.3 f en 6.3 b</w:t>
            </w:r>
          </w:p>
          <w:p w14:paraId="1343BF98" w14:textId="77777777" w:rsidR="00767730" w:rsidRDefault="00687929">
            <w:pPr>
              <w:spacing w:after="0"/>
              <w:rPr>
                <w:rFonts w:ascii="Calibri" w:hAnsi="Calibri" w:cs="Calibri"/>
                <w:lang w:val="nl-NL"/>
              </w:rPr>
            </w:pPr>
            <w:r>
              <w:rPr>
                <w:rFonts w:ascii="Calibri" w:hAnsi="Calibri" w:cs="Calibri"/>
                <w:i/>
                <w:color w:val="698B4A"/>
                <w:sz w:val="17"/>
                <w:szCs w:val="17"/>
                <w:lang w:val="nl-NL"/>
              </w:rPr>
              <w:t>Eis</w:t>
            </w:r>
          </w:p>
        </w:tc>
        <w:tc>
          <w:tcPr>
            <w:tcW w:w="1650" w:type="dxa"/>
            <w:tcMar>
              <w:top w:w="90" w:type="dxa"/>
              <w:left w:w="90" w:type="dxa"/>
              <w:bottom w:w="90" w:type="dxa"/>
              <w:right w:w="90" w:type="dxa"/>
            </w:tcMar>
          </w:tcPr>
          <w:p w14:paraId="2919E0C5" w14:textId="77777777" w:rsidR="00767730" w:rsidRDefault="00687929">
            <w:pPr>
              <w:spacing w:after="40"/>
              <w:rPr>
                <w:rFonts w:ascii="Calibri" w:hAnsi="Calibri" w:cs="Calibri"/>
                <w:lang w:val="nl-NL"/>
              </w:rPr>
            </w:pPr>
            <w:sdt>
              <w:sdtPr>
                <w:id w:val="-1046446647"/>
                <w14:checkbox>
                  <w14:checked w14:val="0"/>
                  <w14:checkedState w14:val="2612" w14:font="MS Gothic"/>
                  <w14:uncheckedState w14:val="2610" w14:font="MS Gothic"/>
                </w14:checkbox>
              </w:sdtPr>
              <w:sdtEndPr/>
              <w:sdtContent>
                <w:r>
                  <w:rPr>
                    <w:rFonts w:ascii="MS Gothic" w:eastAsia="MS Gothic" w:hAnsi="MS Gothic"/>
                    <w:sz w:val="18"/>
                  </w:rPr>
                  <w:t>☐</w:t>
                </w:r>
              </w:sdtContent>
            </w:sdt>
            <w:r>
              <w:rPr>
                <w:rFonts w:ascii="Calibri" w:hAnsi="Calibri" w:cs="Calibri"/>
                <w:sz w:val="17"/>
                <w:szCs w:val="17"/>
                <w:lang w:val="nl-NL"/>
              </w:rPr>
              <w:t xml:space="preserve"> Al aanwezig</w:t>
            </w:r>
          </w:p>
          <w:p w14:paraId="71D07863" w14:textId="77777777" w:rsidR="00767730" w:rsidRDefault="00687929">
            <w:pPr>
              <w:spacing w:after="40"/>
              <w:rPr>
                <w:rFonts w:ascii="Calibri" w:hAnsi="Calibri" w:cs="Calibri"/>
                <w:lang w:val="nl-NL"/>
              </w:rPr>
            </w:pPr>
            <w:sdt>
              <w:sdtPr>
                <w:id w:val="-884030222"/>
                <w14:checkbox>
                  <w14:checked w14:val="0"/>
                  <w14:checkedState w14:val="2612" w14:font="MS Gothic"/>
                  <w14:uncheckedState w14:val="2610" w14:font="MS Gothic"/>
                </w14:checkbox>
              </w:sdtPr>
              <w:sdtEndPr/>
              <w:sdtContent>
                <w:r>
                  <w:rPr>
                    <w:rFonts w:ascii="MS Gothic" w:eastAsia="MS Gothic" w:hAnsi="MS Gothic"/>
                    <w:sz w:val="18"/>
                  </w:rPr>
                  <w:t>☐</w:t>
                </w:r>
              </w:sdtContent>
            </w:sdt>
            <w:r>
              <w:rPr>
                <w:rFonts w:ascii="Calibri" w:hAnsi="Calibri" w:cs="Calibri"/>
                <w:sz w:val="17"/>
                <w:szCs w:val="17"/>
                <w:lang w:val="nl-NL"/>
              </w:rPr>
              <w:t xml:space="preserve"> Verduidelijken</w:t>
            </w:r>
          </w:p>
          <w:p w14:paraId="6F4714F5" w14:textId="77777777" w:rsidR="00767730" w:rsidRDefault="00687929">
            <w:pPr>
              <w:spacing w:after="40"/>
              <w:rPr>
                <w:rFonts w:ascii="Calibri" w:hAnsi="Calibri" w:cs="Calibri"/>
                <w:lang w:val="nl-NL"/>
              </w:rPr>
            </w:pPr>
            <w:sdt>
              <w:sdtPr>
                <w:id w:val="704070720"/>
                <w14:checkbox>
                  <w14:checked w14:val="0"/>
                  <w14:checkedState w14:val="2612" w14:font="MS Gothic"/>
                  <w14:uncheckedState w14:val="2610" w14:font="MS Gothic"/>
                </w14:checkbox>
              </w:sdtPr>
              <w:sdtEndPr/>
              <w:sdtContent>
                <w:r>
                  <w:rPr>
                    <w:rFonts w:ascii="MS Gothic" w:eastAsia="MS Gothic" w:hAnsi="MS Gothic"/>
                    <w:sz w:val="18"/>
                  </w:rPr>
                  <w:t>☐</w:t>
                </w:r>
              </w:sdtContent>
            </w:sdt>
            <w:r>
              <w:rPr>
                <w:rFonts w:ascii="Calibri" w:hAnsi="Calibri" w:cs="Calibri"/>
                <w:sz w:val="17"/>
                <w:szCs w:val="17"/>
                <w:lang w:val="nl-NL"/>
              </w:rPr>
              <w:t xml:space="preserve"> Aanpassen</w:t>
            </w:r>
          </w:p>
        </w:tc>
        <w:tc>
          <w:tcPr>
            <w:tcW w:w="1962" w:type="dxa"/>
            <w:tcMar>
              <w:top w:w="90" w:type="dxa"/>
              <w:left w:w="90" w:type="dxa"/>
              <w:bottom w:w="90" w:type="dxa"/>
              <w:right w:w="90" w:type="dxa"/>
            </w:tcMar>
          </w:tcPr>
          <w:p w14:paraId="47BDE3F4" w14:textId="77777777" w:rsidR="00767730" w:rsidRDefault="00767730">
            <w:pPr>
              <w:spacing w:after="0"/>
              <w:rPr>
                <w:rFonts w:ascii="Calibri" w:hAnsi="Calibri" w:cs="Calibri"/>
                <w:lang w:val="nl-NL"/>
              </w:rPr>
            </w:pPr>
          </w:p>
        </w:tc>
      </w:tr>
    </w:tbl>
    <w:p w14:paraId="325D8A4A" w14:textId="77777777" w:rsidR="00767730" w:rsidRDefault="00767730">
      <w:pPr>
        <w:spacing w:after="120"/>
        <w:rPr>
          <w:rFonts w:ascii="Calibri" w:hAnsi="Calibri" w:cs="Calibri"/>
          <w:lang w:val="nl-NL"/>
        </w:rPr>
      </w:pPr>
    </w:p>
    <w:p w14:paraId="498F0862" w14:textId="77777777" w:rsidR="00767730" w:rsidRDefault="00687929">
      <w:pPr>
        <w:pStyle w:val="Kop1"/>
        <w:rPr>
          <w:rFonts w:ascii="Calibri" w:hAnsi="Calibri" w:cs="Calibri"/>
          <w:lang w:val="nl-NL"/>
        </w:rPr>
      </w:pPr>
      <w:r>
        <w:rPr>
          <w:rFonts w:ascii="Calibri" w:hAnsi="Calibri" w:cs="Calibri"/>
          <w:lang w:val="nl-NL"/>
        </w:rPr>
        <w:t>5. Kennis en werkomgeving</w:t>
      </w:r>
    </w:p>
    <w:tbl>
      <w:tblPr>
        <w:tblStyle w:val="Tabelraster"/>
        <w:tblW w:w="9792" w:type="dxa"/>
        <w:jc w:val="center"/>
        <w:tblLayout w:type="fixed"/>
        <w:tblLook w:val="04A0" w:firstRow="1" w:lastRow="0" w:firstColumn="1" w:lastColumn="0" w:noHBand="0" w:noVBand="1"/>
      </w:tblPr>
      <w:tblGrid>
        <w:gridCol w:w="480"/>
        <w:gridCol w:w="4400"/>
        <w:gridCol w:w="1300"/>
        <w:gridCol w:w="1650"/>
        <w:gridCol w:w="1962"/>
      </w:tblGrid>
      <w:tr w:rsidR="00767730" w14:paraId="66EF96FF" w14:textId="77777777">
        <w:trPr>
          <w:cantSplit/>
          <w:tblHeader/>
          <w:jc w:val="center"/>
        </w:trPr>
        <w:tc>
          <w:tcPr>
            <w:tcW w:w="480" w:type="dxa"/>
            <w:shd w:val="clear" w:color="auto" w:fill="1F3864"/>
            <w:tcMar>
              <w:top w:w="100" w:type="dxa"/>
              <w:left w:w="100" w:type="dxa"/>
              <w:bottom w:w="100" w:type="dxa"/>
              <w:right w:w="100" w:type="dxa"/>
            </w:tcMar>
          </w:tcPr>
          <w:p w14:paraId="0F4166BB" w14:textId="77777777" w:rsidR="00767730" w:rsidRDefault="00687929">
            <w:pPr>
              <w:spacing w:after="0"/>
              <w:rPr>
                <w:rFonts w:ascii="Calibri" w:hAnsi="Calibri" w:cs="Calibri"/>
                <w:lang w:val="nl-NL"/>
              </w:rPr>
            </w:pPr>
            <w:r>
              <w:rPr>
                <w:rFonts w:ascii="Calibri" w:hAnsi="Calibri" w:cs="Calibri"/>
                <w:b/>
                <w:color w:val="FFFFFF"/>
                <w:sz w:val="17"/>
                <w:szCs w:val="17"/>
                <w:lang w:val="nl-NL"/>
              </w:rPr>
              <w:t>Nr.</w:t>
            </w:r>
          </w:p>
        </w:tc>
        <w:tc>
          <w:tcPr>
            <w:tcW w:w="4400" w:type="dxa"/>
            <w:shd w:val="clear" w:color="auto" w:fill="1F3864"/>
            <w:tcMar>
              <w:top w:w="100" w:type="dxa"/>
              <w:left w:w="100" w:type="dxa"/>
              <w:bottom w:w="100" w:type="dxa"/>
              <w:right w:w="100" w:type="dxa"/>
            </w:tcMar>
          </w:tcPr>
          <w:p w14:paraId="5B0EC037" w14:textId="77777777" w:rsidR="00767730" w:rsidRDefault="00687929">
            <w:pPr>
              <w:spacing w:after="0"/>
              <w:rPr>
                <w:rFonts w:ascii="Calibri" w:hAnsi="Calibri" w:cs="Calibri"/>
                <w:lang w:val="nl-NL"/>
              </w:rPr>
            </w:pPr>
            <w:r>
              <w:rPr>
                <w:rFonts w:ascii="Calibri" w:hAnsi="Calibri" w:cs="Calibri"/>
                <w:b/>
                <w:color w:val="FFFFFF"/>
                <w:sz w:val="17"/>
                <w:szCs w:val="17"/>
                <w:lang w:val="nl-NL"/>
              </w:rPr>
              <w:t>Vraag en voorbeeld</w:t>
            </w:r>
          </w:p>
        </w:tc>
        <w:tc>
          <w:tcPr>
            <w:tcW w:w="1300" w:type="dxa"/>
            <w:shd w:val="clear" w:color="auto" w:fill="1F3864"/>
            <w:tcMar>
              <w:top w:w="100" w:type="dxa"/>
              <w:left w:w="100" w:type="dxa"/>
              <w:bottom w:w="100" w:type="dxa"/>
              <w:right w:w="100" w:type="dxa"/>
            </w:tcMar>
          </w:tcPr>
          <w:p w14:paraId="5FF0E53B" w14:textId="77777777" w:rsidR="00767730" w:rsidRDefault="00687929">
            <w:pPr>
              <w:spacing w:after="0"/>
              <w:rPr>
                <w:rFonts w:ascii="Calibri" w:hAnsi="Calibri" w:cs="Calibri"/>
                <w:lang w:val="nl-NL"/>
              </w:rPr>
            </w:pPr>
            <w:r>
              <w:rPr>
                <w:rFonts w:ascii="Calibri" w:hAnsi="Calibri" w:cs="Calibri"/>
                <w:b/>
                <w:color w:val="FFFFFF"/>
                <w:sz w:val="17"/>
                <w:szCs w:val="17"/>
                <w:lang w:val="nl-NL"/>
              </w:rPr>
              <w:t>Norm</w:t>
            </w:r>
          </w:p>
        </w:tc>
        <w:tc>
          <w:tcPr>
            <w:tcW w:w="1650" w:type="dxa"/>
            <w:shd w:val="clear" w:color="auto" w:fill="1F3864"/>
            <w:tcMar>
              <w:top w:w="100" w:type="dxa"/>
              <w:left w:w="100" w:type="dxa"/>
              <w:bottom w:w="100" w:type="dxa"/>
              <w:right w:w="100" w:type="dxa"/>
            </w:tcMar>
          </w:tcPr>
          <w:p w14:paraId="3796EDD0" w14:textId="77777777" w:rsidR="00767730" w:rsidRDefault="00687929">
            <w:pPr>
              <w:spacing w:after="0"/>
              <w:rPr>
                <w:rFonts w:ascii="Calibri" w:hAnsi="Calibri" w:cs="Calibri"/>
                <w:lang w:val="nl-NL"/>
              </w:rPr>
            </w:pPr>
            <w:r>
              <w:rPr>
                <w:rFonts w:ascii="Calibri" w:hAnsi="Calibri" w:cs="Calibri"/>
                <w:b/>
                <w:color w:val="FFFFFF"/>
                <w:sz w:val="17"/>
                <w:szCs w:val="17"/>
                <w:lang w:val="nl-NL"/>
              </w:rPr>
              <w:t>Uitkomst</w:t>
            </w:r>
          </w:p>
        </w:tc>
        <w:tc>
          <w:tcPr>
            <w:tcW w:w="1962" w:type="dxa"/>
            <w:shd w:val="clear" w:color="auto" w:fill="1F3864"/>
            <w:tcMar>
              <w:top w:w="100" w:type="dxa"/>
              <w:left w:w="100" w:type="dxa"/>
              <w:bottom w:w="100" w:type="dxa"/>
              <w:right w:w="100" w:type="dxa"/>
            </w:tcMar>
          </w:tcPr>
          <w:p w14:paraId="342E1530" w14:textId="77777777" w:rsidR="00767730" w:rsidRDefault="00687929">
            <w:pPr>
              <w:spacing w:after="0"/>
              <w:rPr>
                <w:rFonts w:ascii="Calibri" w:hAnsi="Calibri" w:cs="Calibri"/>
                <w:lang w:val="nl-NL"/>
              </w:rPr>
            </w:pPr>
            <w:r>
              <w:rPr>
                <w:rFonts w:ascii="Calibri" w:hAnsi="Calibri" w:cs="Calibri"/>
                <w:b/>
                <w:color w:val="FFFFFF"/>
                <w:sz w:val="17"/>
                <w:szCs w:val="17"/>
                <w:lang w:val="nl-NL"/>
              </w:rPr>
              <w:t>Notities</w:t>
            </w:r>
          </w:p>
        </w:tc>
      </w:tr>
      <w:tr w:rsidR="00767730" w14:paraId="4399D17C" w14:textId="77777777">
        <w:trPr>
          <w:cantSplit/>
          <w:jc w:val="center"/>
        </w:trPr>
        <w:tc>
          <w:tcPr>
            <w:tcW w:w="480" w:type="dxa"/>
            <w:tcMar>
              <w:top w:w="90" w:type="dxa"/>
              <w:left w:w="90" w:type="dxa"/>
              <w:bottom w:w="90" w:type="dxa"/>
              <w:right w:w="90" w:type="dxa"/>
            </w:tcMar>
          </w:tcPr>
          <w:p w14:paraId="10809632" w14:textId="77777777" w:rsidR="00767730" w:rsidRDefault="00687929">
            <w:pPr>
              <w:spacing w:after="0"/>
              <w:rPr>
                <w:rFonts w:ascii="Calibri" w:hAnsi="Calibri" w:cs="Calibri"/>
                <w:lang w:val="nl-NL"/>
              </w:rPr>
            </w:pPr>
            <w:r>
              <w:t>19</w:t>
            </w:r>
          </w:p>
        </w:tc>
        <w:tc>
          <w:tcPr>
            <w:tcW w:w="4400" w:type="dxa"/>
            <w:tcMar>
              <w:top w:w="90" w:type="dxa"/>
              <w:left w:w="90" w:type="dxa"/>
              <w:bottom w:w="90" w:type="dxa"/>
              <w:right w:w="90" w:type="dxa"/>
            </w:tcMar>
          </w:tcPr>
          <w:p w14:paraId="300EC2AC" w14:textId="77777777" w:rsidR="00767730" w:rsidRPr="00013069" w:rsidRDefault="00687929">
            <w:pPr>
              <w:rPr>
                <w:rFonts w:asciiTheme="majorHAnsi" w:hAnsiTheme="majorHAnsi" w:cstheme="majorHAnsi"/>
                <w:sz w:val="18"/>
                <w:szCs w:val="20"/>
              </w:rPr>
            </w:pPr>
            <w:r w:rsidRPr="00013069">
              <w:rPr>
                <w:rFonts w:asciiTheme="majorHAnsi" w:hAnsiTheme="majorHAnsi" w:cstheme="majorHAnsi"/>
                <w:b/>
                <w:sz w:val="18"/>
                <w:szCs w:val="20"/>
              </w:rPr>
              <w:t>Is belangrijke kennis voldoende beschikbaar, actueel en gedeeld, zodat de uitvoering niet onnodig afhankelijk is van één persoon?</w:t>
            </w:r>
          </w:p>
          <w:p w14:paraId="414F1767" w14:textId="77777777" w:rsidR="00767730" w:rsidRPr="00DD4CDE" w:rsidRDefault="00687929">
            <w:pPr>
              <w:rPr>
                <w:rFonts w:asciiTheme="majorHAnsi" w:hAnsiTheme="majorHAnsi" w:cstheme="majorHAnsi"/>
                <w:sz w:val="17"/>
                <w:szCs w:val="17"/>
              </w:rPr>
            </w:pPr>
            <w:r w:rsidRPr="00DD4CDE">
              <w:rPr>
                <w:rFonts w:asciiTheme="majorHAnsi" w:hAnsiTheme="majorHAnsi" w:cstheme="majorHAnsi"/>
                <w:i/>
                <w:color w:val="666666"/>
                <w:sz w:val="17"/>
                <w:szCs w:val="17"/>
              </w:rPr>
              <w:t>Voorbeeld: Bij afwezigheid of vertrek van een medewerker blijven belangrijke klantafspraken, werkwijzen en lopende werkzaamheden toegankelijk voor collega’s. Nieuwe kennis uit opdrachten, evaluaties of opleidingen wordt waar nodig gedeeld en verwerkt in de manier van werken. Bij digitaal, hybride of geautomatiseerd werken is daarnaast duidelijk welke informatie en systemen nodig zijn en wie verantwoordelijk is voor de beschikbaarheid en betrouwbaarheid daarvan.</w:t>
            </w:r>
          </w:p>
        </w:tc>
        <w:tc>
          <w:tcPr>
            <w:tcW w:w="1300" w:type="dxa"/>
            <w:tcMar>
              <w:top w:w="90" w:type="dxa"/>
              <w:left w:w="90" w:type="dxa"/>
              <w:bottom w:w="90" w:type="dxa"/>
              <w:right w:w="90" w:type="dxa"/>
            </w:tcMar>
          </w:tcPr>
          <w:p w14:paraId="124198DF" w14:textId="77777777" w:rsidR="00767730" w:rsidRPr="00DD4CDE" w:rsidRDefault="00687929">
            <w:pPr>
              <w:rPr>
                <w:rFonts w:asciiTheme="majorHAnsi" w:hAnsiTheme="majorHAnsi" w:cstheme="majorHAnsi"/>
                <w:sz w:val="17"/>
                <w:szCs w:val="17"/>
              </w:rPr>
            </w:pPr>
            <w:r w:rsidRPr="00DD4CDE">
              <w:rPr>
                <w:rFonts w:asciiTheme="majorHAnsi" w:hAnsiTheme="majorHAnsi" w:cstheme="majorHAnsi"/>
                <w:sz w:val="17"/>
                <w:szCs w:val="17"/>
              </w:rPr>
              <w:t>7.1.6</w:t>
            </w:r>
          </w:p>
          <w:p w14:paraId="79925D4E" w14:textId="43C2A943" w:rsidR="00767730" w:rsidRDefault="00DD4CDE">
            <w:r>
              <w:rPr>
                <w:rFonts w:ascii="Calibri" w:hAnsi="Calibri" w:cs="Calibri"/>
                <w:i/>
                <w:color w:val="698B4A"/>
                <w:sz w:val="17"/>
                <w:szCs w:val="17"/>
                <w:lang w:val="nl-NL"/>
              </w:rPr>
              <w:t>Eis</w:t>
            </w:r>
          </w:p>
        </w:tc>
        <w:tc>
          <w:tcPr>
            <w:tcW w:w="1650" w:type="dxa"/>
            <w:tcMar>
              <w:top w:w="90" w:type="dxa"/>
              <w:left w:w="90" w:type="dxa"/>
              <w:bottom w:w="90" w:type="dxa"/>
              <w:right w:w="90" w:type="dxa"/>
            </w:tcMar>
          </w:tcPr>
          <w:p w14:paraId="7F125F4F" w14:textId="77777777" w:rsidR="00767730" w:rsidRDefault="00687929">
            <w:pPr>
              <w:spacing w:after="40"/>
              <w:rPr>
                <w:rFonts w:ascii="Calibri" w:hAnsi="Calibri" w:cs="Calibri"/>
                <w:lang w:val="nl-NL"/>
              </w:rPr>
            </w:pPr>
            <w:sdt>
              <w:sdtPr>
                <w:id w:val="-37898871"/>
                <w14:checkbox>
                  <w14:checked w14:val="0"/>
                  <w14:checkedState w14:val="2612" w14:font="MS Gothic"/>
                  <w14:uncheckedState w14:val="2610" w14:font="MS Gothic"/>
                </w14:checkbox>
              </w:sdtPr>
              <w:sdtEndPr/>
              <w:sdtContent>
                <w:r>
                  <w:rPr>
                    <w:rFonts w:ascii="MS Gothic" w:eastAsia="MS Gothic" w:hAnsi="MS Gothic"/>
                    <w:sz w:val="18"/>
                  </w:rPr>
                  <w:t>☐</w:t>
                </w:r>
              </w:sdtContent>
            </w:sdt>
            <w:r>
              <w:rPr>
                <w:rFonts w:ascii="Calibri" w:hAnsi="Calibri" w:cs="Calibri"/>
                <w:sz w:val="17"/>
                <w:szCs w:val="17"/>
                <w:lang w:val="nl-NL"/>
              </w:rPr>
              <w:t xml:space="preserve"> Al aanwezig</w:t>
            </w:r>
          </w:p>
          <w:p w14:paraId="512F0E2A" w14:textId="77777777" w:rsidR="00767730" w:rsidRDefault="00687929">
            <w:pPr>
              <w:spacing w:after="40"/>
              <w:rPr>
                <w:rFonts w:ascii="Calibri" w:hAnsi="Calibri" w:cs="Calibri"/>
                <w:lang w:val="nl-NL"/>
              </w:rPr>
            </w:pPr>
            <w:sdt>
              <w:sdtPr>
                <w:id w:val="712927695"/>
                <w14:checkbox>
                  <w14:checked w14:val="0"/>
                  <w14:checkedState w14:val="2612" w14:font="MS Gothic"/>
                  <w14:uncheckedState w14:val="2610" w14:font="MS Gothic"/>
                </w14:checkbox>
              </w:sdtPr>
              <w:sdtEndPr/>
              <w:sdtContent>
                <w:r>
                  <w:rPr>
                    <w:rFonts w:ascii="MS Gothic" w:eastAsia="MS Gothic" w:hAnsi="MS Gothic"/>
                    <w:sz w:val="18"/>
                  </w:rPr>
                  <w:t>☐</w:t>
                </w:r>
              </w:sdtContent>
            </w:sdt>
            <w:r>
              <w:rPr>
                <w:rFonts w:ascii="Calibri" w:hAnsi="Calibri" w:cs="Calibri"/>
                <w:sz w:val="17"/>
                <w:szCs w:val="17"/>
                <w:lang w:val="nl-NL"/>
              </w:rPr>
              <w:t xml:space="preserve"> Verduidelijken</w:t>
            </w:r>
          </w:p>
          <w:p w14:paraId="4007BB24" w14:textId="77777777" w:rsidR="00767730" w:rsidRDefault="00687929">
            <w:pPr>
              <w:spacing w:after="40"/>
              <w:rPr>
                <w:rFonts w:ascii="Calibri" w:hAnsi="Calibri" w:cs="Calibri"/>
                <w:lang w:val="nl-NL"/>
              </w:rPr>
            </w:pPr>
            <w:sdt>
              <w:sdtPr>
                <w:id w:val="122047344"/>
                <w14:checkbox>
                  <w14:checked w14:val="0"/>
                  <w14:checkedState w14:val="2612" w14:font="MS Gothic"/>
                  <w14:uncheckedState w14:val="2610" w14:font="MS Gothic"/>
                </w14:checkbox>
              </w:sdtPr>
              <w:sdtEndPr/>
              <w:sdtContent>
                <w:r>
                  <w:rPr>
                    <w:rFonts w:ascii="MS Gothic" w:eastAsia="MS Gothic" w:hAnsi="MS Gothic"/>
                    <w:sz w:val="18"/>
                  </w:rPr>
                  <w:t>☐</w:t>
                </w:r>
              </w:sdtContent>
            </w:sdt>
            <w:r>
              <w:rPr>
                <w:rFonts w:ascii="Calibri" w:hAnsi="Calibri" w:cs="Calibri"/>
                <w:sz w:val="17"/>
                <w:szCs w:val="17"/>
                <w:lang w:val="nl-NL"/>
              </w:rPr>
              <w:t xml:space="preserve"> Aanpassen</w:t>
            </w:r>
          </w:p>
        </w:tc>
        <w:tc>
          <w:tcPr>
            <w:tcW w:w="1962" w:type="dxa"/>
            <w:tcMar>
              <w:top w:w="90" w:type="dxa"/>
              <w:left w:w="90" w:type="dxa"/>
              <w:bottom w:w="90" w:type="dxa"/>
              <w:right w:w="90" w:type="dxa"/>
            </w:tcMar>
          </w:tcPr>
          <w:p w14:paraId="24BB618B" w14:textId="77777777" w:rsidR="00767730" w:rsidRDefault="00767730">
            <w:pPr>
              <w:spacing w:after="0"/>
              <w:rPr>
                <w:rFonts w:ascii="Calibri" w:hAnsi="Calibri" w:cs="Calibri"/>
                <w:lang w:val="nl-NL"/>
              </w:rPr>
            </w:pPr>
          </w:p>
        </w:tc>
      </w:tr>
    </w:tbl>
    <w:p w14:paraId="7F066087" w14:textId="77777777" w:rsidR="00767730" w:rsidRDefault="00687929">
      <w:pPr>
        <w:pStyle w:val="Kop1"/>
        <w:rPr>
          <w:rFonts w:ascii="Calibri" w:hAnsi="Calibri" w:cs="Calibri"/>
          <w:lang w:val="nl-NL"/>
        </w:rPr>
      </w:pPr>
      <w:r>
        <w:rPr>
          <w:rFonts w:ascii="Calibri" w:hAnsi="Calibri" w:cs="Calibri"/>
          <w:lang w:val="nl-NL"/>
        </w:rPr>
        <w:lastRenderedPageBreak/>
        <w:t>6. Klanten en leveranciers</w:t>
      </w:r>
    </w:p>
    <w:tbl>
      <w:tblPr>
        <w:tblStyle w:val="Tabelraster"/>
        <w:tblW w:w="9792" w:type="dxa"/>
        <w:jc w:val="center"/>
        <w:tblLayout w:type="fixed"/>
        <w:tblLook w:val="04A0" w:firstRow="1" w:lastRow="0" w:firstColumn="1" w:lastColumn="0" w:noHBand="0" w:noVBand="1"/>
      </w:tblPr>
      <w:tblGrid>
        <w:gridCol w:w="480"/>
        <w:gridCol w:w="4400"/>
        <w:gridCol w:w="1300"/>
        <w:gridCol w:w="1650"/>
        <w:gridCol w:w="1962"/>
      </w:tblGrid>
      <w:tr w:rsidR="00767730" w14:paraId="0A9FAEA5" w14:textId="77777777">
        <w:trPr>
          <w:cantSplit/>
          <w:tblHeader/>
          <w:jc w:val="center"/>
        </w:trPr>
        <w:tc>
          <w:tcPr>
            <w:tcW w:w="480" w:type="dxa"/>
            <w:shd w:val="clear" w:color="auto" w:fill="1F3864"/>
            <w:tcMar>
              <w:top w:w="100" w:type="dxa"/>
              <w:left w:w="100" w:type="dxa"/>
              <w:bottom w:w="100" w:type="dxa"/>
              <w:right w:w="100" w:type="dxa"/>
            </w:tcMar>
          </w:tcPr>
          <w:p w14:paraId="32B21D1F" w14:textId="77777777" w:rsidR="00767730" w:rsidRDefault="00687929">
            <w:pPr>
              <w:spacing w:after="0"/>
              <w:rPr>
                <w:rFonts w:ascii="Calibri" w:hAnsi="Calibri" w:cs="Calibri"/>
                <w:lang w:val="nl-NL"/>
              </w:rPr>
            </w:pPr>
            <w:r>
              <w:rPr>
                <w:rFonts w:ascii="Calibri" w:hAnsi="Calibri" w:cs="Calibri"/>
                <w:b/>
                <w:color w:val="FFFFFF"/>
                <w:sz w:val="17"/>
                <w:szCs w:val="17"/>
                <w:lang w:val="nl-NL"/>
              </w:rPr>
              <w:t>Nr.</w:t>
            </w:r>
          </w:p>
        </w:tc>
        <w:tc>
          <w:tcPr>
            <w:tcW w:w="4400" w:type="dxa"/>
            <w:shd w:val="clear" w:color="auto" w:fill="1F3864"/>
            <w:tcMar>
              <w:top w:w="100" w:type="dxa"/>
              <w:left w:w="100" w:type="dxa"/>
              <w:bottom w:w="100" w:type="dxa"/>
              <w:right w:w="100" w:type="dxa"/>
            </w:tcMar>
          </w:tcPr>
          <w:p w14:paraId="7613EE53" w14:textId="77777777" w:rsidR="00767730" w:rsidRDefault="00687929">
            <w:pPr>
              <w:spacing w:after="0"/>
              <w:rPr>
                <w:rFonts w:ascii="Calibri" w:hAnsi="Calibri" w:cs="Calibri"/>
                <w:lang w:val="nl-NL"/>
              </w:rPr>
            </w:pPr>
            <w:r>
              <w:rPr>
                <w:rFonts w:ascii="Calibri" w:hAnsi="Calibri" w:cs="Calibri"/>
                <w:b/>
                <w:color w:val="FFFFFF"/>
                <w:sz w:val="17"/>
                <w:szCs w:val="17"/>
                <w:lang w:val="nl-NL"/>
              </w:rPr>
              <w:t>Vraag en voorbeeld</w:t>
            </w:r>
          </w:p>
        </w:tc>
        <w:tc>
          <w:tcPr>
            <w:tcW w:w="1300" w:type="dxa"/>
            <w:shd w:val="clear" w:color="auto" w:fill="1F3864"/>
            <w:tcMar>
              <w:top w:w="100" w:type="dxa"/>
              <w:left w:w="100" w:type="dxa"/>
              <w:bottom w:w="100" w:type="dxa"/>
              <w:right w:w="100" w:type="dxa"/>
            </w:tcMar>
          </w:tcPr>
          <w:p w14:paraId="75AACB9A" w14:textId="77777777" w:rsidR="00767730" w:rsidRDefault="00687929">
            <w:pPr>
              <w:spacing w:after="0"/>
              <w:rPr>
                <w:rFonts w:ascii="Calibri" w:hAnsi="Calibri" w:cs="Calibri"/>
                <w:lang w:val="nl-NL"/>
              </w:rPr>
            </w:pPr>
            <w:r>
              <w:rPr>
                <w:rFonts w:ascii="Calibri" w:hAnsi="Calibri" w:cs="Calibri"/>
                <w:b/>
                <w:color w:val="FFFFFF"/>
                <w:sz w:val="17"/>
                <w:szCs w:val="17"/>
                <w:lang w:val="nl-NL"/>
              </w:rPr>
              <w:t>Norm</w:t>
            </w:r>
          </w:p>
        </w:tc>
        <w:tc>
          <w:tcPr>
            <w:tcW w:w="1650" w:type="dxa"/>
            <w:shd w:val="clear" w:color="auto" w:fill="1F3864"/>
            <w:tcMar>
              <w:top w:w="100" w:type="dxa"/>
              <w:left w:w="100" w:type="dxa"/>
              <w:bottom w:w="100" w:type="dxa"/>
              <w:right w:w="100" w:type="dxa"/>
            </w:tcMar>
          </w:tcPr>
          <w:p w14:paraId="3451D10D" w14:textId="77777777" w:rsidR="00767730" w:rsidRDefault="00687929">
            <w:pPr>
              <w:spacing w:after="0"/>
              <w:rPr>
                <w:rFonts w:ascii="Calibri" w:hAnsi="Calibri" w:cs="Calibri"/>
                <w:lang w:val="nl-NL"/>
              </w:rPr>
            </w:pPr>
            <w:r>
              <w:rPr>
                <w:rFonts w:ascii="Calibri" w:hAnsi="Calibri" w:cs="Calibri"/>
                <w:b/>
                <w:color w:val="FFFFFF"/>
                <w:sz w:val="17"/>
                <w:szCs w:val="17"/>
                <w:lang w:val="nl-NL"/>
              </w:rPr>
              <w:t>Uitkomst</w:t>
            </w:r>
          </w:p>
        </w:tc>
        <w:tc>
          <w:tcPr>
            <w:tcW w:w="1962" w:type="dxa"/>
            <w:shd w:val="clear" w:color="auto" w:fill="1F3864"/>
            <w:tcMar>
              <w:top w:w="100" w:type="dxa"/>
              <w:left w:w="100" w:type="dxa"/>
              <w:bottom w:w="100" w:type="dxa"/>
              <w:right w:w="100" w:type="dxa"/>
            </w:tcMar>
          </w:tcPr>
          <w:p w14:paraId="41CDAE2C" w14:textId="77777777" w:rsidR="00767730" w:rsidRDefault="00687929">
            <w:pPr>
              <w:spacing w:after="0"/>
              <w:rPr>
                <w:rFonts w:ascii="Calibri" w:hAnsi="Calibri" w:cs="Calibri"/>
                <w:lang w:val="nl-NL"/>
              </w:rPr>
            </w:pPr>
            <w:r>
              <w:rPr>
                <w:rFonts w:ascii="Calibri" w:hAnsi="Calibri" w:cs="Calibri"/>
                <w:b/>
                <w:color w:val="FFFFFF"/>
                <w:sz w:val="17"/>
                <w:szCs w:val="17"/>
                <w:lang w:val="nl-NL"/>
              </w:rPr>
              <w:t>Notities</w:t>
            </w:r>
          </w:p>
        </w:tc>
      </w:tr>
      <w:tr w:rsidR="003E044A" w14:paraId="0DC07552" w14:textId="77777777">
        <w:trPr>
          <w:cantSplit/>
          <w:jc w:val="center"/>
        </w:trPr>
        <w:tc>
          <w:tcPr>
            <w:tcW w:w="480" w:type="dxa"/>
            <w:tcMar>
              <w:top w:w="90" w:type="dxa"/>
              <w:left w:w="90" w:type="dxa"/>
              <w:bottom w:w="90" w:type="dxa"/>
              <w:right w:w="90" w:type="dxa"/>
            </w:tcMar>
          </w:tcPr>
          <w:p w14:paraId="2AFBAF8F" w14:textId="77777777" w:rsidR="003E044A" w:rsidRDefault="003E044A" w:rsidP="003E044A">
            <w:pPr>
              <w:spacing w:after="0"/>
              <w:rPr>
                <w:rFonts w:ascii="Calibri" w:hAnsi="Calibri" w:cs="Calibri"/>
                <w:lang w:val="nl-NL"/>
              </w:rPr>
            </w:pPr>
            <w:r>
              <w:t>20</w:t>
            </w:r>
          </w:p>
        </w:tc>
        <w:tc>
          <w:tcPr>
            <w:tcW w:w="4400" w:type="dxa"/>
            <w:tcMar>
              <w:top w:w="90" w:type="dxa"/>
              <w:left w:w="90" w:type="dxa"/>
              <w:bottom w:w="90" w:type="dxa"/>
              <w:right w:w="90" w:type="dxa"/>
            </w:tcMar>
          </w:tcPr>
          <w:p w14:paraId="148ABC98" w14:textId="77777777" w:rsidR="003E044A" w:rsidRDefault="003E044A" w:rsidP="003E044A">
            <w:pPr>
              <w:spacing w:after="60"/>
              <w:rPr>
                <w:rFonts w:ascii="Calibri" w:hAnsi="Calibri" w:cs="Calibri"/>
                <w:lang w:val="nl-NL"/>
              </w:rPr>
            </w:pPr>
            <w:r>
              <w:rPr>
                <w:rFonts w:ascii="Calibri" w:hAnsi="Calibri" w:cs="Calibri"/>
                <w:b/>
                <w:sz w:val="18"/>
                <w:szCs w:val="18"/>
                <w:lang w:val="nl-NL"/>
              </w:rPr>
              <w:t>Informeert de organisatie klanten over noodmaatregelen wanneer de dienstverlening door een verstoring niet volgens plan verloopt?</w:t>
            </w:r>
          </w:p>
          <w:p w14:paraId="2971DD2D" w14:textId="77777777" w:rsidR="003E044A" w:rsidRDefault="003E044A" w:rsidP="003E044A">
            <w:pPr>
              <w:spacing w:after="0"/>
              <w:rPr>
                <w:rFonts w:ascii="Calibri" w:hAnsi="Calibri" w:cs="Calibri"/>
                <w:lang w:val="nl-NL"/>
              </w:rPr>
            </w:pPr>
            <w:r>
              <w:rPr>
                <w:rFonts w:ascii="Calibri" w:hAnsi="Calibri" w:cs="Calibri"/>
                <w:i/>
                <w:color w:val="666666"/>
                <w:sz w:val="17"/>
                <w:szCs w:val="17"/>
                <w:lang w:val="nl-NL"/>
              </w:rPr>
              <w:t>Voorbeeld: Bij een storing in een clouddienst krijgen klanten tijdig bericht over wat er aan de hand is en wanneer de dienst naar verwachting weer werkt. Valt een trainer uit, dan horen deelnemers op tijd of de training doorgaat of wordt verplaatst.</w:t>
            </w:r>
          </w:p>
        </w:tc>
        <w:tc>
          <w:tcPr>
            <w:tcW w:w="1300" w:type="dxa"/>
            <w:tcMar>
              <w:top w:w="90" w:type="dxa"/>
              <w:left w:w="90" w:type="dxa"/>
              <w:bottom w:w="90" w:type="dxa"/>
              <w:right w:w="90" w:type="dxa"/>
            </w:tcMar>
          </w:tcPr>
          <w:p w14:paraId="103EC58B" w14:textId="77777777" w:rsidR="003E044A" w:rsidRDefault="003E044A" w:rsidP="003E044A">
            <w:pPr>
              <w:spacing w:after="40"/>
              <w:rPr>
                <w:rFonts w:ascii="Calibri" w:hAnsi="Calibri" w:cs="Calibri"/>
                <w:lang w:val="nl-NL"/>
              </w:rPr>
            </w:pPr>
            <w:r>
              <w:rPr>
                <w:rFonts w:ascii="Calibri" w:hAnsi="Calibri" w:cs="Calibri"/>
                <w:sz w:val="17"/>
                <w:szCs w:val="17"/>
                <w:lang w:val="nl-NL"/>
              </w:rPr>
              <w:t>8.2.1 e</w:t>
            </w:r>
          </w:p>
          <w:p w14:paraId="532D0FD4" w14:textId="77777777" w:rsidR="003E044A" w:rsidRDefault="003E044A" w:rsidP="003E044A">
            <w:pPr>
              <w:spacing w:after="0"/>
              <w:rPr>
                <w:rFonts w:ascii="Calibri" w:hAnsi="Calibri" w:cs="Calibri"/>
                <w:lang w:val="nl-NL"/>
              </w:rPr>
            </w:pPr>
            <w:r>
              <w:rPr>
                <w:rFonts w:ascii="Calibri" w:hAnsi="Calibri" w:cs="Calibri"/>
                <w:i/>
                <w:color w:val="698B4A"/>
                <w:sz w:val="17"/>
                <w:szCs w:val="17"/>
                <w:lang w:val="nl-NL"/>
              </w:rPr>
              <w:t>Eis</w:t>
            </w:r>
          </w:p>
        </w:tc>
        <w:tc>
          <w:tcPr>
            <w:tcW w:w="1650" w:type="dxa"/>
            <w:tcMar>
              <w:top w:w="90" w:type="dxa"/>
              <w:left w:w="90" w:type="dxa"/>
              <w:bottom w:w="90" w:type="dxa"/>
              <w:right w:w="90" w:type="dxa"/>
            </w:tcMar>
          </w:tcPr>
          <w:p w14:paraId="27F788F4" w14:textId="77777777" w:rsidR="003E044A" w:rsidRDefault="003E044A" w:rsidP="003E044A">
            <w:pPr>
              <w:spacing w:after="40"/>
              <w:rPr>
                <w:rFonts w:ascii="Calibri" w:hAnsi="Calibri" w:cs="Calibri"/>
                <w:lang w:val="nl-NL"/>
              </w:rPr>
            </w:pPr>
            <w:sdt>
              <w:sdtPr>
                <w:id w:val="-884024628"/>
                <w14:checkbox>
                  <w14:checked w14:val="0"/>
                  <w14:checkedState w14:val="2612" w14:font="MS Gothic"/>
                  <w14:uncheckedState w14:val="2610" w14:font="MS Gothic"/>
                </w14:checkbox>
              </w:sdtPr>
              <w:sdtContent>
                <w:r>
                  <w:rPr>
                    <w:rFonts w:ascii="MS Gothic" w:eastAsia="MS Gothic" w:hAnsi="MS Gothic"/>
                    <w:sz w:val="18"/>
                  </w:rPr>
                  <w:t>☐</w:t>
                </w:r>
              </w:sdtContent>
            </w:sdt>
            <w:r>
              <w:rPr>
                <w:rFonts w:ascii="Calibri" w:hAnsi="Calibri" w:cs="Calibri"/>
                <w:sz w:val="17"/>
                <w:szCs w:val="17"/>
                <w:lang w:val="nl-NL"/>
              </w:rPr>
              <w:t xml:space="preserve"> Al aanwezig</w:t>
            </w:r>
          </w:p>
          <w:p w14:paraId="5E4DC477" w14:textId="77777777" w:rsidR="003E044A" w:rsidRDefault="003E044A" w:rsidP="003E044A">
            <w:pPr>
              <w:spacing w:after="40"/>
              <w:rPr>
                <w:rFonts w:ascii="Calibri" w:hAnsi="Calibri" w:cs="Calibri"/>
                <w:lang w:val="nl-NL"/>
              </w:rPr>
            </w:pPr>
            <w:sdt>
              <w:sdtPr>
                <w:id w:val="917215005"/>
                <w14:checkbox>
                  <w14:checked w14:val="0"/>
                  <w14:checkedState w14:val="2612" w14:font="MS Gothic"/>
                  <w14:uncheckedState w14:val="2610" w14:font="MS Gothic"/>
                </w14:checkbox>
              </w:sdtPr>
              <w:sdtContent>
                <w:r>
                  <w:rPr>
                    <w:rFonts w:ascii="MS Gothic" w:eastAsia="MS Gothic" w:hAnsi="MS Gothic"/>
                    <w:sz w:val="18"/>
                  </w:rPr>
                  <w:t>☐</w:t>
                </w:r>
              </w:sdtContent>
            </w:sdt>
            <w:r>
              <w:rPr>
                <w:rFonts w:ascii="Calibri" w:hAnsi="Calibri" w:cs="Calibri"/>
                <w:sz w:val="17"/>
                <w:szCs w:val="17"/>
                <w:lang w:val="nl-NL"/>
              </w:rPr>
              <w:t xml:space="preserve"> Verduidelijken</w:t>
            </w:r>
          </w:p>
          <w:p w14:paraId="48320F4F" w14:textId="6877028A" w:rsidR="003E044A" w:rsidRDefault="003E044A" w:rsidP="003E044A">
            <w:pPr>
              <w:spacing w:after="40"/>
              <w:rPr>
                <w:rFonts w:ascii="Calibri" w:hAnsi="Calibri" w:cs="Calibri"/>
                <w:lang w:val="nl-NL"/>
              </w:rPr>
            </w:pPr>
            <w:sdt>
              <w:sdtPr>
                <w:id w:val="-1765604311"/>
                <w14:checkbox>
                  <w14:checked w14:val="0"/>
                  <w14:checkedState w14:val="2612" w14:font="MS Gothic"/>
                  <w14:uncheckedState w14:val="2610" w14:font="MS Gothic"/>
                </w14:checkbox>
              </w:sdtPr>
              <w:sdtContent>
                <w:r>
                  <w:rPr>
                    <w:rFonts w:ascii="MS Gothic" w:eastAsia="MS Gothic" w:hAnsi="MS Gothic"/>
                    <w:sz w:val="18"/>
                  </w:rPr>
                  <w:t>☐</w:t>
                </w:r>
              </w:sdtContent>
            </w:sdt>
            <w:r>
              <w:rPr>
                <w:rFonts w:ascii="Calibri" w:hAnsi="Calibri" w:cs="Calibri"/>
                <w:sz w:val="17"/>
                <w:szCs w:val="17"/>
                <w:lang w:val="nl-NL"/>
              </w:rPr>
              <w:t xml:space="preserve"> Aanpassen</w:t>
            </w:r>
          </w:p>
        </w:tc>
        <w:tc>
          <w:tcPr>
            <w:tcW w:w="1962" w:type="dxa"/>
            <w:tcMar>
              <w:top w:w="90" w:type="dxa"/>
              <w:left w:w="90" w:type="dxa"/>
              <w:bottom w:w="90" w:type="dxa"/>
              <w:right w:w="90" w:type="dxa"/>
            </w:tcMar>
          </w:tcPr>
          <w:p w14:paraId="5E7A1D3C" w14:textId="77777777" w:rsidR="003E044A" w:rsidRDefault="003E044A" w:rsidP="003E044A">
            <w:pPr>
              <w:spacing w:after="0"/>
              <w:rPr>
                <w:rFonts w:ascii="Calibri" w:hAnsi="Calibri" w:cs="Calibri"/>
                <w:lang w:val="nl-NL"/>
              </w:rPr>
            </w:pPr>
          </w:p>
        </w:tc>
      </w:tr>
      <w:tr w:rsidR="00767730" w14:paraId="33B095C3" w14:textId="77777777">
        <w:trPr>
          <w:cantSplit/>
          <w:jc w:val="center"/>
        </w:trPr>
        <w:tc>
          <w:tcPr>
            <w:tcW w:w="480" w:type="dxa"/>
            <w:tcMar>
              <w:top w:w="90" w:type="dxa"/>
              <w:left w:w="90" w:type="dxa"/>
              <w:bottom w:w="90" w:type="dxa"/>
              <w:right w:w="90" w:type="dxa"/>
            </w:tcMar>
          </w:tcPr>
          <w:p w14:paraId="2B617B32" w14:textId="77777777" w:rsidR="00767730" w:rsidRDefault="00687929">
            <w:pPr>
              <w:spacing w:after="0"/>
              <w:rPr>
                <w:rFonts w:ascii="Calibri" w:hAnsi="Calibri" w:cs="Calibri"/>
                <w:lang w:val="nl-NL"/>
              </w:rPr>
            </w:pPr>
            <w:r>
              <w:t>21</w:t>
            </w:r>
          </w:p>
        </w:tc>
        <w:tc>
          <w:tcPr>
            <w:tcW w:w="4400" w:type="dxa"/>
            <w:tcMar>
              <w:top w:w="90" w:type="dxa"/>
              <w:left w:w="90" w:type="dxa"/>
              <w:bottom w:w="90" w:type="dxa"/>
              <w:right w:w="90" w:type="dxa"/>
            </w:tcMar>
          </w:tcPr>
          <w:p w14:paraId="55BFEDAD" w14:textId="77777777" w:rsidR="00767730" w:rsidRDefault="00687929">
            <w:pPr>
              <w:spacing w:after="60"/>
              <w:rPr>
                <w:rFonts w:ascii="Calibri" w:hAnsi="Calibri" w:cs="Calibri"/>
                <w:lang w:val="nl-NL"/>
              </w:rPr>
            </w:pPr>
            <w:r>
              <w:rPr>
                <w:rFonts w:ascii="Calibri" w:hAnsi="Calibri" w:cs="Calibri"/>
                <w:b/>
                <w:sz w:val="18"/>
                <w:szCs w:val="18"/>
                <w:lang w:val="nl-NL"/>
              </w:rPr>
              <w:t>Weten leveranciers en onderaannemers die rechtstreeks contact hebben met klanten wat de organisatie van dat contact verwacht?</w:t>
            </w:r>
          </w:p>
          <w:p w14:paraId="3F0DEEBF" w14:textId="77777777" w:rsidR="00767730" w:rsidRDefault="00687929">
            <w:pPr>
              <w:spacing w:after="0"/>
              <w:rPr>
                <w:rFonts w:ascii="Calibri" w:hAnsi="Calibri" w:cs="Calibri"/>
                <w:lang w:val="nl-NL"/>
              </w:rPr>
            </w:pPr>
            <w:r>
              <w:rPr>
                <w:rFonts w:ascii="Calibri" w:hAnsi="Calibri" w:cs="Calibri"/>
                <w:i/>
                <w:color w:val="666666"/>
                <w:sz w:val="17"/>
                <w:szCs w:val="17"/>
                <w:lang w:val="nl-NL"/>
              </w:rPr>
              <w:t>Voorbeeld: Een zelfstandige trainer die namens de organisatie lesgeeft, kent de afspraken over de omgang met deelnemers en weet wat terug moet naar de organisatie. Een onderaannemer van een ICT-bedrijf weet welke afspraken gelden bij contact met de eindklant.</w:t>
            </w:r>
          </w:p>
        </w:tc>
        <w:tc>
          <w:tcPr>
            <w:tcW w:w="1300" w:type="dxa"/>
            <w:tcMar>
              <w:top w:w="90" w:type="dxa"/>
              <w:left w:w="90" w:type="dxa"/>
              <w:bottom w:w="90" w:type="dxa"/>
              <w:right w:w="90" w:type="dxa"/>
            </w:tcMar>
          </w:tcPr>
          <w:p w14:paraId="148CFA9E" w14:textId="77777777" w:rsidR="00767730" w:rsidRDefault="00687929">
            <w:pPr>
              <w:spacing w:after="40"/>
              <w:rPr>
                <w:rFonts w:ascii="Calibri" w:hAnsi="Calibri" w:cs="Calibri"/>
                <w:lang w:val="nl-NL"/>
              </w:rPr>
            </w:pPr>
            <w:r>
              <w:rPr>
                <w:rFonts w:ascii="Calibri" w:hAnsi="Calibri" w:cs="Calibri"/>
                <w:sz w:val="17"/>
                <w:szCs w:val="17"/>
                <w:lang w:val="nl-NL"/>
              </w:rPr>
              <w:t>8.4.3 d</w:t>
            </w:r>
          </w:p>
          <w:p w14:paraId="7F774215" w14:textId="77777777" w:rsidR="00767730" w:rsidRDefault="00687929">
            <w:pPr>
              <w:spacing w:after="0"/>
              <w:rPr>
                <w:rFonts w:ascii="Calibri" w:hAnsi="Calibri" w:cs="Calibri"/>
                <w:lang w:val="nl-NL"/>
              </w:rPr>
            </w:pPr>
            <w:r>
              <w:rPr>
                <w:rFonts w:ascii="Calibri" w:hAnsi="Calibri" w:cs="Calibri"/>
                <w:i/>
                <w:color w:val="698B4A"/>
                <w:sz w:val="17"/>
                <w:szCs w:val="17"/>
                <w:lang w:val="nl-NL"/>
              </w:rPr>
              <w:t>Eis</w:t>
            </w:r>
          </w:p>
        </w:tc>
        <w:tc>
          <w:tcPr>
            <w:tcW w:w="1650" w:type="dxa"/>
            <w:tcMar>
              <w:top w:w="90" w:type="dxa"/>
              <w:left w:w="90" w:type="dxa"/>
              <w:bottom w:w="90" w:type="dxa"/>
              <w:right w:w="90" w:type="dxa"/>
            </w:tcMar>
          </w:tcPr>
          <w:p w14:paraId="1D2F12CC" w14:textId="77777777" w:rsidR="00767730" w:rsidRDefault="00687929">
            <w:pPr>
              <w:spacing w:after="40"/>
              <w:rPr>
                <w:rFonts w:ascii="Calibri" w:hAnsi="Calibri" w:cs="Calibri"/>
                <w:lang w:val="nl-NL"/>
              </w:rPr>
            </w:pPr>
            <w:sdt>
              <w:sdtPr>
                <w:id w:val="1675755212"/>
                <w14:checkbox>
                  <w14:checked w14:val="0"/>
                  <w14:checkedState w14:val="2612" w14:font="MS Gothic"/>
                  <w14:uncheckedState w14:val="2610" w14:font="MS Gothic"/>
                </w14:checkbox>
              </w:sdtPr>
              <w:sdtEndPr/>
              <w:sdtContent>
                <w:r>
                  <w:rPr>
                    <w:rFonts w:ascii="MS Gothic" w:eastAsia="MS Gothic" w:hAnsi="MS Gothic"/>
                    <w:sz w:val="18"/>
                  </w:rPr>
                  <w:t>☐</w:t>
                </w:r>
              </w:sdtContent>
            </w:sdt>
            <w:r>
              <w:rPr>
                <w:rFonts w:ascii="Calibri" w:hAnsi="Calibri" w:cs="Calibri"/>
                <w:sz w:val="17"/>
                <w:szCs w:val="17"/>
                <w:lang w:val="nl-NL"/>
              </w:rPr>
              <w:t xml:space="preserve"> Al aanwezig</w:t>
            </w:r>
          </w:p>
          <w:p w14:paraId="21EE295F" w14:textId="77777777" w:rsidR="00767730" w:rsidRDefault="00687929">
            <w:pPr>
              <w:spacing w:after="40"/>
              <w:rPr>
                <w:rFonts w:ascii="Calibri" w:hAnsi="Calibri" w:cs="Calibri"/>
                <w:lang w:val="nl-NL"/>
              </w:rPr>
            </w:pPr>
            <w:sdt>
              <w:sdtPr>
                <w:id w:val="-1855255414"/>
                <w14:checkbox>
                  <w14:checked w14:val="0"/>
                  <w14:checkedState w14:val="2612" w14:font="MS Gothic"/>
                  <w14:uncheckedState w14:val="2610" w14:font="MS Gothic"/>
                </w14:checkbox>
              </w:sdtPr>
              <w:sdtEndPr/>
              <w:sdtContent>
                <w:r>
                  <w:rPr>
                    <w:rFonts w:ascii="MS Gothic" w:eastAsia="MS Gothic" w:hAnsi="MS Gothic"/>
                    <w:sz w:val="18"/>
                  </w:rPr>
                  <w:t>☐</w:t>
                </w:r>
              </w:sdtContent>
            </w:sdt>
            <w:r>
              <w:rPr>
                <w:rFonts w:ascii="Calibri" w:hAnsi="Calibri" w:cs="Calibri"/>
                <w:sz w:val="17"/>
                <w:szCs w:val="17"/>
                <w:lang w:val="nl-NL"/>
              </w:rPr>
              <w:t xml:space="preserve"> Verduidelijken</w:t>
            </w:r>
          </w:p>
          <w:p w14:paraId="238545F8" w14:textId="77777777" w:rsidR="00767730" w:rsidRDefault="00687929">
            <w:pPr>
              <w:spacing w:after="40"/>
              <w:rPr>
                <w:rFonts w:ascii="Calibri" w:hAnsi="Calibri" w:cs="Calibri"/>
                <w:lang w:val="nl-NL"/>
              </w:rPr>
            </w:pPr>
            <w:sdt>
              <w:sdtPr>
                <w:id w:val="-1783409595"/>
                <w14:checkbox>
                  <w14:checked w14:val="0"/>
                  <w14:checkedState w14:val="2612" w14:font="MS Gothic"/>
                  <w14:uncheckedState w14:val="2610" w14:font="MS Gothic"/>
                </w14:checkbox>
              </w:sdtPr>
              <w:sdtEndPr/>
              <w:sdtContent>
                <w:r>
                  <w:rPr>
                    <w:rFonts w:ascii="MS Gothic" w:eastAsia="MS Gothic" w:hAnsi="MS Gothic"/>
                    <w:sz w:val="18"/>
                  </w:rPr>
                  <w:t>☐</w:t>
                </w:r>
              </w:sdtContent>
            </w:sdt>
            <w:r>
              <w:rPr>
                <w:rFonts w:ascii="Calibri" w:hAnsi="Calibri" w:cs="Calibri"/>
                <w:sz w:val="17"/>
                <w:szCs w:val="17"/>
                <w:lang w:val="nl-NL"/>
              </w:rPr>
              <w:t xml:space="preserve"> Aanpassen</w:t>
            </w:r>
          </w:p>
        </w:tc>
        <w:tc>
          <w:tcPr>
            <w:tcW w:w="1962" w:type="dxa"/>
            <w:tcMar>
              <w:top w:w="90" w:type="dxa"/>
              <w:left w:w="90" w:type="dxa"/>
              <w:bottom w:w="90" w:type="dxa"/>
              <w:right w:w="90" w:type="dxa"/>
            </w:tcMar>
          </w:tcPr>
          <w:p w14:paraId="154C85AA" w14:textId="77777777" w:rsidR="00767730" w:rsidRDefault="00767730">
            <w:pPr>
              <w:spacing w:after="0"/>
              <w:rPr>
                <w:rFonts w:ascii="Calibri" w:hAnsi="Calibri" w:cs="Calibri"/>
                <w:lang w:val="nl-NL"/>
              </w:rPr>
            </w:pPr>
          </w:p>
        </w:tc>
      </w:tr>
    </w:tbl>
    <w:p w14:paraId="186E2CDD" w14:textId="77777777" w:rsidR="00767730" w:rsidRDefault="00767730">
      <w:pPr>
        <w:spacing w:after="120"/>
        <w:rPr>
          <w:rFonts w:ascii="Calibri" w:hAnsi="Calibri" w:cs="Calibri"/>
          <w:lang w:val="nl-NL"/>
        </w:rPr>
      </w:pPr>
    </w:p>
    <w:p w14:paraId="55BBD7A7" w14:textId="77777777" w:rsidR="00767730" w:rsidRDefault="00687929">
      <w:pPr>
        <w:pStyle w:val="Kop1"/>
        <w:rPr>
          <w:rFonts w:ascii="Calibri" w:hAnsi="Calibri" w:cs="Calibri"/>
          <w:lang w:val="nl-NL"/>
        </w:rPr>
      </w:pPr>
      <w:r>
        <w:rPr>
          <w:rFonts w:ascii="Calibri" w:hAnsi="Calibri" w:cs="Calibri"/>
          <w:lang w:val="nl-NL"/>
        </w:rPr>
        <w:t>7. Interne audit</w:t>
      </w:r>
    </w:p>
    <w:tbl>
      <w:tblPr>
        <w:tblStyle w:val="Tabelraster"/>
        <w:tblW w:w="9792" w:type="dxa"/>
        <w:jc w:val="center"/>
        <w:tblLayout w:type="fixed"/>
        <w:tblLook w:val="04A0" w:firstRow="1" w:lastRow="0" w:firstColumn="1" w:lastColumn="0" w:noHBand="0" w:noVBand="1"/>
      </w:tblPr>
      <w:tblGrid>
        <w:gridCol w:w="480"/>
        <w:gridCol w:w="4400"/>
        <w:gridCol w:w="1300"/>
        <w:gridCol w:w="1650"/>
        <w:gridCol w:w="1962"/>
      </w:tblGrid>
      <w:tr w:rsidR="00767730" w14:paraId="635AA4D3" w14:textId="77777777">
        <w:trPr>
          <w:cantSplit/>
          <w:tblHeader/>
          <w:jc w:val="center"/>
        </w:trPr>
        <w:tc>
          <w:tcPr>
            <w:tcW w:w="480" w:type="dxa"/>
            <w:shd w:val="clear" w:color="auto" w:fill="1F3864"/>
            <w:tcMar>
              <w:top w:w="100" w:type="dxa"/>
              <w:left w:w="100" w:type="dxa"/>
              <w:bottom w:w="100" w:type="dxa"/>
              <w:right w:w="100" w:type="dxa"/>
            </w:tcMar>
          </w:tcPr>
          <w:p w14:paraId="224CF271" w14:textId="77777777" w:rsidR="00767730" w:rsidRDefault="00687929">
            <w:pPr>
              <w:spacing w:after="0"/>
              <w:rPr>
                <w:rFonts w:ascii="Calibri" w:hAnsi="Calibri" w:cs="Calibri"/>
                <w:lang w:val="nl-NL"/>
              </w:rPr>
            </w:pPr>
            <w:r>
              <w:rPr>
                <w:rFonts w:ascii="Calibri" w:hAnsi="Calibri" w:cs="Calibri"/>
                <w:b/>
                <w:color w:val="FFFFFF"/>
                <w:sz w:val="17"/>
                <w:szCs w:val="17"/>
                <w:lang w:val="nl-NL"/>
              </w:rPr>
              <w:t>Nr.</w:t>
            </w:r>
          </w:p>
        </w:tc>
        <w:tc>
          <w:tcPr>
            <w:tcW w:w="4400" w:type="dxa"/>
            <w:shd w:val="clear" w:color="auto" w:fill="1F3864"/>
            <w:tcMar>
              <w:top w:w="100" w:type="dxa"/>
              <w:left w:w="100" w:type="dxa"/>
              <w:bottom w:w="100" w:type="dxa"/>
              <w:right w:w="100" w:type="dxa"/>
            </w:tcMar>
          </w:tcPr>
          <w:p w14:paraId="7CFDAB8B" w14:textId="77777777" w:rsidR="00767730" w:rsidRDefault="00687929">
            <w:pPr>
              <w:spacing w:after="0"/>
              <w:rPr>
                <w:rFonts w:ascii="Calibri" w:hAnsi="Calibri" w:cs="Calibri"/>
                <w:lang w:val="nl-NL"/>
              </w:rPr>
            </w:pPr>
            <w:r>
              <w:rPr>
                <w:rFonts w:ascii="Calibri" w:hAnsi="Calibri" w:cs="Calibri"/>
                <w:b/>
                <w:color w:val="FFFFFF"/>
                <w:sz w:val="17"/>
                <w:szCs w:val="17"/>
                <w:lang w:val="nl-NL"/>
              </w:rPr>
              <w:t>Vraag en voorbeeld</w:t>
            </w:r>
          </w:p>
        </w:tc>
        <w:tc>
          <w:tcPr>
            <w:tcW w:w="1300" w:type="dxa"/>
            <w:shd w:val="clear" w:color="auto" w:fill="1F3864"/>
            <w:tcMar>
              <w:top w:w="100" w:type="dxa"/>
              <w:left w:w="100" w:type="dxa"/>
              <w:bottom w:w="100" w:type="dxa"/>
              <w:right w:w="100" w:type="dxa"/>
            </w:tcMar>
          </w:tcPr>
          <w:p w14:paraId="2AAAF32D" w14:textId="77777777" w:rsidR="00767730" w:rsidRDefault="00687929">
            <w:pPr>
              <w:spacing w:after="0"/>
              <w:rPr>
                <w:rFonts w:ascii="Calibri" w:hAnsi="Calibri" w:cs="Calibri"/>
                <w:lang w:val="nl-NL"/>
              </w:rPr>
            </w:pPr>
            <w:r>
              <w:rPr>
                <w:rFonts w:ascii="Calibri" w:hAnsi="Calibri" w:cs="Calibri"/>
                <w:b/>
                <w:color w:val="FFFFFF"/>
                <w:sz w:val="17"/>
                <w:szCs w:val="17"/>
                <w:lang w:val="nl-NL"/>
              </w:rPr>
              <w:t>Norm</w:t>
            </w:r>
          </w:p>
        </w:tc>
        <w:tc>
          <w:tcPr>
            <w:tcW w:w="1650" w:type="dxa"/>
            <w:shd w:val="clear" w:color="auto" w:fill="1F3864"/>
            <w:tcMar>
              <w:top w:w="100" w:type="dxa"/>
              <w:left w:w="100" w:type="dxa"/>
              <w:bottom w:w="100" w:type="dxa"/>
              <w:right w:w="100" w:type="dxa"/>
            </w:tcMar>
          </w:tcPr>
          <w:p w14:paraId="7B3FCC9A" w14:textId="77777777" w:rsidR="00767730" w:rsidRDefault="00687929">
            <w:pPr>
              <w:spacing w:after="0"/>
              <w:rPr>
                <w:rFonts w:ascii="Calibri" w:hAnsi="Calibri" w:cs="Calibri"/>
                <w:lang w:val="nl-NL"/>
              </w:rPr>
            </w:pPr>
            <w:r>
              <w:rPr>
                <w:rFonts w:ascii="Calibri" w:hAnsi="Calibri" w:cs="Calibri"/>
                <w:b/>
                <w:color w:val="FFFFFF"/>
                <w:sz w:val="17"/>
                <w:szCs w:val="17"/>
                <w:lang w:val="nl-NL"/>
              </w:rPr>
              <w:t>Uitkomst</w:t>
            </w:r>
          </w:p>
        </w:tc>
        <w:tc>
          <w:tcPr>
            <w:tcW w:w="1962" w:type="dxa"/>
            <w:shd w:val="clear" w:color="auto" w:fill="1F3864"/>
            <w:tcMar>
              <w:top w:w="100" w:type="dxa"/>
              <w:left w:w="100" w:type="dxa"/>
              <w:bottom w:w="100" w:type="dxa"/>
              <w:right w:w="100" w:type="dxa"/>
            </w:tcMar>
          </w:tcPr>
          <w:p w14:paraId="5999262E" w14:textId="77777777" w:rsidR="00767730" w:rsidRDefault="00687929">
            <w:pPr>
              <w:spacing w:after="0"/>
              <w:rPr>
                <w:rFonts w:ascii="Calibri" w:hAnsi="Calibri" w:cs="Calibri"/>
                <w:lang w:val="nl-NL"/>
              </w:rPr>
            </w:pPr>
            <w:r>
              <w:rPr>
                <w:rFonts w:ascii="Calibri" w:hAnsi="Calibri" w:cs="Calibri"/>
                <w:b/>
                <w:color w:val="FFFFFF"/>
                <w:sz w:val="17"/>
                <w:szCs w:val="17"/>
                <w:lang w:val="nl-NL"/>
              </w:rPr>
              <w:t>Notities</w:t>
            </w:r>
          </w:p>
        </w:tc>
      </w:tr>
      <w:tr w:rsidR="00767730" w14:paraId="0597426B" w14:textId="77777777">
        <w:trPr>
          <w:cantSplit/>
          <w:jc w:val="center"/>
        </w:trPr>
        <w:tc>
          <w:tcPr>
            <w:tcW w:w="480" w:type="dxa"/>
            <w:tcMar>
              <w:top w:w="90" w:type="dxa"/>
              <w:left w:w="90" w:type="dxa"/>
              <w:bottom w:w="90" w:type="dxa"/>
              <w:right w:w="90" w:type="dxa"/>
            </w:tcMar>
          </w:tcPr>
          <w:p w14:paraId="277224FF" w14:textId="77777777" w:rsidR="00767730" w:rsidRDefault="00687929">
            <w:pPr>
              <w:spacing w:after="0"/>
              <w:rPr>
                <w:rFonts w:ascii="Calibri" w:hAnsi="Calibri" w:cs="Calibri"/>
                <w:lang w:val="nl-NL"/>
              </w:rPr>
            </w:pPr>
            <w:r>
              <w:t>22</w:t>
            </w:r>
          </w:p>
        </w:tc>
        <w:tc>
          <w:tcPr>
            <w:tcW w:w="4400" w:type="dxa"/>
            <w:tcMar>
              <w:top w:w="90" w:type="dxa"/>
              <w:left w:w="90" w:type="dxa"/>
              <w:bottom w:w="90" w:type="dxa"/>
              <w:right w:w="90" w:type="dxa"/>
            </w:tcMar>
          </w:tcPr>
          <w:p w14:paraId="61020527" w14:textId="77777777" w:rsidR="00767730" w:rsidRDefault="00687929">
            <w:pPr>
              <w:spacing w:after="60"/>
              <w:rPr>
                <w:rFonts w:ascii="Calibri" w:hAnsi="Calibri" w:cs="Calibri"/>
                <w:lang w:val="nl-NL"/>
              </w:rPr>
            </w:pPr>
            <w:r>
              <w:rPr>
                <w:rFonts w:ascii="Calibri" w:hAnsi="Calibri" w:cs="Calibri"/>
                <w:b/>
                <w:sz w:val="18"/>
                <w:szCs w:val="18"/>
                <w:lang w:val="nl-NL"/>
              </w:rPr>
              <w:t>Wordt voor iedere interne audit vooraf het doel bepaald, naast de criteria en de reikwijdte?</w:t>
            </w:r>
          </w:p>
          <w:p w14:paraId="258CA40D" w14:textId="77777777" w:rsidR="00767730" w:rsidRDefault="00687929">
            <w:pPr>
              <w:spacing w:after="0"/>
              <w:rPr>
                <w:rFonts w:ascii="Calibri" w:hAnsi="Calibri" w:cs="Calibri"/>
                <w:lang w:val="nl-NL"/>
              </w:rPr>
            </w:pPr>
            <w:r>
              <w:rPr>
                <w:rFonts w:ascii="Calibri" w:hAnsi="Calibri" w:cs="Calibri"/>
                <w:i/>
                <w:color w:val="666666"/>
                <w:sz w:val="17"/>
                <w:szCs w:val="17"/>
                <w:lang w:val="nl-NL"/>
              </w:rPr>
              <w:t>Voorbeeld: Het doel van een interne audit op het offerteproces is nagaan of de nieuwe werkwijze na drie maanden werkt zoals bedoeld. De criteria zijn de eigen werkafspraken en de eisen van ISO 9001.</w:t>
            </w:r>
          </w:p>
        </w:tc>
        <w:tc>
          <w:tcPr>
            <w:tcW w:w="1300" w:type="dxa"/>
            <w:tcMar>
              <w:top w:w="90" w:type="dxa"/>
              <w:left w:w="90" w:type="dxa"/>
              <w:bottom w:w="90" w:type="dxa"/>
              <w:right w:w="90" w:type="dxa"/>
            </w:tcMar>
          </w:tcPr>
          <w:p w14:paraId="1F7E5C5E" w14:textId="77777777" w:rsidR="00767730" w:rsidRDefault="00687929">
            <w:pPr>
              <w:spacing w:after="40"/>
              <w:rPr>
                <w:rFonts w:ascii="Calibri" w:hAnsi="Calibri" w:cs="Calibri"/>
                <w:lang w:val="nl-NL"/>
              </w:rPr>
            </w:pPr>
            <w:r>
              <w:rPr>
                <w:rFonts w:ascii="Calibri" w:hAnsi="Calibri" w:cs="Calibri"/>
                <w:sz w:val="17"/>
                <w:szCs w:val="17"/>
                <w:lang w:val="nl-NL"/>
              </w:rPr>
              <w:t>9.2.2 a</w:t>
            </w:r>
          </w:p>
          <w:p w14:paraId="4DAA4D3A" w14:textId="77777777" w:rsidR="00767730" w:rsidRDefault="00687929">
            <w:pPr>
              <w:spacing w:after="0"/>
              <w:rPr>
                <w:rFonts w:ascii="Calibri" w:hAnsi="Calibri" w:cs="Calibri"/>
                <w:lang w:val="nl-NL"/>
              </w:rPr>
            </w:pPr>
            <w:r>
              <w:rPr>
                <w:rFonts w:ascii="Calibri" w:hAnsi="Calibri" w:cs="Calibri"/>
                <w:i/>
                <w:color w:val="698B4A"/>
                <w:sz w:val="17"/>
                <w:szCs w:val="17"/>
                <w:lang w:val="nl-NL"/>
              </w:rPr>
              <w:t>Eis</w:t>
            </w:r>
          </w:p>
        </w:tc>
        <w:tc>
          <w:tcPr>
            <w:tcW w:w="1650" w:type="dxa"/>
            <w:tcMar>
              <w:top w:w="90" w:type="dxa"/>
              <w:left w:w="90" w:type="dxa"/>
              <w:bottom w:w="90" w:type="dxa"/>
              <w:right w:w="90" w:type="dxa"/>
            </w:tcMar>
          </w:tcPr>
          <w:p w14:paraId="19618410" w14:textId="77777777" w:rsidR="00767730" w:rsidRDefault="00687929">
            <w:pPr>
              <w:spacing w:after="40"/>
              <w:rPr>
                <w:rFonts w:ascii="Calibri" w:hAnsi="Calibri" w:cs="Calibri"/>
                <w:lang w:val="nl-NL"/>
              </w:rPr>
            </w:pPr>
            <w:sdt>
              <w:sdtPr>
                <w:id w:val="-1708708777"/>
                <w14:checkbox>
                  <w14:checked w14:val="0"/>
                  <w14:checkedState w14:val="2612" w14:font="MS Gothic"/>
                  <w14:uncheckedState w14:val="2610" w14:font="MS Gothic"/>
                </w14:checkbox>
              </w:sdtPr>
              <w:sdtEndPr/>
              <w:sdtContent>
                <w:r>
                  <w:rPr>
                    <w:rFonts w:ascii="MS Gothic" w:eastAsia="MS Gothic" w:hAnsi="MS Gothic"/>
                    <w:sz w:val="18"/>
                  </w:rPr>
                  <w:t>☐</w:t>
                </w:r>
              </w:sdtContent>
            </w:sdt>
            <w:r>
              <w:rPr>
                <w:rFonts w:ascii="Calibri" w:hAnsi="Calibri" w:cs="Calibri"/>
                <w:sz w:val="17"/>
                <w:szCs w:val="17"/>
                <w:lang w:val="nl-NL"/>
              </w:rPr>
              <w:t xml:space="preserve"> Al aanwezig</w:t>
            </w:r>
          </w:p>
          <w:p w14:paraId="2FC6778F" w14:textId="77777777" w:rsidR="00767730" w:rsidRDefault="00687929">
            <w:pPr>
              <w:spacing w:after="40"/>
              <w:rPr>
                <w:rFonts w:ascii="Calibri" w:hAnsi="Calibri" w:cs="Calibri"/>
                <w:lang w:val="nl-NL"/>
              </w:rPr>
            </w:pPr>
            <w:sdt>
              <w:sdtPr>
                <w:id w:val="-674580648"/>
                <w14:checkbox>
                  <w14:checked w14:val="0"/>
                  <w14:checkedState w14:val="2612" w14:font="MS Gothic"/>
                  <w14:uncheckedState w14:val="2610" w14:font="MS Gothic"/>
                </w14:checkbox>
              </w:sdtPr>
              <w:sdtEndPr/>
              <w:sdtContent>
                <w:r>
                  <w:rPr>
                    <w:rFonts w:ascii="MS Gothic" w:eastAsia="MS Gothic" w:hAnsi="MS Gothic"/>
                    <w:sz w:val="18"/>
                  </w:rPr>
                  <w:t>☐</w:t>
                </w:r>
              </w:sdtContent>
            </w:sdt>
            <w:r>
              <w:rPr>
                <w:rFonts w:ascii="Calibri" w:hAnsi="Calibri" w:cs="Calibri"/>
                <w:sz w:val="17"/>
                <w:szCs w:val="17"/>
                <w:lang w:val="nl-NL"/>
              </w:rPr>
              <w:t xml:space="preserve"> Verduidelijken</w:t>
            </w:r>
          </w:p>
          <w:p w14:paraId="0BBCBA50" w14:textId="77777777" w:rsidR="00767730" w:rsidRDefault="00687929">
            <w:pPr>
              <w:spacing w:after="40"/>
              <w:rPr>
                <w:rFonts w:ascii="Calibri" w:hAnsi="Calibri" w:cs="Calibri"/>
                <w:lang w:val="nl-NL"/>
              </w:rPr>
            </w:pPr>
            <w:sdt>
              <w:sdtPr>
                <w:id w:val="-997728565"/>
                <w14:checkbox>
                  <w14:checked w14:val="0"/>
                  <w14:checkedState w14:val="2612" w14:font="MS Gothic"/>
                  <w14:uncheckedState w14:val="2610" w14:font="MS Gothic"/>
                </w14:checkbox>
              </w:sdtPr>
              <w:sdtEndPr/>
              <w:sdtContent>
                <w:r>
                  <w:rPr>
                    <w:rFonts w:ascii="MS Gothic" w:eastAsia="MS Gothic" w:hAnsi="MS Gothic"/>
                    <w:sz w:val="18"/>
                  </w:rPr>
                  <w:t>☐</w:t>
                </w:r>
              </w:sdtContent>
            </w:sdt>
            <w:r>
              <w:rPr>
                <w:rFonts w:ascii="Calibri" w:hAnsi="Calibri" w:cs="Calibri"/>
                <w:sz w:val="17"/>
                <w:szCs w:val="17"/>
                <w:lang w:val="nl-NL"/>
              </w:rPr>
              <w:t xml:space="preserve"> Aanpassen</w:t>
            </w:r>
          </w:p>
        </w:tc>
        <w:tc>
          <w:tcPr>
            <w:tcW w:w="1962" w:type="dxa"/>
            <w:tcMar>
              <w:top w:w="90" w:type="dxa"/>
              <w:left w:w="90" w:type="dxa"/>
              <w:bottom w:w="90" w:type="dxa"/>
              <w:right w:w="90" w:type="dxa"/>
            </w:tcMar>
          </w:tcPr>
          <w:p w14:paraId="3B88AE66" w14:textId="77777777" w:rsidR="00767730" w:rsidRDefault="00767730">
            <w:pPr>
              <w:spacing w:after="0"/>
              <w:rPr>
                <w:rFonts w:ascii="Calibri" w:hAnsi="Calibri" w:cs="Calibri"/>
                <w:lang w:val="nl-NL"/>
              </w:rPr>
            </w:pPr>
          </w:p>
        </w:tc>
      </w:tr>
    </w:tbl>
    <w:p w14:paraId="16DBC1AA" w14:textId="77777777" w:rsidR="00767730" w:rsidRDefault="00767730">
      <w:pPr>
        <w:spacing w:after="120"/>
        <w:rPr>
          <w:rFonts w:ascii="Calibri" w:hAnsi="Calibri" w:cs="Calibri"/>
          <w:lang w:val="nl-NL"/>
        </w:rPr>
      </w:pPr>
    </w:p>
    <w:p w14:paraId="07A1527B" w14:textId="77777777" w:rsidR="00767730" w:rsidRDefault="00687929">
      <w:pPr>
        <w:pStyle w:val="Kop1"/>
        <w:rPr>
          <w:rFonts w:ascii="Calibri" w:hAnsi="Calibri" w:cs="Calibri"/>
          <w:lang w:val="nl-NL"/>
        </w:rPr>
      </w:pPr>
      <w:r>
        <w:rPr>
          <w:rFonts w:ascii="Calibri" w:hAnsi="Calibri" w:cs="Calibri"/>
          <w:lang w:val="nl-NL"/>
        </w:rPr>
        <w:t>Na het invullen</w:t>
      </w:r>
    </w:p>
    <w:p w14:paraId="52E5E33E" w14:textId="77777777" w:rsidR="00767730" w:rsidRDefault="00687929">
      <w:pPr>
        <w:rPr>
          <w:rFonts w:ascii="Calibri" w:hAnsi="Calibri" w:cs="Calibri"/>
          <w:lang w:val="nl-NL"/>
        </w:rPr>
      </w:pPr>
      <w:r>
        <w:rPr>
          <w:rFonts w:ascii="Calibri" w:hAnsi="Calibri" w:cs="Calibri"/>
          <w:lang w:val="nl-NL"/>
        </w:rPr>
        <w:t>De uitkomst geeft een beeld van waar de organisatie staat. Punten met "Aanpassen" verdienen de meeste aandacht. Vaak blijkt dat veel al aanwezig is en vooral verduidelijking nodig heeft.</w:t>
      </w:r>
    </w:p>
    <w:p w14:paraId="584BA1F4" w14:textId="77777777" w:rsidR="00767730" w:rsidRDefault="00687929">
      <w:pPr>
        <w:rPr>
          <w:rFonts w:ascii="Calibri" w:hAnsi="Calibri" w:cs="Calibri"/>
          <w:lang w:val="nl-NL"/>
        </w:rPr>
      </w:pPr>
      <w:r>
        <w:rPr>
          <w:rFonts w:ascii="Calibri" w:hAnsi="Calibri" w:cs="Calibri"/>
          <w:lang w:val="nl-NL"/>
        </w:rPr>
        <w:t>Tip: bewaar de ingevulde lijst en kijk er over een half jaar opnieuw naar. Zo wordt zichtbaar welke punten zijn opgepakt.</w:t>
      </w:r>
    </w:p>
    <w:tbl>
      <w:tblPr>
        <w:tblW w:w="9792" w:type="dxa"/>
        <w:jc w:val="center"/>
        <w:tblBorders>
          <w:top w:val="nil"/>
          <w:left w:val="nil"/>
          <w:bottom w:val="nil"/>
          <w:right w:val="nil"/>
          <w:insideH w:val="nil"/>
          <w:insideV w:val="nil"/>
        </w:tblBorders>
        <w:tblLayout w:type="fixed"/>
        <w:tblLook w:val="04A0" w:firstRow="1" w:lastRow="0" w:firstColumn="1" w:lastColumn="0" w:noHBand="0" w:noVBand="1"/>
      </w:tblPr>
      <w:tblGrid>
        <w:gridCol w:w="9792"/>
      </w:tblGrid>
      <w:tr w:rsidR="00767730" w14:paraId="3AFA9919" w14:textId="77777777">
        <w:trPr>
          <w:cantSplit/>
          <w:jc w:val="center"/>
        </w:trPr>
        <w:tc>
          <w:tcPr>
            <w:tcW w:w="9792" w:type="dxa"/>
            <w:shd w:val="clear" w:color="auto" w:fill="FFF2CC"/>
            <w:tcMar>
              <w:top w:w="190" w:type="dxa"/>
              <w:left w:w="190" w:type="dxa"/>
              <w:bottom w:w="190" w:type="dxa"/>
              <w:right w:w="190" w:type="dxa"/>
            </w:tcMar>
          </w:tcPr>
          <w:p w14:paraId="68910513" w14:textId="77777777" w:rsidR="00767730" w:rsidRDefault="00687929">
            <w:pPr>
              <w:rPr>
                <w:rFonts w:ascii="Calibri" w:hAnsi="Calibri" w:cs="Calibri"/>
                <w:lang w:val="nl-NL"/>
              </w:rPr>
            </w:pPr>
            <w:r>
              <w:rPr>
                <w:rFonts w:ascii="Calibri" w:hAnsi="Calibri" w:cs="Calibri"/>
                <w:b/>
                <w:color w:val="1F3864"/>
                <w:lang w:val="nl-NL"/>
              </w:rPr>
              <w:lastRenderedPageBreak/>
              <w:t>Vragen over de bedoeling van een eis?</w:t>
            </w:r>
          </w:p>
          <w:p w14:paraId="1E7C9846" w14:textId="77777777" w:rsidR="00767730" w:rsidRDefault="00687929">
            <w:pPr>
              <w:rPr>
                <w:rFonts w:ascii="Calibri" w:hAnsi="Calibri" w:cs="Calibri"/>
                <w:lang w:val="nl-NL"/>
              </w:rPr>
            </w:pPr>
            <w:r>
              <w:rPr>
                <w:rFonts w:ascii="Calibri" w:hAnsi="Calibri" w:cs="Calibri"/>
                <w:lang w:val="nl-NL"/>
              </w:rPr>
              <w:t>EIK Certificering legt graag uit hoe een eis bedoeld is. Hoe de organisatie een eis invult, bepaalt zij zelf. Neem voor vragen contact op via:</w:t>
            </w:r>
          </w:p>
          <w:p w14:paraId="2CEA7E43" w14:textId="77777777" w:rsidR="00767730" w:rsidRDefault="00687929">
            <w:pPr>
              <w:spacing w:after="0"/>
              <w:rPr>
                <w:rFonts w:ascii="Calibri" w:hAnsi="Calibri" w:cs="Calibri"/>
                <w:lang w:val="nl-NL"/>
              </w:rPr>
            </w:pPr>
            <w:r>
              <w:rPr>
                <w:rFonts w:ascii="Calibri" w:hAnsi="Calibri" w:cs="Calibri"/>
                <w:lang w:val="nl-NL"/>
              </w:rPr>
              <w:t>info@eikcertificering.nl</w:t>
            </w:r>
          </w:p>
        </w:tc>
      </w:tr>
    </w:tbl>
    <w:p w14:paraId="3AD015DF" w14:textId="77777777" w:rsidR="00767730" w:rsidRDefault="00767730">
      <w:pPr>
        <w:spacing w:after="120"/>
        <w:rPr>
          <w:rFonts w:ascii="Calibri" w:hAnsi="Calibri" w:cs="Calibri"/>
          <w:lang w:val="nl-NL"/>
        </w:rPr>
      </w:pPr>
    </w:p>
    <w:sectPr w:rsidR="00767730" w:rsidSect="00A22D52">
      <w:headerReference w:type="default" r:id="rId11"/>
      <w:footerReference w:type="default" r:id="rId12"/>
      <w:pgSz w:w="12240" w:h="15840"/>
      <w:pgMar w:top="1560" w:right="1224" w:bottom="936" w:left="122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733068A" w14:textId="77777777" w:rsidR="00687929" w:rsidRDefault="00687929">
      <w:pPr>
        <w:spacing w:after="0" w:line="240" w:lineRule="auto"/>
      </w:pPr>
      <w:r>
        <w:separator/>
      </w:r>
    </w:p>
  </w:endnote>
  <w:endnote w:type="continuationSeparator" w:id="0">
    <w:p w14:paraId="59D166B1" w14:textId="77777777" w:rsidR="00687929" w:rsidRDefault="006879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00500000000000000"/>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2A3D3EC" w14:textId="4DA982CC" w:rsidR="000F5744" w:rsidRPr="00A22D52" w:rsidRDefault="00150C3E">
    <w:pPr>
      <w:pStyle w:val="Voettekst"/>
      <w:jc w:val="center"/>
      <w:rPr>
        <w:rFonts w:asciiTheme="majorHAnsi" w:hAnsiTheme="majorHAnsi" w:cstheme="majorHAnsi"/>
        <w:sz w:val="18"/>
        <w:szCs w:val="18"/>
      </w:rPr>
    </w:pPr>
    <w:r w:rsidRPr="00A22D52">
      <w:rPr>
        <w:rFonts w:asciiTheme="majorHAnsi" w:hAnsiTheme="majorHAnsi" w:cstheme="majorHAnsi"/>
        <w:sz w:val="18"/>
        <w:szCs w:val="18"/>
      </w:rPr>
      <w:fldChar w:fldCharType="begin"/>
    </w:r>
    <w:r w:rsidRPr="00A22D52">
      <w:rPr>
        <w:rFonts w:asciiTheme="majorHAnsi" w:hAnsiTheme="majorHAnsi" w:cstheme="majorHAnsi"/>
        <w:sz w:val="18"/>
        <w:szCs w:val="18"/>
      </w:rPr>
      <w:instrText>PAGE</w:instrText>
    </w:r>
    <w:r w:rsidRPr="00A22D52">
      <w:rPr>
        <w:rFonts w:asciiTheme="majorHAnsi" w:hAnsiTheme="majorHAnsi" w:cstheme="majorHAnsi"/>
        <w:sz w:val="18"/>
        <w:szCs w:val="18"/>
      </w:rPr>
      <w:fldChar w:fldCharType="separate"/>
    </w:r>
    <w:r w:rsidR="00AA6527" w:rsidRPr="00A22D52">
      <w:rPr>
        <w:rFonts w:asciiTheme="majorHAnsi" w:hAnsiTheme="majorHAnsi" w:cstheme="majorHAnsi"/>
        <w:noProof/>
        <w:sz w:val="18"/>
        <w:szCs w:val="18"/>
      </w:rPr>
      <w:t>1</w:t>
    </w:r>
    <w:r w:rsidRPr="00A22D52">
      <w:rPr>
        <w:rFonts w:asciiTheme="majorHAnsi" w:hAnsiTheme="majorHAnsi" w:cstheme="majorHAnsi"/>
        <w:sz w:val="18"/>
        <w:szCs w:val="18"/>
      </w:rPr>
      <w:fldChar w:fldCharType="end"/>
    </w:r>
  </w:p>
  <w:p w14:paraId="2A6D2F19" w14:textId="77777777" w:rsidR="00A22D52" w:rsidRPr="00A22D52" w:rsidRDefault="00A22D52" w:rsidP="00A22D52">
    <w:pPr>
      <w:pStyle w:val="Voettekst"/>
      <w:jc w:val="center"/>
      <w:rPr>
        <w:rFonts w:ascii="Calibri" w:hAnsi="Calibri" w:cs="Calibri"/>
        <w:sz w:val="18"/>
        <w:szCs w:val="18"/>
        <w:lang w:val="nl-NL"/>
      </w:rPr>
    </w:pPr>
    <w:r w:rsidRPr="00A22D52">
      <w:rPr>
        <w:rFonts w:asciiTheme="majorHAnsi" w:hAnsiTheme="majorHAnsi" w:cstheme="majorHAnsi"/>
        <w:sz w:val="18"/>
        <w:szCs w:val="18"/>
      </w:rPr>
      <w:t xml:space="preserve">EIK Certificering B.V.  </w:t>
    </w:r>
    <w:proofErr w:type="gramStart"/>
    <w:r w:rsidRPr="00A22D52">
      <w:rPr>
        <w:rFonts w:asciiTheme="majorHAnsi" w:hAnsiTheme="majorHAnsi" w:cstheme="majorHAnsi"/>
        <w:sz w:val="18"/>
        <w:szCs w:val="18"/>
      </w:rPr>
      <w:t>|  Vedas</w:t>
    </w:r>
    <w:proofErr w:type="gramEnd"/>
    <w:r w:rsidRPr="00A22D52">
      <w:rPr>
        <w:rFonts w:asciiTheme="majorHAnsi" w:hAnsiTheme="majorHAnsi" w:cstheme="majorHAnsi"/>
        <w:sz w:val="18"/>
        <w:szCs w:val="18"/>
      </w:rPr>
      <w:t xml:space="preserve"> Quality B.V.  </w:t>
    </w:r>
    <w:proofErr w:type="gramStart"/>
    <w:r w:rsidRPr="00A22D52">
      <w:rPr>
        <w:rFonts w:asciiTheme="majorHAnsi" w:hAnsiTheme="majorHAnsi" w:cstheme="majorHAnsi"/>
        <w:sz w:val="18"/>
        <w:szCs w:val="18"/>
        <w:lang w:val="nl-NL"/>
      </w:rPr>
      <w:t xml:space="preserve">| </w:t>
    </w:r>
    <w:r w:rsidRPr="00A22D52">
      <w:rPr>
        <w:rFonts w:ascii="Calibri" w:hAnsi="Calibri" w:cs="Calibri"/>
        <w:sz w:val="18"/>
        <w:szCs w:val="18"/>
        <w:lang w:val="nl-NL"/>
      </w:rPr>
      <w:t xml:space="preserve"> Certificatie</w:t>
    </w:r>
    <w:proofErr w:type="gramEnd"/>
    <w:r w:rsidRPr="00A22D52">
      <w:rPr>
        <w:rFonts w:ascii="Calibri" w:hAnsi="Calibri" w:cs="Calibri"/>
        <w:sz w:val="18"/>
        <w:szCs w:val="18"/>
        <w:lang w:val="nl-NL"/>
      </w:rPr>
      <w:t xml:space="preserve"> in de Zorg</w:t>
    </w:r>
  </w:p>
  <w:p w14:paraId="1DF0655C" w14:textId="5BF1F6AF" w:rsidR="00A22D52" w:rsidRPr="00A22D52" w:rsidRDefault="00A22D52" w:rsidP="00A22D52">
    <w:pPr>
      <w:pStyle w:val="Voettekst"/>
      <w:jc w:val="center"/>
      <w:rPr>
        <w:rFonts w:ascii="Calibri" w:hAnsi="Calibri" w:cs="Calibri"/>
        <w:sz w:val="18"/>
        <w:szCs w:val="18"/>
        <w:lang w:val="nl-NL"/>
      </w:rPr>
    </w:pPr>
    <w:r w:rsidRPr="00A22D52">
      <w:rPr>
        <w:rFonts w:ascii="Calibri" w:hAnsi="Calibri" w:cs="Calibri"/>
        <w:sz w:val="18"/>
        <w:szCs w:val="18"/>
        <w:lang w:val="nl-NL"/>
      </w:rPr>
      <w:t>Piet van de Polsingel 168, 3056 AK Rotterdam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EF9B0F1" w14:textId="77777777" w:rsidR="00687929" w:rsidRDefault="00687929">
      <w:pPr>
        <w:spacing w:after="0" w:line="240" w:lineRule="auto"/>
      </w:pPr>
      <w:r>
        <w:separator/>
      </w:r>
    </w:p>
  </w:footnote>
  <w:footnote w:type="continuationSeparator" w:id="0">
    <w:p w14:paraId="2069E9EE" w14:textId="77777777" w:rsidR="00687929" w:rsidRDefault="006879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D7CAEC" w14:textId="77777777" w:rsidR="00767730" w:rsidRDefault="00687929">
    <w:pPr>
      <w:pStyle w:val="Koptekst"/>
      <w:jc w:val="center"/>
    </w:pPr>
    <w:r>
      <w:rPr>
        <w:noProof/>
      </w:rPr>
      <w:drawing>
        <wp:inline distT="0" distB="0" distL="0" distR="0" wp14:anchorId="193F53E1" wp14:editId="2D819AD5">
          <wp:extent cx="1108710" cy="762000"/>
          <wp:effectExtent l="0" t="0" r="0" b="0"/>
          <wp:docPr id="1" name="EIK Certificering" descr="Logo EIK Certifice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IK Certificering"/>
                  <pic:cNvPicPr/>
                </pic:nvPicPr>
                <pic:blipFill>
                  <a:blip r:embed="rId1"/>
                  <a:stretch>
                    <a:fillRect/>
                  </a:stretch>
                </pic:blipFill>
                <pic:spPr>
                  <a:xfrm>
                    <a:off x="0" y="0"/>
                    <a:ext cx="1108710" cy="762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15606CAA"/>
    <w:lvl w:ilvl="0">
      <w:start w:val="1"/>
      <w:numFmt w:val="bullet"/>
      <w:pStyle w:val="Lijstopsomteken"/>
      <w:lvlText w:val=""/>
      <w:lvlJc w:val="left"/>
      <w:pPr>
        <w:tabs>
          <w:tab w:val="num" w:pos="360"/>
        </w:tabs>
        <w:ind w:left="360" w:hanging="360"/>
      </w:pPr>
      <w:rPr>
        <w:rFonts w:ascii="Symbol" w:hAnsi="Symbol" w:hint="default"/>
      </w:rPr>
    </w:lvl>
  </w:abstractNum>
  <w:abstractNum w:abstractNumId="9" w15:restartNumberingAfterBreak="0">
    <w:nsid w:val="1F606573"/>
    <w:multiLevelType w:val="multilevel"/>
    <w:tmpl w:val="66368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73E0091"/>
    <w:multiLevelType w:val="hybridMultilevel"/>
    <w:tmpl w:val="D102E23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47F369C2"/>
    <w:multiLevelType w:val="multilevel"/>
    <w:tmpl w:val="FE800A3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 w15:restartNumberingAfterBreak="0">
    <w:nsid w:val="5809247F"/>
    <w:multiLevelType w:val="multilevel"/>
    <w:tmpl w:val="BE9CD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5681759">
    <w:abstractNumId w:val="8"/>
  </w:num>
  <w:num w:numId="2" w16cid:durableId="867639923">
    <w:abstractNumId w:val="6"/>
  </w:num>
  <w:num w:numId="3" w16cid:durableId="716391858">
    <w:abstractNumId w:val="5"/>
  </w:num>
  <w:num w:numId="4" w16cid:durableId="1478258693">
    <w:abstractNumId w:val="4"/>
  </w:num>
  <w:num w:numId="5" w16cid:durableId="2082866180">
    <w:abstractNumId w:val="7"/>
  </w:num>
  <w:num w:numId="6" w16cid:durableId="770472277">
    <w:abstractNumId w:val="3"/>
  </w:num>
  <w:num w:numId="7" w16cid:durableId="1925607684">
    <w:abstractNumId w:val="2"/>
  </w:num>
  <w:num w:numId="8" w16cid:durableId="664671601">
    <w:abstractNumId w:val="1"/>
  </w:num>
  <w:num w:numId="9" w16cid:durableId="1630744891">
    <w:abstractNumId w:val="0"/>
  </w:num>
  <w:num w:numId="10" w16cid:durableId="1329480249">
    <w:abstractNumId w:val="10"/>
  </w:num>
  <w:num w:numId="11" w16cid:durableId="44792391">
    <w:abstractNumId w:val="9"/>
  </w:num>
  <w:num w:numId="12" w16cid:durableId="1715961512">
    <w:abstractNumId w:val="11"/>
  </w:num>
  <w:num w:numId="13" w16cid:durableId="1544438811">
    <w:abstractNumId w:val="1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3069"/>
    <w:rsid w:val="00034616"/>
    <w:rsid w:val="0006063C"/>
    <w:rsid w:val="0007360F"/>
    <w:rsid w:val="00076A84"/>
    <w:rsid w:val="00083B50"/>
    <w:rsid w:val="00095D67"/>
    <w:rsid w:val="000F0FE6"/>
    <w:rsid w:val="000F5744"/>
    <w:rsid w:val="00115D66"/>
    <w:rsid w:val="0015074B"/>
    <w:rsid w:val="00150C3E"/>
    <w:rsid w:val="001B2EEB"/>
    <w:rsid w:val="002039BB"/>
    <w:rsid w:val="00222696"/>
    <w:rsid w:val="0022688C"/>
    <w:rsid w:val="00261557"/>
    <w:rsid w:val="00270687"/>
    <w:rsid w:val="00287EAA"/>
    <w:rsid w:val="0029639D"/>
    <w:rsid w:val="002C4F6A"/>
    <w:rsid w:val="002F45E4"/>
    <w:rsid w:val="00305D96"/>
    <w:rsid w:val="00322C58"/>
    <w:rsid w:val="00324B38"/>
    <w:rsid w:val="00326F90"/>
    <w:rsid w:val="003354CB"/>
    <w:rsid w:val="0035263D"/>
    <w:rsid w:val="003D366E"/>
    <w:rsid w:val="003E044A"/>
    <w:rsid w:val="003E0836"/>
    <w:rsid w:val="00401E16"/>
    <w:rsid w:val="00406B13"/>
    <w:rsid w:val="0044767F"/>
    <w:rsid w:val="0048664E"/>
    <w:rsid w:val="004A3625"/>
    <w:rsid w:val="004D26E9"/>
    <w:rsid w:val="00506060"/>
    <w:rsid w:val="0054099D"/>
    <w:rsid w:val="00567F72"/>
    <w:rsid w:val="0057627A"/>
    <w:rsid w:val="0059274A"/>
    <w:rsid w:val="005C2045"/>
    <w:rsid w:val="005F23C1"/>
    <w:rsid w:val="00612DF3"/>
    <w:rsid w:val="00625C4F"/>
    <w:rsid w:val="00646BA8"/>
    <w:rsid w:val="006563E5"/>
    <w:rsid w:val="00670B62"/>
    <w:rsid w:val="00687929"/>
    <w:rsid w:val="006D5252"/>
    <w:rsid w:val="006F3307"/>
    <w:rsid w:val="006F3A95"/>
    <w:rsid w:val="00737F50"/>
    <w:rsid w:val="00766A15"/>
    <w:rsid w:val="00767730"/>
    <w:rsid w:val="00793E06"/>
    <w:rsid w:val="007A3F2E"/>
    <w:rsid w:val="007C6F50"/>
    <w:rsid w:val="007D2E1D"/>
    <w:rsid w:val="008042E9"/>
    <w:rsid w:val="00805309"/>
    <w:rsid w:val="00850F80"/>
    <w:rsid w:val="00876FBB"/>
    <w:rsid w:val="008C2FC3"/>
    <w:rsid w:val="00902BD5"/>
    <w:rsid w:val="009266BE"/>
    <w:rsid w:val="00A0395B"/>
    <w:rsid w:val="00A068D3"/>
    <w:rsid w:val="00A22D52"/>
    <w:rsid w:val="00A31655"/>
    <w:rsid w:val="00A35BD3"/>
    <w:rsid w:val="00A413C5"/>
    <w:rsid w:val="00A919EF"/>
    <w:rsid w:val="00A95E7C"/>
    <w:rsid w:val="00AA1D8D"/>
    <w:rsid w:val="00AA6527"/>
    <w:rsid w:val="00AB223A"/>
    <w:rsid w:val="00AB5DE1"/>
    <w:rsid w:val="00AC19A4"/>
    <w:rsid w:val="00AF11C6"/>
    <w:rsid w:val="00AF58AD"/>
    <w:rsid w:val="00B15DD9"/>
    <w:rsid w:val="00B47730"/>
    <w:rsid w:val="00B60F92"/>
    <w:rsid w:val="00BA5561"/>
    <w:rsid w:val="00BB203D"/>
    <w:rsid w:val="00C45315"/>
    <w:rsid w:val="00C63814"/>
    <w:rsid w:val="00C86D98"/>
    <w:rsid w:val="00C94CD4"/>
    <w:rsid w:val="00CB0664"/>
    <w:rsid w:val="00CD1AF0"/>
    <w:rsid w:val="00D03B16"/>
    <w:rsid w:val="00D6007D"/>
    <w:rsid w:val="00DC64C0"/>
    <w:rsid w:val="00DD4CDE"/>
    <w:rsid w:val="00E316E3"/>
    <w:rsid w:val="00E55F3A"/>
    <w:rsid w:val="00E80D2E"/>
    <w:rsid w:val="00E97A85"/>
    <w:rsid w:val="00EB0FE2"/>
    <w:rsid w:val="00ED5337"/>
    <w:rsid w:val="00EE1339"/>
    <w:rsid w:val="00EE4881"/>
    <w:rsid w:val="00F1796A"/>
    <w:rsid w:val="00F24329"/>
    <w:rsid w:val="00F4151A"/>
    <w:rsid w:val="00F52B3C"/>
    <w:rsid w:val="00F81B89"/>
    <w:rsid w:val="00FC693F"/>
    <w:rsid w:val="00FD1F1A"/>
    <w:rsid w:val="00FE56C5"/>
    <w:rsid w:val="09F20CDF"/>
    <w:rsid w:val="12EB740C"/>
    <w:rsid w:val="22086F95"/>
    <w:rsid w:val="5F8CEC66"/>
    <w:rsid w:val="77CDB5D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8598E5B1-0B04-418E-876B-330E42E28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pPr>
      <w:spacing w:after="140" w:line="271" w:lineRule="auto"/>
    </w:pPr>
    <w:rPr>
      <w:rFonts w:ascii="Aptos" w:hAnsi="Aptos"/>
      <w:sz w:val="21"/>
    </w:rPr>
  </w:style>
  <w:style w:type="paragraph" w:styleId="Kop1">
    <w:name w:val="heading 1"/>
    <w:basedOn w:val="Standaard"/>
    <w:next w:val="Standaard"/>
    <w:link w:val="Kop1Char"/>
    <w:uiPriority w:val="9"/>
    <w:qFormat/>
    <w:rsid w:val="00FC693F"/>
    <w:pPr>
      <w:keepNext/>
      <w:keepLines/>
      <w:spacing w:before="240" w:after="120"/>
      <w:outlineLvl w:val="0"/>
    </w:pPr>
    <w:rPr>
      <w:rFonts w:asciiTheme="majorHAnsi" w:eastAsiaTheme="majorEastAsia" w:hAnsiTheme="majorHAnsi" w:cstheme="majorBidi"/>
      <w:b/>
      <w:bCs/>
      <w:color w:val="1F3864"/>
      <w:sz w:val="38"/>
      <w:szCs w:val="28"/>
    </w:rPr>
  </w:style>
  <w:style w:type="paragraph" w:styleId="Kop2">
    <w:name w:val="heading 2"/>
    <w:basedOn w:val="Standaard"/>
    <w:next w:val="Standaard"/>
    <w:link w:val="Kop2Char"/>
    <w:uiPriority w:val="9"/>
    <w:unhideWhenUsed/>
    <w:qFormat/>
    <w:rsid w:val="00FC693F"/>
    <w:pPr>
      <w:keepNext/>
      <w:keepLines/>
      <w:spacing w:before="240" w:after="120"/>
      <w:outlineLvl w:val="1"/>
    </w:pPr>
    <w:rPr>
      <w:rFonts w:asciiTheme="majorHAnsi" w:eastAsiaTheme="majorEastAsia" w:hAnsiTheme="majorHAnsi" w:cstheme="majorBidi"/>
      <w:b/>
      <w:bCs/>
      <w:color w:val="2E5496"/>
      <w:sz w:val="28"/>
      <w:szCs w:val="26"/>
    </w:rPr>
  </w:style>
  <w:style w:type="paragraph" w:styleId="Kop3">
    <w:name w:val="heading 3"/>
    <w:basedOn w:val="Standaard"/>
    <w:next w:val="Standaard"/>
    <w:link w:val="Kop3Char"/>
    <w:uiPriority w:val="9"/>
    <w:unhideWhenUsed/>
    <w:qFormat/>
    <w:rsid w:val="00FC693F"/>
    <w:pPr>
      <w:keepNext/>
      <w:keepLines/>
      <w:spacing w:before="240" w:after="120"/>
      <w:outlineLvl w:val="2"/>
    </w:pPr>
    <w:rPr>
      <w:rFonts w:asciiTheme="majorHAnsi" w:eastAsiaTheme="majorEastAsia" w:hAnsiTheme="majorHAnsi" w:cstheme="majorBidi"/>
      <w:b/>
      <w:bCs/>
      <w:color w:val="698B4A"/>
      <w:sz w:val="23"/>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567F72"/>
    <w:pPr>
      <w:keepNext/>
      <w:pBdr>
        <w:bottom w:val="single" w:sz="8" w:space="4" w:color="4F81BD" w:themeColor="accent1"/>
      </w:pBdr>
      <w:spacing w:before="240" w:after="120" w:line="240" w:lineRule="auto"/>
      <w:contextualSpacing/>
    </w:pPr>
    <w:rPr>
      <w:rFonts w:asciiTheme="majorHAnsi" w:eastAsiaTheme="majorEastAsia" w:hAnsiTheme="majorHAnsi" w:cstheme="majorBidi"/>
      <w:b/>
      <w:color w:val="1F3864"/>
      <w:spacing w:val="5"/>
      <w:kern w:val="28"/>
      <w:sz w:val="40"/>
      <w:szCs w:val="52"/>
    </w:rPr>
  </w:style>
  <w:style w:type="character" w:customStyle="1" w:styleId="TitelChar">
    <w:name w:val="Titel Char"/>
    <w:basedOn w:val="Standaardalinea-lettertype"/>
    <w:link w:val="Titel"/>
    <w:uiPriority w:val="10"/>
    <w:rsid w:val="00567F72"/>
    <w:rPr>
      <w:rFonts w:asciiTheme="majorHAnsi" w:eastAsiaTheme="majorEastAsia" w:hAnsiTheme="majorHAnsi" w:cstheme="majorBidi"/>
      <w:b/>
      <w:color w:val="1F3864"/>
      <w:spacing w:val="5"/>
      <w:kern w:val="28"/>
      <w:sz w:val="40"/>
      <w:szCs w:val="52"/>
    </w:rPr>
  </w:style>
  <w:style w:type="paragraph" w:styleId="Ondertitel">
    <w:name w:val="Subtitle"/>
    <w:basedOn w:val="Standaard"/>
    <w:next w:val="Standaard"/>
    <w:link w:val="OndertitelChar"/>
    <w:uiPriority w:val="11"/>
    <w:qFormat/>
    <w:rsid w:val="00FC693F"/>
    <w:pPr>
      <w:keepNext/>
      <w:numPr>
        <w:ilvl w:val="1"/>
      </w:numPr>
      <w:spacing w:before="240" w:after="120"/>
    </w:pPr>
    <w:rPr>
      <w:rFonts w:asciiTheme="majorHAnsi" w:eastAsiaTheme="majorEastAsia" w:hAnsiTheme="majorHAnsi" w:cstheme="majorBidi"/>
      <w:i/>
      <w:iCs/>
      <w:color w:val="2E5496"/>
      <w:spacing w:val="15"/>
      <w:sz w:val="28"/>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pPr>
      <w:spacing w:after="120"/>
    </w:pPr>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after="120"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pPr>
      <w:spacing w:after="120"/>
    </w:pPr>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spacing w:after="120"/>
      <w:ind w:left="360"/>
      <w:contextualSpacing/>
    </w:pPr>
  </w:style>
  <w:style w:type="paragraph" w:styleId="Lijstvoortzetting2">
    <w:name w:val="List Continue 2"/>
    <w:basedOn w:val="Standaard"/>
    <w:uiPriority w:val="99"/>
    <w:unhideWhenUsed/>
    <w:rsid w:val="0029639D"/>
    <w:pPr>
      <w:spacing w:after="120"/>
      <w:ind w:left="720"/>
      <w:contextualSpacing/>
    </w:pPr>
  </w:style>
  <w:style w:type="paragraph" w:styleId="Lijstvoortzetting3">
    <w:name w:val="List Continue 3"/>
    <w:basedOn w:val="Standaard"/>
    <w:uiPriority w:val="99"/>
    <w:unhideWhenUsed/>
    <w:rsid w:val="0029639D"/>
    <w:pPr>
      <w:spacing w:after="120"/>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Eyebrow">
    <w:name w:val="Eyebrow"/>
    <w:rPr>
      <w:rFonts w:ascii="Aptos" w:hAnsi="Aptos"/>
      <w:b/>
      <w:color w:val="698B4A"/>
      <w:sz w:val="18"/>
    </w:rPr>
  </w:style>
  <w:style w:type="paragraph" w:styleId="Tekstopmerking">
    <w:name w:val="annotation text"/>
    <w:basedOn w:val="Standaard"/>
    <w:link w:val="TekstopmerkingChar"/>
    <w:uiPriority w:val="99"/>
    <w:semiHidden/>
    <w:unhideWhenUsed/>
    <w:pPr>
      <w:spacing w:line="240" w:lineRule="auto"/>
    </w:pPr>
    <w:rPr>
      <w:sz w:val="20"/>
      <w:szCs w:val="20"/>
    </w:rPr>
  </w:style>
  <w:style w:type="character" w:customStyle="1" w:styleId="TekstopmerkingChar">
    <w:name w:val="Tekst opmerking Char"/>
    <w:basedOn w:val="Standaardalinea-lettertype"/>
    <w:link w:val="Tekstopmerking"/>
    <w:uiPriority w:val="99"/>
    <w:semiHidden/>
    <w:rPr>
      <w:rFonts w:ascii="Aptos" w:hAnsi="Aptos"/>
      <w:sz w:val="20"/>
      <w:szCs w:val="20"/>
    </w:rPr>
  </w:style>
  <w:style w:type="character" w:styleId="Verwijzingopmerking">
    <w:name w:val="annotation reference"/>
    <w:basedOn w:val="Standaardalinea-lettertype"/>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ad294c2-f9d5-42ea-942f-2bd5b443d706" xsi:nil="true"/>
    <lcf76f155ced4ddcb4097134ff3c332f xmlns="b7245537-6524-470c-882c-069dbd299427">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F9E5CEBD20417F4A8C654E7956A71775" ma:contentTypeVersion="13" ma:contentTypeDescription="Een nieuw document maken." ma:contentTypeScope="" ma:versionID="4c8d58af0aaaad7a32c50ca85b8f76c9">
  <xsd:schema xmlns:xsd="http://www.w3.org/2001/XMLSchema" xmlns:xs="http://www.w3.org/2001/XMLSchema" xmlns:p="http://schemas.microsoft.com/office/2006/metadata/properties" xmlns:ns2="b7245537-6524-470c-882c-069dbd299427" xmlns:ns3="2ad294c2-f9d5-42ea-942f-2bd5b443d706" targetNamespace="http://schemas.microsoft.com/office/2006/metadata/properties" ma:root="true" ma:fieldsID="d1d714f6b1aa65e1415600355f7baeef" ns2:_="" ns3:_="">
    <xsd:import namespace="b7245537-6524-470c-882c-069dbd299427"/>
    <xsd:import namespace="2ad294c2-f9d5-42ea-942f-2bd5b443d706"/>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245537-6524-470c-882c-069dbd299427"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Afbeeldingtags" ma:readOnly="false" ma:fieldId="{5cf76f15-5ced-4ddc-b409-7134ff3c332f}" ma:taxonomyMulti="true" ma:sspId="ed19b879-ae59-4985-b245-ec7928764a96"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ad294c2-f9d5-42ea-942f-2bd5b443d706"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dd14ab8e-4b47-4dda-a89b-646da13163b0}" ma:internalName="TaxCatchAll" ma:showField="CatchAllData" ma:web="2ad294c2-f9d5-42ea-942f-2bd5b443d7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74DA29-5E4D-4FBE-BDE0-236D602A1405}">
  <ds:schemaRefs>
    <ds:schemaRef ds:uri="http://schemas.microsoft.com/sharepoint/v3/contenttype/forms"/>
  </ds:schemaRefs>
</ds:datastoreItem>
</file>

<file path=customXml/itemProps2.xml><?xml version="1.0" encoding="utf-8"?>
<ds:datastoreItem xmlns:ds="http://schemas.openxmlformats.org/officeDocument/2006/customXml" ds:itemID="{136EF47D-A0DA-415C-BDB8-2D9AAD750908}">
  <ds:schemaRefs>
    <ds:schemaRef ds:uri="http://schemas.microsoft.com/office/2006/metadata/properties"/>
    <ds:schemaRef ds:uri="http://schemas.microsoft.com/office/infopath/2007/PartnerControls"/>
    <ds:schemaRef ds:uri="2ad294c2-f9d5-42ea-942f-2bd5b443d706"/>
    <ds:schemaRef ds:uri="b7245537-6524-470c-882c-069dbd299427"/>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3AD7A7B7-1996-4335-84D2-E26FF26132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245537-6524-470c-882c-069dbd299427"/>
    <ds:schemaRef ds:uri="2ad294c2-f9d5-42ea-942f-2bd5b443d7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54fbe333-8ccc-47f5-b6e4-04ef7be9f69a}" enabled="0" method="" siteId="{54fbe333-8ccc-47f5-b6e4-04ef7be9f69a}"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7</Pages>
  <Words>1769</Words>
  <Characters>9625</Characters>
  <Application>Microsoft Office Word</Application>
  <DocSecurity>0</DocSecurity>
  <Lines>401</Lines>
  <Paragraphs>292</Paragraphs>
  <ScaleCrop>false</ScaleCrop>
  <Manager/>
  <Company/>
  <LinksUpToDate>false</LinksUpToDate>
  <CharactersWithSpaces>11102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Vragenlijst ISO 9001:2026 - EIK - 6 oktober 2026</dc:title>
  <dc:subject>Klantinformatie van EIK Certificering en Certificatie in de Zorg</dc:subject>
  <dc:creator>Sandra Henke | EIK Certificering</dc:creator>
  <cp:keywords/>
  <dc:description>generated by python-docx</dc:description>
  <cp:lastModifiedBy>Robert Jan Messemaeckers van de Graaff</cp:lastModifiedBy>
  <cp:revision>2</cp:revision>
  <dcterms:created xsi:type="dcterms:W3CDTF">2026-10-09T09:58:00Z</dcterms:created>
  <dcterms:modified xsi:type="dcterms:W3CDTF">2026-10-09T09:58:00Z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0x010100F9E5CEBD20417F4A8C654E7956A71775</vt:lpwstr>
  </property>
  <property fmtid="{D5CDD505-2E9C-101B-9397-08002B2CF9AE}" pid="3" name="MediaServiceImageTags">
    <vt:lpwstr/>
  </property>
  <property fmtid="{D5CDD505-2E9C-101B-9397-08002B2CF9AE}" pid="4" name="docLang">
    <vt:lpwstr>nl</vt:lpwstr>
  </property>
</Properties>
</file>