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F3824D" w14:textId="2C7CDB83" w:rsidR="5F8CEC66" w:rsidRPr="00E55F3A" w:rsidRDefault="5F8CEC66" w:rsidP="5F8CEC66">
      <w:pPr>
        <w:pStyle w:val="Eyebrow"/>
        <w:jc w:val="center"/>
        <w:rPr>
          <w:rFonts w:ascii="Calibri" w:hAnsi="Calibri" w:cs="Calibri"/>
          <w:lang w:val="nl-NL"/>
        </w:rPr>
      </w:pPr>
    </w:p>
    <w:p w14:paraId="36D59A61" w14:textId="4641DFA0" w:rsidR="5F8CEC66" w:rsidRPr="00E55F3A" w:rsidRDefault="5F8CEC66" w:rsidP="5F8CEC66">
      <w:pPr>
        <w:pStyle w:val="Eyebrow"/>
        <w:jc w:val="center"/>
        <w:rPr>
          <w:rFonts w:ascii="Calibri" w:hAnsi="Calibri" w:cs="Calibri"/>
          <w:lang w:val="nl-NL"/>
        </w:rPr>
      </w:pPr>
    </w:p>
    <w:p w14:paraId="7C17281B" w14:textId="77777777" w:rsidR="00A22D52" w:rsidRDefault="00A22D52" w:rsidP="5F8CEC66">
      <w:pPr>
        <w:pStyle w:val="Eyebrow"/>
        <w:jc w:val="center"/>
        <w:rPr>
          <w:rFonts w:ascii="Calibri" w:hAnsi="Calibri" w:cs="Calibri"/>
          <w:sz w:val="22"/>
          <w:szCs w:val="28"/>
          <w:lang w:val="nl-NL"/>
        </w:rPr>
      </w:pPr>
    </w:p>
    <w:p w14:paraId="56278F8F" w14:textId="77777777" w:rsidR="00A22D52" w:rsidRDefault="00A22D52" w:rsidP="5F8CEC66">
      <w:pPr>
        <w:pStyle w:val="Eyebrow"/>
        <w:jc w:val="center"/>
        <w:rPr>
          <w:rFonts w:ascii="Calibri" w:hAnsi="Calibri" w:cs="Calibri"/>
          <w:sz w:val="22"/>
          <w:szCs w:val="28"/>
          <w:lang w:val="nl-NL"/>
        </w:rPr>
      </w:pPr>
    </w:p>
    <w:p w14:paraId="4F9F3A9E" w14:textId="1F6A901E" w:rsidR="000F5744" w:rsidRPr="00A22D52" w:rsidRDefault="5F8CEC66" w:rsidP="5F8CEC66">
      <w:pPr>
        <w:pStyle w:val="Eyebrow"/>
        <w:jc w:val="center"/>
        <w:rPr>
          <w:rFonts w:ascii="Calibri" w:hAnsi="Calibri" w:cs="Calibri"/>
          <w:sz w:val="22"/>
          <w:szCs w:val="28"/>
          <w:lang w:val="nl-NL"/>
        </w:rPr>
      </w:pPr>
      <w:r>
        <w:rPr>
          <w:rFonts w:ascii="Calibri" w:hAnsi="Calibri" w:cs="Calibri"/>
          <w:sz w:val="22"/>
          <w:szCs w:val="28"/>
          <w:lang w:val="nl-NL"/>
        </w:rPr>
        <w:t>PRAKTISCHE GIDS VOOR ORGANISATIES DIE ISO 9001-GECERTIFICEERD ZIJN</w:t>
      </w:r>
    </w:p>
    <w:p w14:paraId="4294CD0C" w14:textId="77777777" w:rsidR="00A22D52" w:rsidRPr="00E55F3A" w:rsidRDefault="00A22D52" w:rsidP="5F8CEC66">
      <w:pPr>
        <w:pStyle w:val="Eyebrow"/>
        <w:jc w:val="center"/>
        <w:rPr>
          <w:rFonts w:ascii="Calibri" w:hAnsi="Calibri" w:cs="Calibri"/>
          <w:lang w:val="nl-NL"/>
        </w:rPr>
      </w:pPr>
    </w:p>
    <w:p w14:paraId="01F5D062" w14:textId="77777777" w:rsidR="000F5744" w:rsidRPr="00E55F3A" w:rsidRDefault="5F8CEC66">
      <w:pPr>
        <w:pStyle w:val="Titel"/>
        <w:jc w:val="center"/>
        <w:rPr>
          <w:rFonts w:ascii="Calibri" w:hAnsi="Calibri" w:cs="Calibri"/>
          <w:lang w:val="nl-NL"/>
        </w:rPr>
      </w:pPr>
      <w:r>
        <w:rPr>
          <w:rFonts w:ascii="Calibri" w:hAnsi="Calibri" w:cs="Calibri"/>
          <w:lang w:val="nl-NL"/>
        </w:rPr>
        <w:t>ISO 9001:2026</w:t>
      </w:r>
      <w:r>
        <w:rPr>
          <w:rFonts w:ascii="Calibri" w:hAnsi="Calibri" w:cs="Calibri"/>
          <w:lang w:val="nl-NL"/>
        </w:rPr>
        <w:br/>
        <w:t>is gepubliceerd</w:t>
      </w:r>
    </w:p>
    <w:p w14:paraId="6C2F21A1" w14:textId="1B3C4AFE" w:rsidR="5F8CEC66" w:rsidRPr="00E55F3A" w:rsidRDefault="5F8CEC66" w:rsidP="5F8CEC66">
      <w:pPr>
        <w:rPr>
          <w:rFonts w:ascii="Calibri" w:hAnsi="Calibri" w:cs="Calibri"/>
          <w:lang w:val="nl-NL"/>
        </w:rPr>
      </w:pPr>
    </w:p>
    <w:p w14:paraId="5DA6F904" w14:textId="77777777" w:rsidR="009D4A3F" w:rsidRDefault="00150C3E" w:rsidP="009D4A3F">
      <w:pPr>
        <w:pStyle w:val="Ondertitel"/>
        <w:spacing w:line="240" w:lineRule="auto"/>
        <w:contextualSpacing/>
        <w:jc w:val="center"/>
        <w:rPr>
          <w:rFonts w:ascii="Calibri" w:hAnsi="Calibri" w:cs="Calibri"/>
          <w:lang w:val="nl-NL"/>
        </w:rPr>
      </w:pPr>
      <w:r>
        <w:rPr>
          <w:rFonts w:ascii="Calibri" w:hAnsi="Calibri" w:cs="Calibri"/>
          <w:lang w:val="nl-NL"/>
        </w:rPr>
        <w:t xml:space="preserve">Wat verandert er, wat blijft hetzelfde en wat betekent </w:t>
      </w:r>
    </w:p>
    <w:p w14:paraId="7DA85C11" w14:textId="5018ACB8" w:rsidR="000F5744" w:rsidRPr="00E55F3A" w:rsidRDefault="00150C3E" w:rsidP="009D4A3F">
      <w:pPr>
        <w:pStyle w:val="Ondertitel"/>
        <w:spacing w:line="240" w:lineRule="auto"/>
        <w:contextualSpacing/>
        <w:jc w:val="center"/>
        <w:rPr>
          <w:rFonts w:ascii="Calibri" w:hAnsi="Calibri" w:cs="Calibri"/>
          <w:lang w:val="nl-NL"/>
        </w:rPr>
      </w:pPr>
      <w:r>
        <w:rPr>
          <w:rFonts w:ascii="Calibri" w:hAnsi="Calibri" w:cs="Calibri"/>
          <w:lang w:val="nl-NL"/>
        </w:rPr>
        <w:t xml:space="preserve">dit voor </w:t>
      </w:r>
      <w:r w:rsidR="009D4A3F">
        <w:rPr>
          <w:rFonts w:ascii="Calibri" w:hAnsi="Calibri" w:cs="Calibri"/>
          <w:lang w:val="nl-NL"/>
        </w:rPr>
        <w:t>jouw</w:t>
      </w:r>
      <w:r>
        <w:rPr>
          <w:rFonts w:ascii="Calibri" w:hAnsi="Calibri" w:cs="Calibri"/>
          <w:lang w:val="nl-NL"/>
        </w:rPr>
        <w:t xml:space="preserve"> organisatie?</w:t>
      </w:r>
    </w:p>
    <w:p w14:paraId="672A6659" w14:textId="77777777" w:rsidR="000F5744" w:rsidRPr="00E55F3A" w:rsidRDefault="00150C3E">
      <w:pPr>
        <w:rPr>
          <w:rFonts w:ascii="Calibri" w:hAnsi="Calibri" w:cs="Calibri"/>
          <w:lang w:val="nl-NL"/>
        </w:rPr>
      </w:pPr>
      <w:r>
        <w:rPr>
          <w:rFonts w:ascii="Calibri" w:hAnsi="Calibri" w:cs="Calibri"/>
          <w:lang w:val="nl-NL"/>
        </w:rPr>
        <w:br/>
      </w:r>
    </w:p>
    <w:tbl>
      <w:tblPr>
        <w:tblW w:w="0" w:type="auto"/>
        <w:jc w:val="center"/>
        <w:tblLayout w:type="fixed"/>
        <w:tblLook w:val="04A0" w:firstRow="1" w:lastRow="0" w:firstColumn="1" w:lastColumn="0" w:noHBand="0" w:noVBand="1"/>
      </w:tblPr>
      <w:tblGrid>
        <w:gridCol w:w="9792"/>
      </w:tblGrid>
      <w:tr w:rsidR="000F5744" w:rsidRPr="005B66F9" w14:paraId="6ACCFA25" w14:textId="77777777" w:rsidTr="5F8CEC66">
        <w:trPr>
          <w:jc w:val="center"/>
        </w:trPr>
        <w:tc>
          <w:tcPr>
            <w:tcW w:w="9792" w:type="dxa"/>
            <w:shd w:val="clear" w:color="auto" w:fill="DCE6F1"/>
            <w:tcMar>
              <w:top w:w="190" w:type="dxa"/>
              <w:left w:w="190" w:type="dxa"/>
              <w:bottom w:w="190" w:type="dxa"/>
              <w:right w:w="190" w:type="dxa"/>
            </w:tcMar>
          </w:tcPr>
          <w:p w14:paraId="126DD014" w14:textId="77777777" w:rsidR="000F5744" w:rsidRPr="00E55F3A" w:rsidRDefault="00150C3E">
            <w:pPr>
              <w:rPr>
                <w:rFonts w:ascii="Calibri" w:hAnsi="Calibri" w:cs="Calibri"/>
                <w:lang w:val="nl-NL"/>
              </w:rPr>
            </w:pPr>
            <w:r>
              <w:rPr>
                <w:rFonts w:ascii="Calibri" w:hAnsi="Calibri" w:cs="Calibri"/>
                <w:b/>
                <w:color w:val="1F3864"/>
                <w:lang w:val="nl-NL"/>
              </w:rPr>
              <w:t>De belangrijkste boodschap</w:t>
            </w:r>
          </w:p>
          <w:p w14:paraId="31D55D4C" w14:textId="599D3576" w:rsidR="000F5744" w:rsidRPr="00E55F3A" w:rsidRDefault="5F8CEC66">
            <w:pPr>
              <w:spacing w:after="0"/>
              <w:rPr>
                <w:rFonts w:ascii="Calibri" w:hAnsi="Calibri" w:cs="Calibri"/>
                <w:lang w:val="nl-NL"/>
              </w:rPr>
            </w:pPr>
            <w:r>
              <w:rPr>
                <w:rFonts w:ascii="Calibri" w:hAnsi="Calibri" w:cs="Calibri"/>
                <w:lang w:val="nl-NL"/>
              </w:rPr>
              <w:t>De nieuwe editie is een actualisering, geen compleet nieuwe norm. De basis blijft herkenbaar. Wel worden enkele onderwerpen duidelijker onderscheiden of nadrukkelijker benoemd.</w:t>
            </w:r>
          </w:p>
        </w:tc>
      </w:tr>
    </w:tbl>
    <w:p w14:paraId="0A37501D" w14:textId="77777777" w:rsidR="000F5744" w:rsidRPr="00E55F3A" w:rsidRDefault="000F5744">
      <w:pPr>
        <w:spacing w:after="0"/>
        <w:rPr>
          <w:rFonts w:ascii="Calibri" w:hAnsi="Calibri" w:cs="Calibri"/>
          <w:lang w:val="nl-NL"/>
        </w:rPr>
      </w:pPr>
    </w:p>
    <w:p w14:paraId="3FA0ADB3" w14:textId="77777777" w:rsidR="000F5744" w:rsidRPr="00E55F3A" w:rsidRDefault="00150C3E">
      <w:pPr>
        <w:jc w:val="center"/>
        <w:rPr>
          <w:rFonts w:ascii="Calibri" w:hAnsi="Calibri" w:cs="Calibri"/>
          <w:lang w:val="nl-NL"/>
        </w:rPr>
      </w:pPr>
      <w:r w:rsidRPr="07F7D281">
        <w:rPr>
          <w:rFonts w:ascii="Calibri" w:hAnsi="Calibri" w:cs="Calibri"/>
          <w:b/>
          <w:bCs/>
          <w:color w:val="1F3864"/>
          <w:lang w:val="nl-NL"/>
        </w:rPr>
        <w:t>EIK Certificering | Certificatie in de Zorg</w:t>
      </w:r>
    </w:p>
    <w:p w14:paraId="34B8408C" w14:textId="5AE1F56F" w:rsidR="000F5744" w:rsidRPr="00E55F3A" w:rsidRDefault="3704839B" w:rsidP="07F7D281">
      <w:pPr>
        <w:jc w:val="center"/>
        <w:rPr>
          <w:rFonts w:ascii="Calibri" w:hAnsi="Calibri" w:cs="Calibri"/>
          <w:lang w:val="nl-NL"/>
        </w:rPr>
      </w:pPr>
      <w:r w:rsidRPr="07F7D281">
        <w:rPr>
          <w:rFonts w:ascii="Calibri" w:hAnsi="Calibri" w:cs="Calibri"/>
          <w:color w:val="666666"/>
          <w:lang w:val="nl-NL"/>
        </w:rPr>
        <w:t>6</w:t>
      </w:r>
      <w:r w:rsidR="77CDB5DE" w:rsidRPr="07F7D281">
        <w:rPr>
          <w:rFonts w:ascii="Calibri" w:hAnsi="Calibri" w:cs="Calibri"/>
          <w:color w:val="666666"/>
          <w:lang w:val="nl-NL"/>
        </w:rPr>
        <w:t xml:space="preserve"> </w:t>
      </w:r>
      <w:r w:rsidR="309216AF" w:rsidRPr="07F7D281">
        <w:rPr>
          <w:rFonts w:ascii="Calibri" w:hAnsi="Calibri" w:cs="Calibri"/>
          <w:color w:val="666666"/>
          <w:lang w:val="nl-NL"/>
        </w:rPr>
        <w:t>oktober</w:t>
      </w:r>
      <w:r w:rsidR="77CDB5DE" w:rsidRPr="07F7D281">
        <w:rPr>
          <w:rFonts w:ascii="Calibri" w:hAnsi="Calibri" w:cs="Calibri"/>
          <w:color w:val="666666"/>
          <w:lang w:val="nl-NL"/>
        </w:rPr>
        <w:t xml:space="preserve"> 2026</w:t>
      </w:r>
    </w:p>
    <w:p w14:paraId="5DAB6C7B" w14:textId="77777777" w:rsidR="000F5744" w:rsidRPr="00E55F3A" w:rsidRDefault="00150C3E">
      <w:pPr>
        <w:rPr>
          <w:rFonts w:ascii="Calibri" w:hAnsi="Calibri" w:cs="Calibri"/>
          <w:lang w:val="nl-NL"/>
        </w:rPr>
      </w:pPr>
      <w:r>
        <w:rPr>
          <w:rFonts w:ascii="Calibri" w:hAnsi="Calibri" w:cs="Calibri"/>
          <w:lang w:val="nl-NL"/>
        </w:rPr>
        <w:br w:type="page"/>
      </w:r>
    </w:p>
    <w:p w14:paraId="5DE2FB05" w14:textId="77777777" w:rsidR="000F5744" w:rsidRPr="00E55F3A" w:rsidRDefault="00150C3E">
      <w:pPr>
        <w:pStyle w:val="Titel"/>
        <w:rPr>
          <w:rFonts w:ascii="Calibri" w:hAnsi="Calibri" w:cs="Calibri"/>
          <w:lang w:val="nl-NL"/>
        </w:rPr>
      </w:pPr>
      <w:r>
        <w:rPr>
          <w:rFonts w:ascii="Calibri" w:hAnsi="Calibri" w:cs="Calibri"/>
          <w:lang w:val="nl-NL"/>
        </w:rPr>
        <w:lastRenderedPageBreak/>
        <w:t>In het kort</w:t>
      </w:r>
    </w:p>
    <w:p w14:paraId="0D5BB891" w14:textId="1915882B" w:rsidR="000F5744" w:rsidRPr="00E55F3A" w:rsidRDefault="00150C3E">
      <w:pPr>
        <w:rPr>
          <w:rFonts w:ascii="Calibri" w:hAnsi="Calibri" w:cs="Calibri"/>
          <w:lang w:val="nl-NL"/>
        </w:rPr>
      </w:pPr>
      <w:r>
        <w:rPr>
          <w:rFonts w:ascii="Calibri" w:hAnsi="Calibri" w:cs="Calibri"/>
          <w:lang w:val="nl-NL"/>
        </w:rPr>
        <w:t>Op 16 september 2026 is de vernieuwde ISO 9001 gepubliceerd. Voor organisaties die al gecertificeerd zijn, betekent dit niet dat de bestaande organisatie van kwaliteit opnieuw moet worden opgebouwd. De vertrouwde structuur en de belangrijkste uitgangspunten blijven overeind.</w:t>
      </w:r>
    </w:p>
    <w:p w14:paraId="3372BC18" w14:textId="25477D11" w:rsidR="000F5744" w:rsidRPr="00E55F3A" w:rsidRDefault="00150C3E">
      <w:pPr>
        <w:rPr>
          <w:rFonts w:ascii="Calibri" w:hAnsi="Calibri" w:cs="Calibri"/>
          <w:lang w:val="nl-NL"/>
        </w:rPr>
      </w:pPr>
      <w:r>
        <w:rPr>
          <w:rFonts w:ascii="Calibri" w:hAnsi="Calibri" w:cs="Calibri"/>
          <w:lang w:val="nl-NL"/>
        </w:rPr>
        <w:t>De nieuwe editie legt op een aantal onderwerpen andere accenten en brengt verduidelijkingen aan. De meest zichtbare ontwikkelingen zijn de nadruk op kwaliteitscultuur en ethisch gedrag, de duidelijke scheiding tussen risico’s en kansen, sterkere eisen aan het gepland doorvoeren van veranderingen en verdere verduidelijking van de bedoeling achter eisen.</w:t>
      </w:r>
    </w:p>
    <w:tbl>
      <w:tblPr>
        <w:tblW w:w="0" w:type="auto"/>
        <w:jc w:val="center"/>
        <w:tblLayout w:type="fixed"/>
        <w:tblLook w:val="04A0" w:firstRow="1" w:lastRow="0" w:firstColumn="1" w:lastColumn="0" w:noHBand="0" w:noVBand="1"/>
      </w:tblPr>
      <w:tblGrid>
        <w:gridCol w:w="9792"/>
      </w:tblGrid>
      <w:tr w:rsidR="000F5744" w:rsidRPr="005B66F9" w14:paraId="4053292F" w14:textId="77777777">
        <w:trPr>
          <w:jc w:val="center"/>
        </w:trPr>
        <w:tc>
          <w:tcPr>
            <w:tcW w:w="9792" w:type="dxa"/>
            <w:shd w:val="clear" w:color="auto" w:fill="F2F6ED"/>
            <w:tcMar>
              <w:top w:w="190" w:type="dxa"/>
              <w:left w:w="190" w:type="dxa"/>
              <w:bottom w:w="190" w:type="dxa"/>
              <w:right w:w="190" w:type="dxa"/>
            </w:tcMar>
          </w:tcPr>
          <w:p w14:paraId="20072065" w14:textId="53D9D97D" w:rsidR="000F5744" w:rsidRPr="00E55F3A" w:rsidRDefault="00150C3E">
            <w:pPr>
              <w:rPr>
                <w:rFonts w:ascii="Calibri" w:hAnsi="Calibri" w:cs="Calibri"/>
                <w:lang w:val="nl-NL"/>
              </w:rPr>
            </w:pPr>
            <w:r>
              <w:rPr>
                <w:rFonts w:ascii="Calibri" w:hAnsi="Calibri" w:cs="Calibri"/>
                <w:b/>
                <w:color w:val="1F3864"/>
                <w:lang w:val="nl-NL"/>
              </w:rPr>
              <w:t>Wat nu vooral niet nodig is</w:t>
            </w:r>
          </w:p>
          <w:p w14:paraId="4E4CF7B4" w14:textId="67797064" w:rsidR="000F5744" w:rsidRPr="00E55F3A" w:rsidRDefault="00150C3E">
            <w:pPr>
              <w:spacing w:after="0"/>
              <w:rPr>
                <w:rFonts w:ascii="Calibri" w:hAnsi="Calibri" w:cs="Calibri"/>
                <w:lang w:val="nl-NL"/>
              </w:rPr>
            </w:pPr>
            <w:r>
              <w:rPr>
                <w:rFonts w:ascii="Calibri" w:hAnsi="Calibri" w:cs="Calibri"/>
                <w:lang w:val="nl-NL"/>
              </w:rPr>
              <w:t>Niet direct alle procedures herschrijven. Begin met begrijpen wat de wijzigingen betekenen voor de eigen organisatie en bepaal daarna waar aanpassing nodig is.</w:t>
            </w:r>
          </w:p>
        </w:tc>
      </w:tr>
    </w:tbl>
    <w:p w14:paraId="02EB378F" w14:textId="77777777" w:rsidR="000F5744" w:rsidRPr="00E55F3A" w:rsidRDefault="000F5744">
      <w:pPr>
        <w:spacing w:after="0"/>
        <w:rPr>
          <w:rFonts w:ascii="Calibri" w:hAnsi="Calibri" w:cs="Calibri"/>
          <w:lang w:val="nl-NL"/>
        </w:rPr>
      </w:pPr>
    </w:p>
    <w:p w14:paraId="25405AA0" w14:textId="7016E7BC" w:rsidR="000F5744" w:rsidRPr="00E55F3A" w:rsidRDefault="00150C3E">
      <w:pPr>
        <w:pStyle w:val="Kop1"/>
        <w:rPr>
          <w:rFonts w:ascii="Calibri" w:hAnsi="Calibri" w:cs="Calibri"/>
          <w:lang w:val="nl-NL"/>
        </w:rPr>
      </w:pPr>
      <w:r>
        <w:rPr>
          <w:rFonts w:ascii="Calibri" w:hAnsi="Calibri" w:cs="Calibri"/>
          <w:lang w:val="nl-NL"/>
        </w:rPr>
        <w:t xml:space="preserve">Deze gids beantwoordt </w:t>
      </w:r>
      <w:r w:rsidR="0001361C">
        <w:rPr>
          <w:rFonts w:ascii="Calibri" w:hAnsi="Calibri" w:cs="Calibri"/>
          <w:lang w:val="nl-NL"/>
        </w:rPr>
        <w:t>zes</w:t>
      </w:r>
      <w:r>
        <w:rPr>
          <w:rFonts w:ascii="Calibri" w:hAnsi="Calibri" w:cs="Calibri"/>
          <w:lang w:val="nl-NL"/>
        </w:rPr>
        <w:t xml:space="preserve"> vragen</w:t>
      </w:r>
    </w:p>
    <w:p w14:paraId="6522EB7E" w14:textId="77777777" w:rsidR="000F5744" w:rsidRPr="00E55F3A" w:rsidRDefault="00150C3E" w:rsidP="00095D67">
      <w:pPr>
        <w:pStyle w:val="Lijstopsomteken"/>
        <w:numPr>
          <w:ilvl w:val="0"/>
          <w:numId w:val="10"/>
        </w:numPr>
        <w:rPr>
          <w:rFonts w:ascii="Calibri" w:hAnsi="Calibri" w:cs="Calibri"/>
          <w:lang w:val="nl-NL"/>
        </w:rPr>
      </w:pPr>
      <w:r>
        <w:rPr>
          <w:rFonts w:ascii="Calibri" w:hAnsi="Calibri" w:cs="Calibri"/>
          <w:lang w:val="nl-NL"/>
        </w:rPr>
        <w:t>Wat blijft hetzelfde?</w:t>
      </w:r>
    </w:p>
    <w:p w14:paraId="31CC4E8A" w14:textId="77777777" w:rsidR="000F5744" w:rsidRPr="00E55F3A" w:rsidRDefault="00150C3E" w:rsidP="00095D67">
      <w:pPr>
        <w:pStyle w:val="Lijstopsomteken"/>
        <w:numPr>
          <w:ilvl w:val="0"/>
          <w:numId w:val="10"/>
        </w:numPr>
        <w:rPr>
          <w:rFonts w:ascii="Calibri" w:hAnsi="Calibri" w:cs="Calibri"/>
          <w:lang w:val="nl-NL"/>
        </w:rPr>
      </w:pPr>
      <w:r>
        <w:rPr>
          <w:rFonts w:ascii="Calibri" w:hAnsi="Calibri" w:cs="Calibri"/>
          <w:lang w:val="nl-NL"/>
        </w:rPr>
        <w:t>Wat verandert er op hoofdlijnen?</w:t>
      </w:r>
    </w:p>
    <w:p w14:paraId="3245C5D6" w14:textId="77777777" w:rsidR="000F5744" w:rsidRPr="00E55F3A" w:rsidRDefault="00150C3E" w:rsidP="00095D67">
      <w:pPr>
        <w:pStyle w:val="Lijstopsomteken"/>
        <w:numPr>
          <w:ilvl w:val="0"/>
          <w:numId w:val="10"/>
        </w:numPr>
        <w:rPr>
          <w:rFonts w:ascii="Calibri" w:hAnsi="Calibri" w:cs="Calibri"/>
          <w:lang w:val="nl-NL"/>
        </w:rPr>
      </w:pPr>
      <w:r>
        <w:rPr>
          <w:rFonts w:ascii="Calibri" w:hAnsi="Calibri" w:cs="Calibri"/>
          <w:lang w:val="nl-NL"/>
        </w:rPr>
        <w:t>Wat betekent dit in de dagelijkse praktijk?</w:t>
      </w:r>
    </w:p>
    <w:p w14:paraId="7333680D" w14:textId="38D9A051" w:rsidR="000F5744" w:rsidRPr="00E55F3A" w:rsidRDefault="00150C3E" w:rsidP="00095D67">
      <w:pPr>
        <w:pStyle w:val="Lijstopsomteken"/>
        <w:numPr>
          <w:ilvl w:val="0"/>
          <w:numId w:val="10"/>
        </w:numPr>
        <w:rPr>
          <w:rFonts w:ascii="Calibri" w:hAnsi="Calibri" w:cs="Calibri"/>
          <w:lang w:val="nl-NL"/>
        </w:rPr>
      </w:pPr>
      <w:r>
        <w:rPr>
          <w:rFonts w:ascii="Calibri" w:hAnsi="Calibri" w:cs="Calibri"/>
          <w:lang w:val="nl-NL"/>
        </w:rPr>
        <w:t>Wat kan de organisatie nu al doen?</w:t>
      </w:r>
    </w:p>
    <w:p w14:paraId="598EB204" w14:textId="3ECB3A86" w:rsidR="000F5744" w:rsidRDefault="00567F72" w:rsidP="00095D67">
      <w:pPr>
        <w:pStyle w:val="Lijstopsomteken"/>
        <w:numPr>
          <w:ilvl w:val="0"/>
          <w:numId w:val="10"/>
        </w:numPr>
        <w:rPr>
          <w:rFonts w:ascii="Calibri" w:hAnsi="Calibri" w:cs="Calibri"/>
          <w:lang w:val="nl-NL"/>
        </w:rPr>
      </w:pPr>
      <w:r>
        <w:rPr>
          <w:rFonts w:ascii="Calibri" w:hAnsi="Calibri" w:cs="Calibri"/>
          <w:lang w:val="nl-NL"/>
        </w:rPr>
        <w:t>Hoe ziet de overstap naar ISO 9001:2026 eruit?</w:t>
      </w:r>
    </w:p>
    <w:p w14:paraId="58C75F62" w14:textId="71E0AE30" w:rsidR="0001361C" w:rsidRPr="00E55F3A" w:rsidRDefault="007D03F3" w:rsidP="00095D67">
      <w:pPr>
        <w:pStyle w:val="Lijstopsomteken"/>
        <w:numPr>
          <w:ilvl w:val="0"/>
          <w:numId w:val="10"/>
        </w:numPr>
        <w:rPr>
          <w:rFonts w:ascii="Calibri" w:hAnsi="Calibri" w:cs="Calibri"/>
          <w:lang w:val="nl-NL"/>
        </w:rPr>
      </w:pPr>
      <w:r w:rsidRPr="007D03F3">
        <w:rPr>
          <w:rFonts w:ascii="Calibri" w:hAnsi="Calibri" w:cs="Calibri"/>
          <w:lang w:val="nl-NL"/>
        </w:rPr>
        <w:t>Wat kunnen klanten van EIK en CIDZ verwachten?</w:t>
      </w:r>
    </w:p>
    <w:p w14:paraId="2F943E02" w14:textId="77777777" w:rsidR="00095D67" w:rsidRPr="00E55F3A" w:rsidRDefault="00095D67">
      <w:pPr>
        <w:spacing w:after="200" w:line="276" w:lineRule="auto"/>
        <w:rPr>
          <w:rFonts w:ascii="Calibri" w:eastAsiaTheme="majorEastAsia" w:hAnsi="Calibri" w:cs="Calibri"/>
          <w:b/>
          <w:color w:val="1F3864"/>
          <w:spacing w:val="5"/>
          <w:kern w:val="28"/>
          <w:sz w:val="58"/>
          <w:szCs w:val="52"/>
          <w:lang w:val="nl-NL"/>
        </w:rPr>
      </w:pPr>
      <w:r>
        <w:rPr>
          <w:rFonts w:ascii="Calibri" w:hAnsi="Calibri" w:cs="Calibri"/>
          <w:lang w:val="nl-NL"/>
        </w:rPr>
        <w:br w:type="page"/>
      </w:r>
    </w:p>
    <w:p w14:paraId="39FE6762" w14:textId="07890BBE" w:rsidR="000F5744" w:rsidRPr="00E55F3A" w:rsidRDefault="00150C3E">
      <w:pPr>
        <w:pStyle w:val="Titel"/>
        <w:rPr>
          <w:rFonts w:ascii="Calibri" w:hAnsi="Calibri" w:cs="Calibri"/>
          <w:lang w:val="nl-NL"/>
        </w:rPr>
      </w:pPr>
      <w:r>
        <w:rPr>
          <w:rFonts w:ascii="Calibri" w:hAnsi="Calibri" w:cs="Calibri"/>
          <w:lang w:val="nl-NL"/>
        </w:rPr>
        <w:lastRenderedPageBreak/>
        <w:t>1. Wat blijft hetzelfde?</w:t>
      </w:r>
    </w:p>
    <w:p w14:paraId="06F9BDF1" w14:textId="74AE66DC" w:rsidR="000F5744" w:rsidRPr="00E55F3A" w:rsidRDefault="00150C3E">
      <w:pPr>
        <w:rPr>
          <w:rFonts w:ascii="Calibri" w:hAnsi="Calibri" w:cs="Calibri"/>
          <w:lang w:val="nl-NL"/>
        </w:rPr>
      </w:pPr>
      <w:r>
        <w:rPr>
          <w:rFonts w:ascii="Calibri" w:hAnsi="Calibri" w:cs="Calibri"/>
          <w:lang w:val="nl-NL"/>
        </w:rPr>
        <w:t>De nieuwe editie bouwt voort op ISO 9001:2015. Voor organisaties met een werkend kwaliteitssysteem blijft veel herkenbaar, zoals deze uitgangspunten en essentiële onderwerpen:</w:t>
      </w:r>
    </w:p>
    <w:p w14:paraId="631CD957" w14:textId="2547EFE1" w:rsidR="000F5744" w:rsidRPr="00E55F3A" w:rsidRDefault="00150C3E">
      <w:pPr>
        <w:pStyle w:val="Lijstopsomteken"/>
        <w:rPr>
          <w:rFonts w:ascii="Calibri" w:hAnsi="Calibri" w:cs="Calibri"/>
          <w:lang w:val="nl-NL"/>
        </w:rPr>
      </w:pPr>
      <w:r>
        <w:rPr>
          <w:rFonts w:ascii="Calibri" w:hAnsi="Calibri" w:cs="Calibri"/>
          <w:lang w:val="nl-NL"/>
        </w:rPr>
        <w:t>Klant-/cliëntgerichtheid</w:t>
      </w:r>
    </w:p>
    <w:p w14:paraId="2C5EE210" w14:textId="1EC081C5" w:rsidR="000F5744" w:rsidRPr="00E55F3A" w:rsidRDefault="00150C3E">
      <w:pPr>
        <w:pStyle w:val="Lijstopsomteken"/>
        <w:rPr>
          <w:rFonts w:ascii="Calibri" w:hAnsi="Calibri" w:cs="Calibri"/>
          <w:lang w:val="nl-NL"/>
        </w:rPr>
      </w:pPr>
      <w:r>
        <w:rPr>
          <w:rFonts w:ascii="Calibri" w:hAnsi="Calibri" w:cs="Calibri"/>
          <w:lang w:val="nl-NL"/>
        </w:rPr>
        <w:t>De samenhang van werkzaamheden (procesbenadering)</w:t>
      </w:r>
    </w:p>
    <w:p w14:paraId="43863137" w14:textId="662D8C87" w:rsidR="000F5744" w:rsidRPr="00E55F3A" w:rsidRDefault="00150C3E">
      <w:pPr>
        <w:pStyle w:val="Lijstopsomteken"/>
        <w:rPr>
          <w:rFonts w:ascii="Calibri" w:hAnsi="Calibri" w:cs="Calibri"/>
          <w:lang w:val="nl-NL"/>
        </w:rPr>
      </w:pPr>
      <w:r>
        <w:rPr>
          <w:rFonts w:ascii="Calibri" w:hAnsi="Calibri" w:cs="Calibri"/>
          <w:lang w:val="nl-NL"/>
        </w:rPr>
        <w:t>Leiderschap, voorbeeldgedrag en verantwoordelijkheid van de directie</w:t>
      </w:r>
    </w:p>
    <w:p w14:paraId="7E290370" w14:textId="0FE82429" w:rsidR="000F5744" w:rsidRPr="00E55F3A" w:rsidRDefault="00AC19A4">
      <w:pPr>
        <w:pStyle w:val="Lijstopsomteken"/>
        <w:rPr>
          <w:rFonts w:ascii="Calibri" w:hAnsi="Calibri" w:cs="Calibri"/>
          <w:lang w:val="nl-NL"/>
        </w:rPr>
      </w:pPr>
      <w:r>
        <w:rPr>
          <w:rFonts w:ascii="Calibri" w:hAnsi="Calibri" w:cs="Calibri"/>
          <w:lang w:val="nl-NL"/>
        </w:rPr>
        <w:t>Risicogestuurd denken</w:t>
      </w:r>
    </w:p>
    <w:p w14:paraId="0640E246" w14:textId="118B7233" w:rsidR="000F5744" w:rsidRPr="00E55F3A" w:rsidRDefault="00150C3E">
      <w:pPr>
        <w:pStyle w:val="Lijstopsomteken"/>
        <w:rPr>
          <w:rFonts w:ascii="Calibri" w:hAnsi="Calibri" w:cs="Calibri"/>
          <w:lang w:val="nl-NL"/>
        </w:rPr>
      </w:pPr>
      <w:r>
        <w:rPr>
          <w:rFonts w:ascii="Calibri" w:hAnsi="Calibri" w:cs="Calibri"/>
          <w:lang w:val="nl-NL"/>
        </w:rPr>
        <w:t>Meten, evalueren en continu verbeteren</w:t>
      </w:r>
    </w:p>
    <w:p w14:paraId="0F4ADA16" w14:textId="3536AC52" w:rsidR="000F5744" w:rsidRPr="00E55F3A" w:rsidRDefault="00150C3E">
      <w:pPr>
        <w:pStyle w:val="Lijstopsomteken"/>
        <w:rPr>
          <w:rFonts w:ascii="Calibri" w:hAnsi="Calibri" w:cs="Calibri"/>
          <w:lang w:val="nl-NL"/>
        </w:rPr>
      </w:pPr>
      <w:r>
        <w:rPr>
          <w:rFonts w:ascii="Calibri" w:hAnsi="Calibri" w:cs="Calibri"/>
          <w:lang w:val="nl-NL"/>
        </w:rPr>
        <w:t>De hoofdstukstructuur 4 tot en met 10</w:t>
      </w:r>
    </w:p>
    <w:p w14:paraId="44ABDA73" w14:textId="220F3F61" w:rsidR="006F3307" w:rsidRDefault="006F3307" w:rsidP="006F3307">
      <w:pPr>
        <w:rPr>
          <w:rFonts w:ascii="Calibri" w:hAnsi="Calibri" w:cs="Calibri"/>
          <w:lang w:val="nl-NL"/>
        </w:rPr>
      </w:pPr>
      <w:r>
        <w:rPr>
          <w:rFonts w:ascii="Calibri" w:hAnsi="Calibri" w:cs="Calibri"/>
          <w:lang w:val="nl-NL"/>
        </w:rPr>
        <w:t>De meeste organisaties hoeven niet opnieuw te beginnen. Vaak gaat het vooral om het aanscherpen van onderdelen die al bekend zijn.</w:t>
      </w:r>
    </w:p>
    <w:p w14:paraId="33369817" w14:textId="77777777" w:rsidR="005B66F9" w:rsidRPr="00E55F3A" w:rsidRDefault="005B66F9" w:rsidP="006F3307">
      <w:pPr>
        <w:rPr>
          <w:rFonts w:ascii="Calibri" w:hAnsi="Calibri" w:cs="Calibri"/>
          <w:lang w:val="nl-NL"/>
        </w:rPr>
      </w:pPr>
    </w:p>
    <w:p w14:paraId="036CF33F" w14:textId="26B1C8D2" w:rsidR="006F3307" w:rsidRPr="00E55F3A" w:rsidRDefault="006F3307" w:rsidP="006F3307">
      <w:pPr>
        <w:pStyle w:val="Titel"/>
        <w:rPr>
          <w:rFonts w:ascii="Calibri" w:hAnsi="Calibri" w:cs="Calibri"/>
          <w:lang w:val="nl-NL"/>
        </w:rPr>
      </w:pPr>
      <w:r>
        <w:rPr>
          <w:rFonts w:ascii="Calibri" w:hAnsi="Calibri" w:cs="Calibri"/>
          <w:lang w:val="nl-NL"/>
        </w:rPr>
        <w:t>2. Wat verandert er op hoofdlijnen?</w:t>
      </w:r>
    </w:p>
    <w:p w14:paraId="6ACF350E" w14:textId="10C0F981" w:rsidR="000F5744" w:rsidRDefault="00150C3E">
      <w:pPr>
        <w:rPr>
          <w:rFonts w:ascii="Calibri" w:hAnsi="Calibri" w:cs="Calibri"/>
          <w:lang w:val="nl-NL"/>
        </w:rPr>
      </w:pPr>
      <w:r>
        <w:rPr>
          <w:rFonts w:ascii="Calibri" w:hAnsi="Calibri" w:cs="Calibri"/>
          <w:lang w:val="nl-NL"/>
        </w:rPr>
        <w:t>De precieze tekst staat uiteraard in de norm. Onderstaand overzicht is dan ook vooral bedoeld als praktische duiding van de belangrijkste accenten, niet als vervanging van de normtekst.</w:t>
      </w:r>
    </w:p>
    <w:p w14:paraId="44E4E04A" w14:textId="77777777" w:rsidR="005B66F9" w:rsidRPr="00E55F3A" w:rsidRDefault="005B66F9">
      <w:pPr>
        <w:rPr>
          <w:rFonts w:ascii="Calibri" w:hAnsi="Calibri" w:cs="Calibri"/>
          <w:lang w:val="nl-NL"/>
        </w:rPr>
      </w:pPr>
    </w:p>
    <w:tbl>
      <w:tblPr>
        <w:tblStyle w:val="Tabelraster"/>
        <w:tblW w:w="0" w:type="auto"/>
        <w:jc w:val="center"/>
        <w:tblLook w:val="04A0" w:firstRow="1" w:lastRow="0" w:firstColumn="1" w:lastColumn="0" w:noHBand="0" w:noVBand="1"/>
      </w:tblPr>
      <w:tblGrid>
        <w:gridCol w:w="3259"/>
        <w:gridCol w:w="3261"/>
        <w:gridCol w:w="3260"/>
      </w:tblGrid>
      <w:tr w:rsidR="000F5744" w:rsidRPr="00E55F3A" w14:paraId="015C300F" w14:textId="77777777">
        <w:trPr>
          <w:tblHeader/>
          <w:jc w:val="center"/>
        </w:trPr>
        <w:tc>
          <w:tcPr>
            <w:tcW w:w="3264" w:type="dxa"/>
            <w:shd w:val="clear" w:color="auto" w:fill="1F3864"/>
            <w:tcMar>
              <w:top w:w="100" w:type="dxa"/>
              <w:left w:w="100" w:type="dxa"/>
              <w:bottom w:w="100" w:type="dxa"/>
              <w:right w:w="100" w:type="dxa"/>
            </w:tcMar>
          </w:tcPr>
          <w:p w14:paraId="22149AA4" w14:textId="77777777" w:rsidR="000F5744" w:rsidRPr="00E55F3A" w:rsidRDefault="00150C3E">
            <w:pPr>
              <w:rPr>
                <w:rFonts w:ascii="Calibri" w:hAnsi="Calibri" w:cs="Calibri"/>
                <w:lang w:val="nl-NL"/>
              </w:rPr>
            </w:pPr>
            <w:r>
              <w:rPr>
                <w:rFonts w:ascii="Calibri" w:hAnsi="Calibri" w:cs="Calibri"/>
                <w:b/>
                <w:color w:val="FFFFFF"/>
                <w:sz w:val="17"/>
                <w:lang w:val="nl-NL"/>
              </w:rPr>
              <w:t>Accent</w:t>
            </w:r>
          </w:p>
        </w:tc>
        <w:tc>
          <w:tcPr>
            <w:tcW w:w="3264" w:type="dxa"/>
            <w:shd w:val="clear" w:color="auto" w:fill="1F3864"/>
            <w:tcMar>
              <w:top w:w="100" w:type="dxa"/>
              <w:left w:w="100" w:type="dxa"/>
              <w:bottom w:w="100" w:type="dxa"/>
              <w:right w:w="100" w:type="dxa"/>
            </w:tcMar>
          </w:tcPr>
          <w:p w14:paraId="09B283B4" w14:textId="77777777" w:rsidR="000F5744" w:rsidRPr="00E55F3A" w:rsidRDefault="00150C3E">
            <w:pPr>
              <w:rPr>
                <w:rFonts w:ascii="Calibri" w:hAnsi="Calibri" w:cs="Calibri"/>
                <w:lang w:val="nl-NL"/>
              </w:rPr>
            </w:pPr>
            <w:r>
              <w:rPr>
                <w:rFonts w:ascii="Calibri" w:hAnsi="Calibri" w:cs="Calibri"/>
                <w:b/>
                <w:color w:val="FFFFFF"/>
                <w:sz w:val="17"/>
                <w:lang w:val="nl-NL"/>
              </w:rPr>
              <w:t>Wat betekent dit?</w:t>
            </w:r>
          </w:p>
        </w:tc>
        <w:tc>
          <w:tcPr>
            <w:tcW w:w="3264" w:type="dxa"/>
            <w:shd w:val="clear" w:color="auto" w:fill="1F3864"/>
            <w:tcMar>
              <w:top w:w="100" w:type="dxa"/>
              <w:left w:w="100" w:type="dxa"/>
              <w:bottom w:w="100" w:type="dxa"/>
              <w:right w:w="100" w:type="dxa"/>
            </w:tcMar>
          </w:tcPr>
          <w:p w14:paraId="0BB24F97" w14:textId="77777777" w:rsidR="000F5744" w:rsidRPr="00E55F3A" w:rsidRDefault="00150C3E">
            <w:pPr>
              <w:rPr>
                <w:rFonts w:ascii="Calibri" w:hAnsi="Calibri" w:cs="Calibri"/>
                <w:lang w:val="nl-NL"/>
              </w:rPr>
            </w:pPr>
            <w:r>
              <w:rPr>
                <w:rFonts w:ascii="Calibri" w:hAnsi="Calibri" w:cs="Calibri"/>
                <w:b/>
                <w:color w:val="FFFFFF"/>
                <w:sz w:val="17"/>
                <w:lang w:val="nl-NL"/>
              </w:rPr>
              <w:t>Praktische vraag</w:t>
            </w:r>
          </w:p>
        </w:tc>
      </w:tr>
      <w:tr w:rsidR="000F5744" w:rsidRPr="005B66F9" w14:paraId="35272978" w14:textId="77777777">
        <w:trPr>
          <w:jc w:val="center"/>
        </w:trPr>
        <w:tc>
          <w:tcPr>
            <w:tcW w:w="3264" w:type="dxa"/>
            <w:tcMar>
              <w:top w:w="95" w:type="dxa"/>
              <w:left w:w="95" w:type="dxa"/>
              <w:bottom w:w="95" w:type="dxa"/>
              <w:right w:w="95" w:type="dxa"/>
            </w:tcMar>
            <w:vAlign w:val="center"/>
          </w:tcPr>
          <w:p w14:paraId="0CF1FF56" w14:textId="77777777" w:rsidR="000F5744" w:rsidRPr="00E55F3A" w:rsidRDefault="00150C3E">
            <w:pPr>
              <w:rPr>
                <w:rFonts w:ascii="Calibri" w:hAnsi="Calibri" w:cs="Calibri"/>
                <w:lang w:val="nl-NL"/>
              </w:rPr>
            </w:pPr>
            <w:r>
              <w:rPr>
                <w:rFonts w:ascii="Calibri" w:hAnsi="Calibri" w:cs="Calibri"/>
                <w:b/>
                <w:sz w:val="16"/>
                <w:lang w:val="nl-NL"/>
              </w:rPr>
              <w:t>Kwaliteitscultuur en ethisch gedrag</w:t>
            </w:r>
          </w:p>
        </w:tc>
        <w:tc>
          <w:tcPr>
            <w:tcW w:w="3264" w:type="dxa"/>
            <w:tcMar>
              <w:top w:w="95" w:type="dxa"/>
              <w:left w:w="95" w:type="dxa"/>
              <w:bottom w:w="95" w:type="dxa"/>
              <w:right w:w="95" w:type="dxa"/>
            </w:tcMar>
            <w:vAlign w:val="center"/>
          </w:tcPr>
          <w:p w14:paraId="26C73A8E" w14:textId="77777777" w:rsidR="000F5744" w:rsidRPr="00E55F3A" w:rsidRDefault="00150C3E">
            <w:pPr>
              <w:rPr>
                <w:rFonts w:ascii="Calibri" w:hAnsi="Calibri" w:cs="Calibri"/>
                <w:lang w:val="nl-NL"/>
              </w:rPr>
            </w:pPr>
            <w:r>
              <w:rPr>
                <w:rFonts w:ascii="Calibri" w:hAnsi="Calibri" w:cs="Calibri"/>
                <w:sz w:val="16"/>
                <w:lang w:val="nl-NL"/>
              </w:rPr>
              <w:t>Kwaliteit wordt nadrukkelijker verbonden aan de manier waarop mensen samenwerken, beslissingen nemen en omgaan met fouten, dilemma’s en verbetering.</w:t>
            </w:r>
          </w:p>
        </w:tc>
        <w:tc>
          <w:tcPr>
            <w:tcW w:w="3264" w:type="dxa"/>
            <w:tcMar>
              <w:top w:w="95" w:type="dxa"/>
              <w:left w:w="95" w:type="dxa"/>
              <w:bottom w:w="95" w:type="dxa"/>
              <w:right w:w="95" w:type="dxa"/>
            </w:tcMar>
            <w:vAlign w:val="center"/>
          </w:tcPr>
          <w:p w14:paraId="7B08C468" w14:textId="37380217" w:rsidR="000F5744" w:rsidRPr="00E55F3A" w:rsidRDefault="00150C3E">
            <w:pPr>
              <w:rPr>
                <w:rFonts w:ascii="Calibri" w:hAnsi="Calibri" w:cs="Calibri"/>
                <w:lang w:val="nl-NL"/>
              </w:rPr>
            </w:pPr>
            <w:r>
              <w:rPr>
                <w:rFonts w:ascii="Calibri" w:hAnsi="Calibri" w:cs="Calibri"/>
                <w:sz w:val="16"/>
                <w:lang w:val="nl-NL"/>
              </w:rPr>
              <w:t>Is zichtbaar welk gedrag de organisatie belangrijk vindt en hoe directie en management dit ondersteunen?</w:t>
            </w:r>
          </w:p>
        </w:tc>
      </w:tr>
      <w:tr w:rsidR="000F5744" w:rsidRPr="00D970E8" w14:paraId="34A704DD" w14:textId="77777777">
        <w:trPr>
          <w:jc w:val="center"/>
        </w:trPr>
        <w:tc>
          <w:tcPr>
            <w:tcW w:w="3264" w:type="dxa"/>
            <w:tcMar>
              <w:top w:w="95" w:type="dxa"/>
              <w:left w:w="95" w:type="dxa"/>
              <w:bottom w:w="95" w:type="dxa"/>
              <w:right w:w="95" w:type="dxa"/>
            </w:tcMar>
            <w:vAlign w:val="center"/>
          </w:tcPr>
          <w:p w14:paraId="0CB71626" w14:textId="77777777" w:rsidR="000F5744" w:rsidRPr="00E55F3A" w:rsidRDefault="00150C3E">
            <w:pPr>
              <w:rPr>
                <w:rFonts w:ascii="Calibri" w:hAnsi="Calibri" w:cs="Calibri"/>
                <w:lang w:val="nl-NL"/>
              </w:rPr>
            </w:pPr>
            <w:r>
              <w:rPr>
                <w:rFonts w:ascii="Calibri" w:hAnsi="Calibri" w:cs="Calibri"/>
                <w:b/>
                <w:sz w:val="16"/>
                <w:lang w:val="nl-NL"/>
              </w:rPr>
              <w:t>Risico’s en kansen apart</w:t>
            </w:r>
          </w:p>
        </w:tc>
        <w:tc>
          <w:tcPr>
            <w:tcW w:w="3264" w:type="dxa"/>
            <w:tcMar>
              <w:top w:w="95" w:type="dxa"/>
              <w:left w:w="95" w:type="dxa"/>
              <w:bottom w:w="95" w:type="dxa"/>
              <w:right w:w="95" w:type="dxa"/>
            </w:tcMar>
            <w:vAlign w:val="center"/>
          </w:tcPr>
          <w:p w14:paraId="76C52DB6" w14:textId="7BB8C934" w:rsidR="000F5744" w:rsidRPr="00E55F3A" w:rsidRDefault="00150C3E">
            <w:pPr>
              <w:rPr>
                <w:rFonts w:ascii="Calibri" w:hAnsi="Calibri" w:cs="Calibri"/>
                <w:lang w:val="nl-NL"/>
              </w:rPr>
            </w:pPr>
            <w:r>
              <w:rPr>
                <w:rFonts w:ascii="Calibri" w:hAnsi="Calibri" w:cs="Calibri"/>
                <w:sz w:val="16"/>
                <w:lang w:val="nl-NL"/>
              </w:rPr>
              <w:t>Risicogestuurd denken is niet nieuw. Wel worden risico’s en kansen nu elk afzonderlijk bepaald, geanalyseerd en geëvalueerd. Ook de effectiviteit van de acties wordt afzonderlijk beoordeeld, onder meer in de directiebeoordeling.</w:t>
            </w:r>
          </w:p>
        </w:tc>
        <w:tc>
          <w:tcPr>
            <w:tcW w:w="3264" w:type="dxa"/>
            <w:tcMar>
              <w:top w:w="95" w:type="dxa"/>
              <w:left w:w="95" w:type="dxa"/>
              <w:bottom w:w="95" w:type="dxa"/>
              <w:right w:w="95" w:type="dxa"/>
            </w:tcMar>
            <w:vAlign w:val="center"/>
          </w:tcPr>
          <w:p w14:paraId="15CDCF6C" w14:textId="7B0BC094" w:rsidR="000F5744" w:rsidRPr="00E55F3A" w:rsidRDefault="00150C3E">
            <w:pPr>
              <w:rPr>
                <w:rFonts w:ascii="Calibri" w:hAnsi="Calibri" w:cs="Calibri"/>
                <w:lang w:val="nl-NL"/>
              </w:rPr>
            </w:pPr>
            <w:r>
              <w:rPr>
                <w:rFonts w:ascii="Calibri" w:hAnsi="Calibri" w:cs="Calibri"/>
                <w:sz w:val="16"/>
                <w:lang w:val="nl-NL"/>
              </w:rPr>
              <w:t>Worden kansen bewust besproken en opgevolgd, los van het beheersen van risico’s? En wordt nagegaan of de genomen acties effect hebben?</w:t>
            </w:r>
          </w:p>
        </w:tc>
      </w:tr>
      <w:tr w:rsidR="000F5744" w:rsidRPr="005B66F9" w14:paraId="78CCF522" w14:textId="77777777">
        <w:trPr>
          <w:jc w:val="center"/>
        </w:trPr>
        <w:tc>
          <w:tcPr>
            <w:tcW w:w="3264" w:type="dxa"/>
            <w:tcMar>
              <w:top w:w="95" w:type="dxa"/>
              <w:left w:w="95" w:type="dxa"/>
              <w:bottom w:w="95" w:type="dxa"/>
              <w:right w:w="95" w:type="dxa"/>
            </w:tcMar>
            <w:vAlign w:val="center"/>
          </w:tcPr>
          <w:p w14:paraId="64447566" w14:textId="0CE7F52A" w:rsidR="000F5744" w:rsidRPr="00E55F3A" w:rsidRDefault="00150C3E">
            <w:pPr>
              <w:rPr>
                <w:rFonts w:ascii="Calibri" w:hAnsi="Calibri" w:cs="Calibri"/>
                <w:lang w:val="nl-NL"/>
              </w:rPr>
            </w:pPr>
            <w:r>
              <w:rPr>
                <w:rFonts w:ascii="Calibri" w:hAnsi="Calibri" w:cs="Calibri"/>
                <w:b/>
                <w:sz w:val="16"/>
                <w:lang w:val="nl-NL"/>
              </w:rPr>
              <w:t>Klimaat en context</w:t>
            </w:r>
          </w:p>
        </w:tc>
        <w:tc>
          <w:tcPr>
            <w:tcW w:w="3264" w:type="dxa"/>
            <w:tcMar>
              <w:top w:w="95" w:type="dxa"/>
              <w:left w:w="95" w:type="dxa"/>
              <w:bottom w:w="95" w:type="dxa"/>
              <w:right w:w="95" w:type="dxa"/>
            </w:tcMar>
            <w:vAlign w:val="center"/>
          </w:tcPr>
          <w:p w14:paraId="6884FFA4" w14:textId="39B5086D" w:rsidR="000F5744" w:rsidRPr="00E55F3A" w:rsidRDefault="00150C3E">
            <w:pPr>
              <w:rPr>
                <w:rFonts w:ascii="Calibri" w:hAnsi="Calibri" w:cs="Calibri"/>
                <w:lang w:val="nl-NL"/>
              </w:rPr>
            </w:pPr>
            <w:r>
              <w:rPr>
                <w:rFonts w:ascii="Calibri" w:hAnsi="Calibri" w:cs="Calibri"/>
                <w:sz w:val="16"/>
                <w:lang w:val="nl-NL"/>
              </w:rPr>
              <w:t>Bepalen of klimaatverandering relevant is voor de organisatie, was al sinds 2024 een eis en staat nu in de normtekst zelf. Op dit punt komen er geen nieuwe eisen bij.</w:t>
            </w:r>
          </w:p>
        </w:tc>
        <w:tc>
          <w:tcPr>
            <w:tcW w:w="3264" w:type="dxa"/>
            <w:tcMar>
              <w:top w:w="95" w:type="dxa"/>
              <w:left w:w="95" w:type="dxa"/>
              <w:bottom w:w="95" w:type="dxa"/>
              <w:right w:w="95" w:type="dxa"/>
            </w:tcMar>
            <w:vAlign w:val="center"/>
          </w:tcPr>
          <w:p w14:paraId="58191C4A" w14:textId="711111F7" w:rsidR="000F5744" w:rsidRPr="00E55F3A" w:rsidRDefault="00150C3E">
            <w:pPr>
              <w:rPr>
                <w:rFonts w:ascii="Calibri" w:hAnsi="Calibri" w:cs="Calibri"/>
                <w:lang w:val="nl-NL"/>
              </w:rPr>
            </w:pPr>
            <w:r>
              <w:rPr>
                <w:rFonts w:ascii="Calibri" w:hAnsi="Calibri" w:cs="Calibri"/>
                <w:sz w:val="16"/>
                <w:lang w:val="nl-NL"/>
              </w:rPr>
              <w:t>Welke eisen of verwachtingen stellen klanten, opdrachtgevers, toezichthouders en andere belanghebbenden, bijvoorbeeld op het gebied van klimaat en duurzaamheid?</w:t>
            </w:r>
          </w:p>
        </w:tc>
      </w:tr>
      <w:tr w:rsidR="000F5744" w:rsidRPr="005B66F9" w14:paraId="33A4E1C8" w14:textId="77777777">
        <w:trPr>
          <w:jc w:val="center"/>
        </w:trPr>
        <w:tc>
          <w:tcPr>
            <w:tcW w:w="3264" w:type="dxa"/>
            <w:tcMar>
              <w:top w:w="95" w:type="dxa"/>
              <w:left w:w="95" w:type="dxa"/>
              <w:bottom w:w="95" w:type="dxa"/>
              <w:right w:w="95" w:type="dxa"/>
            </w:tcMar>
            <w:vAlign w:val="center"/>
          </w:tcPr>
          <w:p w14:paraId="2C939CC3" w14:textId="77777777" w:rsidR="000F5744" w:rsidRPr="00E55F3A" w:rsidRDefault="00150C3E">
            <w:pPr>
              <w:rPr>
                <w:rFonts w:ascii="Calibri" w:hAnsi="Calibri" w:cs="Calibri"/>
                <w:lang w:val="nl-NL"/>
              </w:rPr>
            </w:pPr>
            <w:r>
              <w:rPr>
                <w:rFonts w:ascii="Calibri" w:hAnsi="Calibri" w:cs="Calibri"/>
                <w:b/>
                <w:sz w:val="16"/>
                <w:lang w:val="nl-NL"/>
              </w:rPr>
              <w:t>Technologie, data en werkomgeving</w:t>
            </w:r>
          </w:p>
        </w:tc>
        <w:tc>
          <w:tcPr>
            <w:tcW w:w="3264" w:type="dxa"/>
            <w:tcMar>
              <w:top w:w="95" w:type="dxa"/>
              <w:left w:w="95" w:type="dxa"/>
              <w:bottom w:w="95" w:type="dxa"/>
              <w:right w:w="95" w:type="dxa"/>
            </w:tcMar>
            <w:vAlign w:val="center"/>
          </w:tcPr>
          <w:p w14:paraId="2B355058" w14:textId="750971DD" w:rsidR="000F5744" w:rsidRPr="00E55F3A" w:rsidRDefault="00150C3E">
            <w:pPr>
              <w:rPr>
                <w:rFonts w:ascii="Calibri" w:hAnsi="Calibri" w:cs="Calibri"/>
                <w:lang w:val="nl-NL"/>
              </w:rPr>
            </w:pPr>
            <w:r>
              <w:rPr>
                <w:rFonts w:ascii="Calibri" w:hAnsi="Calibri" w:cs="Calibri"/>
                <w:sz w:val="16"/>
                <w:lang w:val="nl-NL"/>
              </w:rPr>
              <w:t xml:space="preserve">Digitaal, hybride en geautomatiseerd werken worden vooral in de toelichting bij de norm genoemd als mogelijke bron van risico’s en kansen. Denk bijvoorbeeld aan de beschikbaarheid en betrouwbaarheid van informatie, passende infrastructuur en </w:t>
            </w:r>
            <w:r>
              <w:rPr>
                <w:rFonts w:ascii="Calibri" w:hAnsi="Calibri" w:cs="Calibri"/>
                <w:sz w:val="16"/>
                <w:lang w:val="nl-NL"/>
              </w:rPr>
              <w:lastRenderedPageBreak/>
              <w:t>duidelijkheid over verantwoordelijkheden. Dit zijn geen afzonderlijke nieuwe eisen, maar onderwerpen die relevant kunnen zijn voor de werking van de organisatie.</w:t>
            </w:r>
          </w:p>
        </w:tc>
        <w:tc>
          <w:tcPr>
            <w:tcW w:w="3264" w:type="dxa"/>
            <w:tcMar>
              <w:top w:w="95" w:type="dxa"/>
              <w:left w:w="95" w:type="dxa"/>
              <w:bottom w:w="95" w:type="dxa"/>
              <w:right w:w="95" w:type="dxa"/>
            </w:tcMar>
            <w:vAlign w:val="center"/>
          </w:tcPr>
          <w:p w14:paraId="4935D652" w14:textId="77777777" w:rsidR="000F5744" w:rsidRPr="00E55F3A" w:rsidRDefault="00150C3E">
            <w:pPr>
              <w:rPr>
                <w:rFonts w:ascii="Calibri" w:hAnsi="Calibri" w:cs="Calibri"/>
                <w:lang w:val="nl-NL"/>
              </w:rPr>
            </w:pPr>
            <w:r>
              <w:rPr>
                <w:rFonts w:ascii="Calibri" w:hAnsi="Calibri" w:cs="Calibri"/>
                <w:sz w:val="16"/>
                <w:lang w:val="nl-NL"/>
              </w:rPr>
              <w:lastRenderedPageBreak/>
              <w:t>Is bij digitaal, hybride of geautomatiseerd werken duidelijk welke informatie en middelen nodig zijn, welke risico’s en kansen spelen en wie waarvoor verantwoordelijk is?</w:t>
            </w:r>
          </w:p>
        </w:tc>
      </w:tr>
      <w:tr w:rsidR="000F5744" w:rsidRPr="00A068D3" w14:paraId="51542CC8" w14:textId="77777777">
        <w:trPr>
          <w:jc w:val="center"/>
        </w:trPr>
        <w:tc>
          <w:tcPr>
            <w:tcW w:w="3264" w:type="dxa"/>
            <w:tcMar>
              <w:top w:w="95" w:type="dxa"/>
              <w:left w:w="95" w:type="dxa"/>
              <w:bottom w:w="95" w:type="dxa"/>
              <w:right w:w="95" w:type="dxa"/>
            </w:tcMar>
            <w:vAlign w:val="center"/>
          </w:tcPr>
          <w:p w14:paraId="612C1A3D" w14:textId="4295B889" w:rsidR="000F5744" w:rsidRPr="00E55F3A" w:rsidRDefault="00150C3E">
            <w:pPr>
              <w:rPr>
                <w:rFonts w:ascii="Calibri" w:hAnsi="Calibri" w:cs="Calibri"/>
                <w:lang w:val="nl-NL"/>
              </w:rPr>
            </w:pPr>
            <w:r>
              <w:rPr>
                <w:rFonts w:ascii="Calibri" w:hAnsi="Calibri" w:cs="Calibri"/>
                <w:b/>
                <w:sz w:val="16"/>
                <w:lang w:val="nl-NL"/>
              </w:rPr>
              <w:t>Planning van veranderingen</w:t>
            </w:r>
          </w:p>
        </w:tc>
        <w:tc>
          <w:tcPr>
            <w:tcW w:w="3264" w:type="dxa"/>
            <w:tcMar>
              <w:top w:w="95" w:type="dxa"/>
              <w:left w:w="95" w:type="dxa"/>
              <w:bottom w:w="95" w:type="dxa"/>
              <w:right w:w="95" w:type="dxa"/>
            </w:tcMar>
            <w:vAlign w:val="center"/>
          </w:tcPr>
          <w:p w14:paraId="76184D38" w14:textId="04D544ED" w:rsidR="000F5744" w:rsidRPr="00E55F3A" w:rsidRDefault="00150C3E">
            <w:pPr>
              <w:rPr>
                <w:rFonts w:ascii="Calibri" w:hAnsi="Calibri" w:cs="Calibri"/>
                <w:lang w:val="nl-NL"/>
              </w:rPr>
            </w:pPr>
            <w:r>
              <w:rPr>
                <w:rFonts w:ascii="Calibri" w:hAnsi="Calibri" w:cs="Calibri"/>
                <w:sz w:val="16"/>
                <w:lang w:val="nl-NL"/>
              </w:rPr>
              <w:t>Veranderingen in het kwaliteitssysteem moeten gepland verlopen. De norm vraagt nu ook expliciet aandacht voor de communicatie over de verandering en voor de vraag of de verandering het beoogde resultaat heeft opgeleverd.</w:t>
            </w:r>
          </w:p>
        </w:tc>
        <w:tc>
          <w:tcPr>
            <w:tcW w:w="3264" w:type="dxa"/>
            <w:tcMar>
              <w:top w:w="95" w:type="dxa"/>
              <w:left w:w="95" w:type="dxa"/>
              <w:bottom w:w="95" w:type="dxa"/>
              <w:right w:w="95" w:type="dxa"/>
            </w:tcMar>
            <w:vAlign w:val="center"/>
          </w:tcPr>
          <w:p w14:paraId="230EA20C" w14:textId="04C1F3D2" w:rsidR="000F5744" w:rsidRPr="00E55F3A" w:rsidRDefault="00150C3E">
            <w:pPr>
              <w:rPr>
                <w:rFonts w:ascii="Calibri" w:hAnsi="Calibri" w:cs="Calibri"/>
                <w:lang w:val="nl-NL"/>
              </w:rPr>
            </w:pPr>
            <w:r>
              <w:rPr>
                <w:rFonts w:ascii="Calibri" w:hAnsi="Calibri" w:cs="Calibri"/>
                <w:sz w:val="16"/>
                <w:lang w:val="nl-NL"/>
              </w:rPr>
              <w:t>Wordt bij een reorganisatie of een nieuw systeem, zoals een planningssysteem of elektronisch dossier, vooraf bepaald wie wat doet en wie het moet weten? En wordt achteraf gekeken of het heeft gewerkt?</w:t>
            </w:r>
          </w:p>
        </w:tc>
      </w:tr>
      <w:tr w:rsidR="000F5744" w:rsidRPr="005B66F9" w14:paraId="2390DDB1" w14:textId="77777777">
        <w:trPr>
          <w:jc w:val="center"/>
        </w:trPr>
        <w:tc>
          <w:tcPr>
            <w:tcW w:w="3264" w:type="dxa"/>
            <w:tcMar>
              <w:top w:w="95" w:type="dxa"/>
              <w:left w:w="95" w:type="dxa"/>
              <w:bottom w:w="95" w:type="dxa"/>
              <w:right w:w="95" w:type="dxa"/>
            </w:tcMar>
            <w:vAlign w:val="center"/>
          </w:tcPr>
          <w:p w14:paraId="41CC0F5A" w14:textId="77777777" w:rsidR="000F5744" w:rsidRPr="00E55F3A" w:rsidRDefault="00150C3E">
            <w:pPr>
              <w:rPr>
                <w:rFonts w:ascii="Calibri" w:hAnsi="Calibri" w:cs="Calibri"/>
                <w:lang w:val="nl-NL"/>
              </w:rPr>
            </w:pPr>
            <w:r>
              <w:rPr>
                <w:rFonts w:ascii="Calibri" w:hAnsi="Calibri" w:cs="Calibri"/>
                <w:b/>
                <w:sz w:val="16"/>
                <w:lang w:val="nl-NL"/>
              </w:rPr>
              <w:t>Meer toelichting op de bedoeling</w:t>
            </w:r>
          </w:p>
        </w:tc>
        <w:tc>
          <w:tcPr>
            <w:tcW w:w="3264" w:type="dxa"/>
            <w:tcMar>
              <w:top w:w="95" w:type="dxa"/>
              <w:left w:w="95" w:type="dxa"/>
              <w:bottom w:w="95" w:type="dxa"/>
              <w:right w:w="95" w:type="dxa"/>
            </w:tcMar>
            <w:vAlign w:val="center"/>
          </w:tcPr>
          <w:p w14:paraId="74F7D96E" w14:textId="77777777" w:rsidR="000F5744" w:rsidRPr="00E55F3A" w:rsidRDefault="00150C3E">
            <w:pPr>
              <w:rPr>
                <w:rFonts w:ascii="Calibri" w:hAnsi="Calibri" w:cs="Calibri"/>
                <w:lang w:val="nl-NL"/>
              </w:rPr>
            </w:pPr>
            <w:r>
              <w:rPr>
                <w:rFonts w:ascii="Calibri" w:hAnsi="Calibri" w:cs="Calibri"/>
                <w:sz w:val="16"/>
                <w:lang w:val="nl-NL"/>
              </w:rPr>
              <w:t>De informatieve toelichting bij de norm helpt gebruikers de bedoeling van eisen beter te begrijpen. Deze toelichting bevat zelf geen aanvullende certificeerbare eisen.</w:t>
            </w:r>
          </w:p>
        </w:tc>
        <w:tc>
          <w:tcPr>
            <w:tcW w:w="3264" w:type="dxa"/>
            <w:tcMar>
              <w:top w:w="95" w:type="dxa"/>
              <w:left w:w="95" w:type="dxa"/>
              <w:bottom w:w="95" w:type="dxa"/>
              <w:right w:w="95" w:type="dxa"/>
            </w:tcMar>
            <w:vAlign w:val="center"/>
          </w:tcPr>
          <w:p w14:paraId="403371F5" w14:textId="77777777" w:rsidR="000F5744" w:rsidRPr="00E55F3A" w:rsidRDefault="00150C3E">
            <w:pPr>
              <w:rPr>
                <w:rFonts w:ascii="Calibri" w:hAnsi="Calibri" w:cs="Calibri"/>
                <w:lang w:val="nl-NL"/>
              </w:rPr>
            </w:pPr>
            <w:r>
              <w:rPr>
                <w:rFonts w:ascii="Calibri" w:hAnsi="Calibri" w:cs="Calibri"/>
                <w:sz w:val="16"/>
                <w:lang w:val="nl-NL"/>
              </w:rPr>
              <w:t>Worden eisen toegepast op een manier die past bij de context en omvang van de organisatie?</w:t>
            </w:r>
          </w:p>
        </w:tc>
      </w:tr>
    </w:tbl>
    <w:p w14:paraId="2F60F3F8" w14:textId="77777777" w:rsidR="005B66F9" w:rsidRDefault="005B66F9" w:rsidP="005B66F9">
      <w:pPr>
        <w:rPr>
          <w:lang w:val="nl-NL"/>
        </w:rPr>
      </w:pPr>
    </w:p>
    <w:p w14:paraId="4B74B87B" w14:textId="1B7D4230" w:rsidR="000F5744" w:rsidRPr="00E55F3A" w:rsidRDefault="00150C3E">
      <w:pPr>
        <w:pStyle w:val="Titel"/>
        <w:rPr>
          <w:rFonts w:ascii="Calibri" w:hAnsi="Calibri" w:cs="Calibri"/>
          <w:lang w:val="nl-NL"/>
        </w:rPr>
      </w:pPr>
      <w:r>
        <w:rPr>
          <w:rFonts w:ascii="Calibri" w:hAnsi="Calibri" w:cs="Calibri"/>
          <w:lang w:val="nl-NL"/>
        </w:rPr>
        <w:t>3. Wat betekent dit in de dagelijkse praktijk?</w:t>
      </w:r>
    </w:p>
    <w:p w14:paraId="077D06B7" w14:textId="54BDC950" w:rsidR="009266BE" w:rsidRPr="009266BE" w:rsidRDefault="009266BE" w:rsidP="0059274A">
      <w:pPr>
        <w:pStyle w:val="Lijstopsomteken"/>
        <w:numPr>
          <w:ilvl w:val="0"/>
          <w:numId w:val="0"/>
        </w:numPr>
        <w:rPr>
          <w:rFonts w:ascii="Calibri" w:hAnsi="Calibri" w:cs="Calibri"/>
          <w:lang w:val="nl-NL"/>
        </w:rPr>
      </w:pPr>
      <w:r>
        <w:rPr>
          <w:rFonts w:ascii="Calibri" w:hAnsi="Calibri" w:cs="Calibri"/>
          <w:lang w:val="nl-NL"/>
        </w:rPr>
        <w:t>De vernieuwde norm vraagt niet om een compleet andere manier van werken. Wel is dit een goed moment om opnieuw te kijken naar een aantal onderwerpen die voor veel organisaties relevant zijn. Denk bijvoorbeeld aan:</w:t>
      </w:r>
    </w:p>
    <w:p w14:paraId="627744D0" w14:textId="77777777" w:rsidR="009266BE" w:rsidRPr="009266BE" w:rsidRDefault="009266BE" w:rsidP="009266BE">
      <w:pPr>
        <w:pStyle w:val="Lijstopsomteken"/>
        <w:rPr>
          <w:rFonts w:ascii="Calibri" w:hAnsi="Calibri" w:cs="Calibri"/>
          <w:lang w:val="nl-NL"/>
        </w:rPr>
      </w:pPr>
      <w:r>
        <w:rPr>
          <w:rFonts w:ascii="Calibri" w:hAnsi="Calibri" w:cs="Calibri"/>
          <w:lang w:val="nl-NL"/>
        </w:rPr>
        <w:t>Zijn risico's én kansen regelmatig onderwerp van gesprek?</w:t>
      </w:r>
    </w:p>
    <w:p w14:paraId="1497D175" w14:textId="001F8118" w:rsidR="009266BE" w:rsidRPr="009266BE" w:rsidRDefault="009266BE" w:rsidP="009266BE">
      <w:pPr>
        <w:pStyle w:val="Lijstopsomteken"/>
        <w:rPr>
          <w:rFonts w:ascii="Calibri" w:hAnsi="Calibri" w:cs="Calibri"/>
          <w:lang w:val="nl-NL"/>
        </w:rPr>
      </w:pPr>
      <w:r>
        <w:rPr>
          <w:rFonts w:ascii="Calibri" w:hAnsi="Calibri" w:cs="Calibri"/>
          <w:lang w:val="nl-NL"/>
        </w:rPr>
        <w:t>Is duidelijk welke kansen ontwikkelingen zoals digitalisering, nieuwe diensten of betere samenwerking de organisatie bieden?</w:t>
      </w:r>
    </w:p>
    <w:p w14:paraId="1F4B2C94" w14:textId="77777777" w:rsidR="009266BE" w:rsidRPr="009266BE" w:rsidRDefault="009266BE" w:rsidP="009266BE">
      <w:pPr>
        <w:pStyle w:val="Lijstopsomteken"/>
        <w:rPr>
          <w:rFonts w:ascii="Calibri" w:hAnsi="Calibri" w:cs="Calibri"/>
          <w:lang w:val="nl-NL"/>
        </w:rPr>
      </w:pPr>
      <w:r>
        <w:rPr>
          <w:rFonts w:ascii="Calibri" w:hAnsi="Calibri" w:cs="Calibri"/>
          <w:lang w:val="nl-NL"/>
        </w:rPr>
        <w:t>Past de manier waarop de organisatie werkt nog bij haar plannen en ambities?</w:t>
      </w:r>
    </w:p>
    <w:p w14:paraId="3454C712" w14:textId="77777777" w:rsidR="001B2EEB" w:rsidRDefault="00175C60">
      <w:pPr>
        <w:pStyle w:val="Lijstopsomteken"/>
        <w:rPr>
          <w:rFonts w:ascii="Calibri" w:hAnsi="Calibri" w:cs="Calibri"/>
          <w:lang w:val="nl-NL"/>
        </w:rPr>
      </w:pPr>
      <w:r>
        <w:rPr>
          <w:rFonts w:ascii="Calibri" w:hAnsi="Calibri" w:cs="Calibri"/>
          <w:lang w:val="nl-NL"/>
        </w:rPr>
        <w:t>Wordt na een grote verandering teruggekeken of die heeft opgeleverd wat de bedoeling was?</w:t>
      </w:r>
    </w:p>
    <w:p w14:paraId="21F9F0A6" w14:textId="77777777" w:rsidR="009266BE" w:rsidRPr="009266BE" w:rsidRDefault="009266BE" w:rsidP="009266BE">
      <w:pPr>
        <w:pStyle w:val="Lijstopsomteken"/>
        <w:rPr>
          <w:rFonts w:ascii="Calibri" w:hAnsi="Calibri" w:cs="Calibri"/>
          <w:lang w:val="nl-NL"/>
        </w:rPr>
      </w:pPr>
      <w:r>
        <w:rPr>
          <w:rFonts w:ascii="Calibri" w:hAnsi="Calibri" w:cs="Calibri"/>
          <w:lang w:val="nl-NL"/>
        </w:rPr>
        <w:t>Is voldoende duidelijk wie waarvoor verantwoordelijk is, ook als werkzaamheden worden uitgevoerd door leveranciers, samenwerkingspartners of onderaannemers?</w:t>
      </w:r>
    </w:p>
    <w:p w14:paraId="0C91E3B4" w14:textId="77777777" w:rsidR="009266BE" w:rsidRPr="009266BE" w:rsidRDefault="009266BE" w:rsidP="009266BE">
      <w:pPr>
        <w:pStyle w:val="Lijstopsomteken"/>
        <w:rPr>
          <w:rFonts w:ascii="Calibri" w:hAnsi="Calibri" w:cs="Calibri"/>
          <w:lang w:val="nl-NL"/>
        </w:rPr>
      </w:pPr>
      <w:r>
        <w:rPr>
          <w:rFonts w:ascii="Calibri" w:hAnsi="Calibri" w:cs="Calibri"/>
          <w:lang w:val="nl-NL"/>
        </w:rPr>
        <w:t>Wordt belangrijke kennis verworven, toegepast, actueel gehouden en gedeeld, zodat de uitvoering niet onnodig afhankelijk is van één persoon?</w:t>
      </w:r>
    </w:p>
    <w:p w14:paraId="53D92A3C" w14:textId="77777777" w:rsidR="009266BE" w:rsidRPr="009266BE" w:rsidRDefault="009266BE" w:rsidP="009266BE">
      <w:pPr>
        <w:pStyle w:val="Lijstopsomteken"/>
        <w:rPr>
          <w:rFonts w:ascii="Calibri" w:hAnsi="Calibri" w:cs="Calibri"/>
          <w:lang w:val="nl-NL"/>
        </w:rPr>
      </w:pPr>
      <w:r>
        <w:rPr>
          <w:rFonts w:ascii="Calibri" w:hAnsi="Calibri" w:cs="Calibri"/>
          <w:lang w:val="nl-NL"/>
        </w:rPr>
        <w:t>Voelen medewerkers zich vrij om vragen te stellen, verbeterpunten aan te dragen en van fouten te leren?</w:t>
      </w:r>
    </w:p>
    <w:p w14:paraId="4D362254" w14:textId="77777777" w:rsidR="009266BE" w:rsidRPr="009266BE" w:rsidRDefault="009266BE" w:rsidP="009266BE">
      <w:pPr>
        <w:pStyle w:val="Lijstopsomteken"/>
        <w:rPr>
          <w:rFonts w:ascii="Calibri" w:hAnsi="Calibri" w:cs="Calibri"/>
          <w:lang w:val="nl-NL"/>
        </w:rPr>
      </w:pPr>
      <w:r>
        <w:rPr>
          <w:rFonts w:ascii="Calibri" w:hAnsi="Calibri" w:cs="Calibri"/>
          <w:lang w:val="nl-NL"/>
        </w:rPr>
        <w:t>Is duidelijk hoe kwaliteit zichtbaar wordt gemaakt in de dagelijkse praktijk?</w:t>
      </w:r>
    </w:p>
    <w:p w14:paraId="30CFC4E3" w14:textId="77777777" w:rsidR="009266BE" w:rsidRPr="009266BE" w:rsidRDefault="009266BE" w:rsidP="009266BE">
      <w:pPr>
        <w:pStyle w:val="Lijstopsomteken"/>
        <w:rPr>
          <w:rFonts w:ascii="Calibri" w:hAnsi="Calibri" w:cs="Calibri"/>
          <w:lang w:val="nl-NL"/>
        </w:rPr>
      </w:pPr>
      <w:r>
        <w:rPr>
          <w:rFonts w:ascii="Calibri" w:hAnsi="Calibri" w:cs="Calibri"/>
          <w:lang w:val="nl-NL"/>
        </w:rPr>
        <w:t>Werken verschillende teams of locaties op een manier die past bij de gezamenlijke afspraken?</w:t>
      </w:r>
    </w:p>
    <w:p w14:paraId="1E758B1B" w14:textId="77777777" w:rsidR="00E525D9" w:rsidRDefault="00175C60">
      <w:pPr>
        <w:pStyle w:val="Lijstopsomteken"/>
        <w:rPr>
          <w:rFonts w:ascii="Calibri" w:hAnsi="Calibri" w:cs="Calibri"/>
          <w:lang w:val="nl-NL"/>
        </w:rPr>
      </w:pPr>
      <w:r>
        <w:rPr>
          <w:rFonts w:ascii="Calibri" w:hAnsi="Calibri" w:cs="Calibri"/>
          <w:lang w:val="nl-NL"/>
        </w:rPr>
        <w:t>Is bekend hoe de dienstverlening doorgaat bij een verstoring, zoals uitval van systemen, leveranciers of personeel?</w:t>
      </w:r>
    </w:p>
    <w:p w14:paraId="1E665763" w14:textId="77777777" w:rsidR="00E525D9" w:rsidRDefault="00175C60">
      <w:pPr>
        <w:pStyle w:val="Lijstopsomteken"/>
        <w:rPr>
          <w:rFonts w:ascii="Calibri" w:hAnsi="Calibri" w:cs="Calibri"/>
          <w:lang w:val="nl-NL"/>
        </w:rPr>
      </w:pPr>
      <w:r>
        <w:rPr>
          <w:rFonts w:ascii="Calibri" w:hAnsi="Calibri" w:cs="Calibri"/>
          <w:lang w:val="nl-NL"/>
        </w:rPr>
        <w:t>Weten klanten of cliënten wat zij kunnen verwachten als de dienstverlening door een verstoring niet volgens plan verloopt?</w:t>
      </w:r>
    </w:p>
    <w:p w14:paraId="57333CDE" w14:textId="77777777" w:rsidR="00E525D9" w:rsidRDefault="00175C60">
      <w:pPr>
        <w:pStyle w:val="Lijstopsomteken"/>
        <w:rPr>
          <w:rFonts w:ascii="Calibri" w:hAnsi="Calibri" w:cs="Calibri"/>
          <w:lang w:val="nl-NL"/>
        </w:rPr>
      </w:pPr>
      <w:r>
        <w:rPr>
          <w:rFonts w:ascii="Calibri" w:hAnsi="Calibri" w:cs="Calibri"/>
          <w:lang w:val="nl-NL"/>
        </w:rPr>
        <w:t>Is bij iedere interne audit vooraf duidelijk wat het doel ervan is?</w:t>
      </w:r>
    </w:p>
    <w:p w14:paraId="0465349C" w14:textId="77777777" w:rsidR="005B66F9" w:rsidRDefault="005B66F9" w:rsidP="005B66F9">
      <w:pPr>
        <w:pStyle w:val="Lijstopsomteken"/>
        <w:numPr>
          <w:ilvl w:val="0"/>
          <w:numId w:val="0"/>
        </w:numPr>
        <w:ind w:left="360" w:hanging="360"/>
        <w:rPr>
          <w:rFonts w:ascii="Calibri" w:hAnsi="Calibri" w:cs="Calibri"/>
          <w:lang w:val="nl-NL"/>
        </w:rPr>
      </w:pPr>
    </w:p>
    <w:p w14:paraId="4825254E" w14:textId="77777777" w:rsidR="005B66F9" w:rsidRDefault="005B66F9" w:rsidP="005B66F9">
      <w:pPr>
        <w:pStyle w:val="Lijstopsomteken"/>
        <w:numPr>
          <w:ilvl w:val="0"/>
          <w:numId w:val="0"/>
        </w:numPr>
        <w:ind w:left="360" w:hanging="360"/>
        <w:rPr>
          <w:rFonts w:ascii="Calibri" w:hAnsi="Calibri" w:cs="Calibri"/>
          <w:lang w:val="nl-NL"/>
        </w:rPr>
      </w:pPr>
    </w:p>
    <w:tbl>
      <w:tblPr>
        <w:tblW w:w="0" w:type="auto"/>
        <w:jc w:val="center"/>
        <w:tblLayout w:type="fixed"/>
        <w:tblLook w:val="04A0" w:firstRow="1" w:lastRow="0" w:firstColumn="1" w:lastColumn="0" w:noHBand="0" w:noVBand="1"/>
      </w:tblPr>
      <w:tblGrid>
        <w:gridCol w:w="9792"/>
      </w:tblGrid>
      <w:tr w:rsidR="000F5744" w:rsidRPr="005B66F9" w14:paraId="3C5A74CE" w14:textId="77777777">
        <w:trPr>
          <w:jc w:val="center"/>
        </w:trPr>
        <w:tc>
          <w:tcPr>
            <w:tcW w:w="9792" w:type="dxa"/>
            <w:shd w:val="clear" w:color="auto" w:fill="FFF2CC"/>
            <w:tcMar>
              <w:top w:w="190" w:type="dxa"/>
              <w:left w:w="190" w:type="dxa"/>
              <w:bottom w:w="190" w:type="dxa"/>
              <w:right w:w="190" w:type="dxa"/>
            </w:tcMar>
          </w:tcPr>
          <w:p w14:paraId="64A05A5C" w14:textId="7B6D0EB1" w:rsidR="000F5744" w:rsidRPr="00766A15" w:rsidRDefault="00766A15">
            <w:pPr>
              <w:rPr>
                <w:rFonts w:ascii="Calibri" w:hAnsi="Calibri" w:cs="Calibri"/>
                <w:sz w:val="22"/>
                <w:lang w:val="nl-NL"/>
              </w:rPr>
            </w:pPr>
            <w:r>
              <w:rPr>
                <w:rFonts w:ascii="Calibri" w:hAnsi="Calibri" w:cs="Calibri"/>
                <w:b/>
                <w:color w:val="1F3864"/>
                <w:sz w:val="22"/>
                <w:lang w:val="nl-NL"/>
              </w:rPr>
              <w:lastRenderedPageBreak/>
              <w:t>Het belangrijkste</w:t>
            </w:r>
          </w:p>
          <w:p w14:paraId="438A1425" w14:textId="0BBF9931" w:rsidR="00766A15" w:rsidRDefault="00766A15" w:rsidP="00766A15">
            <w:pPr>
              <w:spacing w:after="0"/>
              <w:rPr>
                <w:rFonts w:ascii="Calibri" w:hAnsi="Calibri" w:cs="Calibri"/>
                <w:szCs w:val="21"/>
                <w:lang w:val="nl-NL"/>
              </w:rPr>
            </w:pPr>
            <w:r>
              <w:rPr>
                <w:rFonts w:ascii="Calibri" w:hAnsi="Calibri" w:cs="Calibri"/>
                <w:szCs w:val="21"/>
                <w:lang w:val="nl-NL"/>
              </w:rPr>
              <w:t>De vernieuwde norm biedt vooral een aanleiding om opnieuw stil te staan bij de vraag:</w:t>
            </w:r>
          </w:p>
          <w:p w14:paraId="1A3DFD78" w14:textId="77777777" w:rsidR="001303BC" w:rsidRPr="00766A15" w:rsidRDefault="001303BC" w:rsidP="00766A15">
            <w:pPr>
              <w:spacing w:after="0"/>
              <w:rPr>
                <w:rFonts w:ascii="Calibri" w:hAnsi="Calibri" w:cs="Calibri"/>
                <w:szCs w:val="21"/>
                <w:lang w:val="nl-NL"/>
              </w:rPr>
            </w:pPr>
          </w:p>
          <w:p w14:paraId="41FA0906" w14:textId="65BD95EB" w:rsidR="00766A15" w:rsidRPr="00766A15" w:rsidRDefault="00766A15" w:rsidP="00766A15">
            <w:pPr>
              <w:pStyle w:val="Citaat"/>
              <w:rPr>
                <w:rFonts w:asciiTheme="majorHAnsi" w:hAnsiTheme="majorHAnsi" w:cstheme="majorHAnsi"/>
                <w:szCs w:val="21"/>
                <w:lang w:val="nl-NL"/>
              </w:rPr>
            </w:pPr>
            <w:r>
              <w:rPr>
                <w:rFonts w:asciiTheme="majorHAnsi" w:hAnsiTheme="majorHAnsi" w:cstheme="majorHAnsi"/>
                <w:szCs w:val="21"/>
                <w:lang w:val="nl-NL"/>
              </w:rPr>
              <w:t>Sluit de manier waarop we werken nog aan bij wat onze klanten, cliënten en hun naasten, medewerkers, samenwerkingspartners en andere betrokkenen van ons verwachten?</w:t>
            </w:r>
          </w:p>
          <w:p w14:paraId="32849482" w14:textId="6565C441" w:rsidR="000F5744" w:rsidRPr="00766A15" w:rsidRDefault="00766A15">
            <w:pPr>
              <w:spacing w:after="0"/>
              <w:rPr>
                <w:rFonts w:ascii="Calibri" w:hAnsi="Calibri" w:cs="Calibri"/>
                <w:sz w:val="22"/>
                <w:lang w:val="nl-NL"/>
              </w:rPr>
            </w:pPr>
            <w:r>
              <w:rPr>
                <w:rFonts w:ascii="Calibri" w:hAnsi="Calibri" w:cs="Calibri"/>
                <w:szCs w:val="21"/>
                <w:lang w:val="nl-NL"/>
              </w:rPr>
              <w:t>Voor veel organisaties zullen de antwoorden op die vragen belangrijker zijn dan het aanpassen van documenten of procedures.</w:t>
            </w:r>
          </w:p>
        </w:tc>
      </w:tr>
    </w:tbl>
    <w:p w14:paraId="3A601C98" w14:textId="77777777" w:rsidR="005B66F9" w:rsidRDefault="005B66F9" w:rsidP="005B66F9">
      <w:pPr>
        <w:rPr>
          <w:lang w:val="nl-NL"/>
        </w:rPr>
      </w:pPr>
    </w:p>
    <w:p w14:paraId="751230A3" w14:textId="2C32F7FB" w:rsidR="000F5744" w:rsidRPr="00E55F3A" w:rsidRDefault="00150C3E" w:rsidP="005B66F9">
      <w:pPr>
        <w:pStyle w:val="Titel"/>
        <w:rPr>
          <w:rFonts w:ascii="Calibri" w:hAnsi="Calibri" w:cs="Calibri"/>
          <w:lang w:val="nl-NL"/>
        </w:rPr>
      </w:pPr>
      <w:r>
        <w:rPr>
          <w:rFonts w:ascii="Calibri" w:hAnsi="Calibri" w:cs="Calibri"/>
          <w:lang w:val="nl-NL"/>
        </w:rPr>
        <w:t>4. Wat kan de organisatie nu al doen?</w:t>
      </w:r>
    </w:p>
    <w:p w14:paraId="4210AD2D" w14:textId="746F5E46" w:rsidR="00115D66" w:rsidRDefault="00150C3E">
      <w:pPr>
        <w:rPr>
          <w:rFonts w:ascii="Calibri" w:hAnsi="Calibri" w:cs="Calibri"/>
          <w:lang w:val="nl-NL"/>
        </w:rPr>
      </w:pPr>
      <w:r>
        <w:rPr>
          <w:rFonts w:ascii="Calibri" w:hAnsi="Calibri" w:cs="Calibri"/>
          <w:lang w:val="nl-NL"/>
        </w:rPr>
        <w:t>De publicatiedatum is geen moment waarop de organisatie direct aan alle nieuwe eisen moet voldoen. Wel is dit een goed moment om de overstap goed voor te bereiden.</w:t>
      </w:r>
    </w:p>
    <w:p w14:paraId="32197E8A" w14:textId="1C303B34" w:rsidR="000F5744" w:rsidRPr="00E55F3A" w:rsidRDefault="00150C3E">
      <w:pPr>
        <w:rPr>
          <w:rFonts w:ascii="Calibri" w:hAnsi="Calibri" w:cs="Calibri"/>
          <w:lang w:val="nl-NL"/>
        </w:rPr>
      </w:pPr>
      <w:r>
        <w:rPr>
          <w:rFonts w:ascii="Calibri" w:hAnsi="Calibri" w:cs="Calibri"/>
          <w:b/>
          <w:color w:val="2E5496"/>
          <w:lang w:val="nl-NL"/>
        </w:rPr>
        <w:t xml:space="preserve">1. Lees </w:t>
      </w:r>
      <w:proofErr w:type="gramStart"/>
      <w:r>
        <w:rPr>
          <w:rFonts w:ascii="Calibri" w:hAnsi="Calibri" w:cs="Calibri"/>
          <w:b/>
          <w:color w:val="2E5496"/>
          <w:lang w:val="nl-NL"/>
        </w:rPr>
        <w:t>gericht</w:t>
      </w:r>
      <w:r>
        <w:rPr>
          <w:rFonts w:ascii="Calibri" w:hAnsi="Calibri" w:cs="Calibri"/>
          <w:lang w:val="nl-NL"/>
        </w:rPr>
        <w:t xml:space="preserve">  Breng</w:t>
      </w:r>
      <w:proofErr w:type="gramEnd"/>
      <w:r>
        <w:rPr>
          <w:rFonts w:ascii="Calibri" w:hAnsi="Calibri" w:cs="Calibri"/>
          <w:lang w:val="nl-NL"/>
        </w:rPr>
        <w:t xml:space="preserve"> eerst de wijzigingen in beeld. De norm is bij NEN verkrijgbaar als NEN-EN-ISO 9001:2026.</w:t>
      </w:r>
    </w:p>
    <w:p w14:paraId="32A76017" w14:textId="77777777" w:rsidR="000F5744" w:rsidRPr="00E55F3A" w:rsidRDefault="00150C3E">
      <w:pPr>
        <w:rPr>
          <w:rFonts w:ascii="Calibri" w:hAnsi="Calibri" w:cs="Calibri"/>
          <w:lang w:val="nl-NL"/>
        </w:rPr>
      </w:pPr>
      <w:r>
        <w:rPr>
          <w:rFonts w:ascii="Calibri" w:hAnsi="Calibri" w:cs="Calibri"/>
          <w:b/>
          <w:color w:val="2E5496"/>
          <w:lang w:val="nl-NL"/>
        </w:rPr>
        <w:t xml:space="preserve">2. Bepaal de </w:t>
      </w:r>
      <w:proofErr w:type="gramStart"/>
      <w:r>
        <w:rPr>
          <w:rFonts w:ascii="Calibri" w:hAnsi="Calibri" w:cs="Calibri"/>
          <w:b/>
          <w:color w:val="2E5496"/>
          <w:lang w:val="nl-NL"/>
        </w:rPr>
        <w:t>impact</w:t>
      </w:r>
      <w:r>
        <w:rPr>
          <w:rFonts w:ascii="Calibri" w:hAnsi="Calibri" w:cs="Calibri"/>
          <w:lang w:val="nl-NL"/>
        </w:rPr>
        <w:t xml:space="preserve">  Vergelijk</w:t>
      </w:r>
      <w:proofErr w:type="gramEnd"/>
      <w:r>
        <w:rPr>
          <w:rFonts w:ascii="Calibri" w:hAnsi="Calibri" w:cs="Calibri"/>
          <w:lang w:val="nl-NL"/>
        </w:rPr>
        <w:t xml:space="preserve"> de nieuwe eisen met de huidige werkwijze. Maak onderscheid tussen: al aanwezig, verduidelijking nodig en daadwerkelijk aanpassen.</w:t>
      </w:r>
    </w:p>
    <w:p w14:paraId="122C3464" w14:textId="60C3BD92" w:rsidR="000F5744" w:rsidRPr="00E55F3A" w:rsidRDefault="00150C3E">
      <w:pPr>
        <w:rPr>
          <w:rFonts w:ascii="Calibri" w:hAnsi="Calibri" w:cs="Calibri"/>
          <w:lang w:val="nl-NL"/>
        </w:rPr>
      </w:pPr>
      <w:r>
        <w:rPr>
          <w:rFonts w:ascii="Calibri" w:hAnsi="Calibri" w:cs="Calibri"/>
          <w:b/>
          <w:color w:val="2E5496"/>
          <w:lang w:val="nl-NL"/>
        </w:rPr>
        <w:t xml:space="preserve">3. Bespreek de </w:t>
      </w:r>
      <w:proofErr w:type="gramStart"/>
      <w:r>
        <w:rPr>
          <w:rFonts w:ascii="Calibri" w:hAnsi="Calibri" w:cs="Calibri"/>
          <w:b/>
          <w:color w:val="2E5496"/>
          <w:lang w:val="nl-NL"/>
        </w:rPr>
        <w:t>veranderingen</w:t>
      </w:r>
      <w:r>
        <w:rPr>
          <w:rFonts w:ascii="Calibri" w:hAnsi="Calibri" w:cs="Calibri"/>
          <w:lang w:val="nl-NL"/>
        </w:rPr>
        <w:t xml:space="preserve">  Betrek</w:t>
      </w:r>
      <w:proofErr w:type="gramEnd"/>
      <w:r>
        <w:rPr>
          <w:rFonts w:ascii="Calibri" w:hAnsi="Calibri" w:cs="Calibri"/>
          <w:lang w:val="nl-NL"/>
        </w:rPr>
        <w:t xml:space="preserve"> de directie en de mensen die verantwoordelijk zijn voor relevante processen. Houd het praktisch en koppel het aan bestaande overleggen.</w:t>
      </w:r>
    </w:p>
    <w:p w14:paraId="49BF8A42" w14:textId="77777777" w:rsidR="000F5744" w:rsidRPr="00E55F3A" w:rsidRDefault="00150C3E">
      <w:pPr>
        <w:rPr>
          <w:rFonts w:ascii="Calibri" w:hAnsi="Calibri" w:cs="Calibri"/>
          <w:lang w:val="nl-NL"/>
        </w:rPr>
      </w:pPr>
      <w:r>
        <w:rPr>
          <w:rFonts w:ascii="Calibri" w:hAnsi="Calibri" w:cs="Calibri"/>
          <w:b/>
          <w:color w:val="2E5496"/>
          <w:lang w:val="nl-NL"/>
        </w:rPr>
        <w:t xml:space="preserve">4. Maak een realistische </w:t>
      </w:r>
      <w:proofErr w:type="gramStart"/>
      <w:r>
        <w:rPr>
          <w:rFonts w:ascii="Calibri" w:hAnsi="Calibri" w:cs="Calibri"/>
          <w:b/>
          <w:color w:val="2E5496"/>
          <w:lang w:val="nl-NL"/>
        </w:rPr>
        <w:t>planning</w:t>
      </w:r>
      <w:r>
        <w:rPr>
          <w:rFonts w:ascii="Calibri" w:hAnsi="Calibri" w:cs="Calibri"/>
          <w:lang w:val="nl-NL"/>
        </w:rPr>
        <w:t xml:space="preserve">  Koppel</w:t>
      </w:r>
      <w:proofErr w:type="gramEnd"/>
      <w:r>
        <w:rPr>
          <w:rFonts w:ascii="Calibri" w:hAnsi="Calibri" w:cs="Calibri"/>
          <w:lang w:val="nl-NL"/>
        </w:rPr>
        <w:t xml:space="preserve"> acties waar mogelijk aan de bestaande verbetercyclus, interne audits, directiebeoordeling en reguliere planning.</w:t>
      </w:r>
    </w:p>
    <w:p w14:paraId="50C0EC49" w14:textId="77777777" w:rsidR="000F5744" w:rsidRPr="00E55F3A" w:rsidRDefault="00150C3E">
      <w:pPr>
        <w:rPr>
          <w:rFonts w:ascii="Calibri" w:hAnsi="Calibri" w:cs="Calibri"/>
          <w:lang w:val="nl-NL"/>
        </w:rPr>
      </w:pPr>
      <w:r>
        <w:rPr>
          <w:rFonts w:ascii="Calibri" w:hAnsi="Calibri" w:cs="Calibri"/>
          <w:b/>
          <w:color w:val="2E5496"/>
          <w:lang w:val="nl-NL"/>
        </w:rPr>
        <w:t xml:space="preserve">5. Voorkom onnodige </w:t>
      </w:r>
      <w:proofErr w:type="gramStart"/>
      <w:r>
        <w:rPr>
          <w:rFonts w:ascii="Calibri" w:hAnsi="Calibri" w:cs="Calibri"/>
          <w:b/>
          <w:color w:val="2E5496"/>
          <w:lang w:val="nl-NL"/>
        </w:rPr>
        <w:t>documentatie</w:t>
      </w:r>
      <w:r>
        <w:rPr>
          <w:rFonts w:ascii="Calibri" w:hAnsi="Calibri" w:cs="Calibri"/>
          <w:lang w:val="nl-NL"/>
        </w:rPr>
        <w:t xml:space="preserve">  Pas</w:t>
      </w:r>
      <w:proofErr w:type="gramEnd"/>
      <w:r>
        <w:rPr>
          <w:rFonts w:ascii="Calibri" w:hAnsi="Calibri" w:cs="Calibri"/>
          <w:lang w:val="nl-NL"/>
        </w:rPr>
        <w:t xml:space="preserve"> documenten alleen aan wanneer dat nodig is voor een werkbare en aantoonbare uitvoering. De hoeveelheid documenten is geen doel op zich.</w:t>
      </w:r>
    </w:p>
    <w:p w14:paraId="1CD66124" w14:textId="1FB369DA" w:rsidR="000F5744" w:rsidRPr="00E55F3A" w:rsidRDefault="00150C3E">
      <w:pPr>
        <w:rPr>
          <w:rFonts w:ascii="Calibri" w:hAnsi="Calibri" w:cs="Calibri"/>
          <w:lang w:val="nl-NL"/>
        </w:rPr>
      </w:pPr>
      <w:r>
        <w:rPr>
          <w:rFonts w:ascii="Calibri" w:hAnsi="Calibri" w:cs="Calibri"/>
          <w:b/>
          <w:color w:val="2E5496"/>
          <w:lang w:val="nl-NL"/>
        </w:rPr>
        <w:t xml:space="preserve">6. Bepaal het moment van de overstap </w:t>
      </w:r>
      <w:r>
        <w:rPr>
          <w:rFonts w:ascii="Calibri" w:hAnsi="Calibri" w:cs="Calibri"/>
          <w:lang w:val="nl-NL"/>
        </w:rPr>
        <w:t>Het meest praktisch is de overstap te koppelen aan een reguliere audit, zoals de jaarlijkse audit of de hercertificering. Wij nemen zelf tijdig contact op om samen een passend moment te kiezen.</w:t>
      </w:r>
    </w:p>
    <w:p w14:paraId="7C9EFD94" w14:textId="77777777" w:rsidR="005B66F9" w:rsidRDefault="005B66F9">
      <w:pPr>
        <w:spacing w:after="200" w:line="276" w:lineRule="auto"/>
        <w:rPr>
          <w:rFonts w:ascii="Calibri" w:eastAsiaTheme="majorEastAsia" w:hAnsi="Calibri" w:cs="Calibri"/>
          <w:b/>
          <w:color w:val="1F3864"/>
          <w:spacing w:val="5"/>
          <w:kern w:val="28"/>
          <w:sz w:val="40"/>
          <w:szCs w:val="52"/>
          <w:lang w:val="nl-NL"/>
        </w:rPr>
      </w:pPr>
      <w:r>
        <w:rPr>
          <w:rFonts w:ascii="Calibri" w:hAnsi="Calibri" w:cs="Calibri"/>
          <w:lang w:val="nl-NL"/>
        </w:rPr>
        <w:br w:type="page"/>
      </w:r>
    </w:p>
    <w:p w14:paraId="699E4952" w14:textId="7C9F0C12" w:rsidR="000F5744" w:rsidRPr="00E55F3A" w:rsidRDefault="00150C3E">
      <w:pPr>
        <w:pStyle w:val="Titel"/>
        <w:rPr>
          <w:rFonts w:ascii="Calibri" w:hAnsi="Calibri" w:cs="Calibri"/>
          <w:lang w:val="nl-NL"/>
        </w:rPr>
      </w:pPr>
      <w:r>
        <w:rPr>
          <w:rFonts w:ascii="Calibri" w:hAnsi="Calibri" w:cs="Calibri"/>
          <w:lang w:val="nl-NL"/>
        </w:rPr>
        <w:lastRenderedPageBreak/>
        <w:t>5. Hoe ziet de overstap naar ISO 9001:2026 eruit?</w:t>
      </w:r>
    </w:p>
    <w:p w14:paraId="5B034F85" w14:textId="40F08A44" w:rsidR="000F5744" w:rsidRPr="00E55F3A" w:rsidRDefault="00150C3E">
      <w:pPr>
        <w:rPr>
          <w:rFonts w:ascii="Calibri" w:hAnsi="Calibri" w:cs="Calibri"/>
          <w:lang w:val="nl-NL"/>
        </w:rPr>
      </w:pPr>
      <w:r>
        <w:rPr>
          <w:rFonts w:ascii="Calibri" w:hAnsi="Calibri" w:cs="Calibri"/>
          <w:lang w:val="nl-NL"/>
        </w:rPr>
        <w:t>ISO 9001:2026 vervangt de versie van 2015, inclusief de klimaataanvulling uit 2024. De afspraken voor de overstap zijn vastgesteld door Global ACI, het internationale samenwerkingsverband van accreditatie-instanties (voorheen IAF). Deze afspraken gelden voor geaccrediteerde certificaten. In Nederland ziet de Raad voor Accreditatie (RvA) hierop toe.</w:t>
      </w:r>
    </w:p>
    <w:p w14:paraId="3365D55B" w14:textId="77777777" w:rsidR="001B2EEB" w:rsidRDefault="00175C60">
      <w:pPr>
        <w:rPr>
          <w:rFonts w:ascii="Calibri" w:hAnsi="Calibri" w:cs="Calibri"/>
          <w:lang w:val="nl-NL"/>
        </w:rPr>
      </w:pPr>
      <w:r>
        <w:rPr>
          <w:rFonts w:ascii="Calibri" w:hAnsi="Calibri" w:cs="Calibri"/>
          <w:lang w:val="nl-NL"/>
        </w:rPr>
        <w:t>Voor klanten van EIK Certificering gelden deze afspraken direct, omdat EIK Certificering door de RvA is geaccrediteerd voor ISO 9001. Certificatie in de Zorg werkt aan het behalen van accreditatie en certificeert tot die tijd zonder accreditatie. Om verschil tussen beide groepen klanten te voorkomen, hanteert Certificatie in de Zorg dezelfde termijnen voor de overstap.</w:t>
      </w:r>
    </w:p>
    <w:p w14:paraId="24E2EEE0" w14:textId="66F523C6" w:rsidR="000F5744" w:rsidRPr="00E55F3A" w:rsidRDefault="00150C3E">
      <w:pPr>
        <w:rPr>
          <w:rFonts w:ascii="Calibri" w:hAnsi="Calibri" w:cs="Calibri"/>
          <w:lang w:val="nl-NL"/>
        </w:rPr>
      </w:pPr>
      <w:r>
        <w:rPr>
          <w:rFonts w:ascii="Calibri" w:hAnsi="Calibri" w:cs="Calibri"/>
          <w:lang w:val="nl-NL"/>
        </w:rPr>
        <w:t>Hieronder staat wat vaststaat en wat per organisatie nog wordt afgestemd:</w:t>
      </w:r>
    </w:p>
    <w:tbl>
      <w:tblPr>
        <w:tblStyle w:val="Tabelraster"/>
        <w:tblW w:w="0" w:type="auto"/>
        <w:jc w:val="center"/>
        <w:tblLook w:val="04A0" w:firstRow="1" w:lastRow="0" w:firstColumn="1" w:lastColumn="0" w:noHBand="0" w:noVBand="1"/>
      </w:tblPr>
      <w:tblGrid>
        <w:gridCol w:w="4890"/>
        <w:gridCol w:w="4890"/>
      </w:tblGrid>
      <w:tr w:rsidR="000F5744" w:rsidRPr="00E55F3A" w14:paraId="46FCD864" w14:textId="77777777">
        <w:trPr>
          <w:jc w:val="center"/>
        </w:trPr>
        <w:tc>
          <w:tcPr>
            <w:tcW w:w="4896" w:type="dxa"/>
            <w:shd w:val="clear" w:color="auto" w:fill="1F3864"/>
            <w:tcMar>
              <w:top w:w="130" w:type="dxa"/>
              <w:left w:w="130" w:type="dxa"/>
              <w:bottom w:w="130" w:type="dxa"/>
              <w:right w:w="130" w:type="dxa"/>
            </w:tcMar>
          </w:tcPr>
          <w:p w14:paraId="5B155872" w14:textId="77777777" w:rsidR="000F5744" w:rsidRPr="00E55F3A" w:rsidRDefault="00150C3E">
            <w:pPr>
              <w:rPr>
                <w:rFonts w:ascii="Calibri" w:hAnsi="Calibri" w:cs="Calibri"/>
                <w:lang w:val="nl-NL"/>
              </w:rPr>
            </w:pPr>
            <w:r>
              <w:rPr>
                <w:rFonts w:ascii="Calibri" w:hAnsi="Calibri" w:cs="Calibri"/>
                <w:b/>
                <w:color w:val="FFFFFF"/>
                <w:lang w:val="nl-NL"/>
              </w:rPr>
              <w:t>Staat vast</w:t>
            </w:r>
          </w:p>
        </w:tc>
        <w:tc>
          <w:tcPr>
            <w:tcW w:w="4896" w:type="dxa"/>
            <w:shd w:val="clear" w:color="auto" w:fill="698B4A"/>
            <w:tcMar>
              <w:top w:w="130" w:type="dxa"/>
              <w:left w:w="130" w:type="dxa"/>
              <w:bottom w:w="130" w:type="dxa"/>
              <w:right w:w="130" w:type="dxa"/>
            </w:tcMar>
          </w:tcPr>
          <w:p w14:paraId="4C3B3A08" w14:textId="656A514C" w:rsidR="000F5744" w:rsidRPr="00E55F3A" w:rsidRDefault="00150C3E">
            <w:pPr>
              <w:rPr>
                <w:rFonts w:ascii="Calibri" w:hAnsi="Calibri" w:cs="Calibri"/>
                <w:lang w:val="nl-NL"/>
              </w:rPr>
            </w:pPr>
            <w:r>
              <w:rPr>
                <w:rFonts w:ascii="Calibri" w:hAnsi="Calibri" w:cs="Calibri"/>
                <w:b/>
                <w:color w:val="FFFFFF"/>
                <w:lang w:val="nl-NL"/>
              </w:rPr>
              <w:t>Nog af te stemmen</w:t>
            </w:r>
          </w:p>
        </w:tc>
      </w:tr>
      <w:tr w:rsidR="000F5744" w:rsidRPr="00A068D3" w14:paraId="53E2D08D" w14:textId="77777777">
        <w:trPr>
          <w:jc w:val="center"/>
        </w:trPr>
        <w:tc>
          <w:tcPr>
            <w:tcW w:w="4896" w:type="dxa"/>
            <w:tcMar>
              <w:top w:w="150" w:type="dxa"/>
              <w:left w:w="150" w:type="dxa"/>
              <w:bottom w:w="150" w:type="dxa"/>
              <w:right w:w="150" w:type="dxa"/>
            </w:tcMar>
            <w:vAlign w:val="center"/>
          </w:tcPr>
          <w:p w14:paraId="4E279F4A" w14:textId="3ABDBFCE" w:rsidR="000F5744" w:rsidRPr="00E55F3A" w:rsidRDefault="00150C3E">
            <w:pPr>
              <w:rPr>
                <w:rFonts w:ascii="Calibri" w:hAnsi="Calibri" w:cs="Calibri"/>
                <w:lang w:val="nl-NL"/>
              </w:rPr>
            </w:pPr>
            <w:r>
              <w:rPr>
                <w:rFonts w:ascii="Calibri" w:hAnsi="Calibri" w:cs="Calibri"/>
                <w:lang w:val="nl-NL"/>
              </w:rPr>
              <w:t>ISO 9001:2026 is op 16 september 2026 gepubliceerd en vervangt ISO 9001:2015. Organisaties met een geaccrediteerd certificaat volgens de 2015-editie hebben tot en met 30 september 2029 de tijd om over te stappen. Vanaf 31 maart 2028 worden nieuwe geaccrediteerde certificaten alleen nog volgens de 2026-editie verleend.</w:t>
            </w:r>
          </w:p>
        </w:tc>
        <w:tc>
          <w:tcPr>
            <w:tcW w:w="4896" w:type="dxa"/>
            <w:tcMar>
              <w:top w:w="150" w:type="dxa"/>
              <w:left w:w="150" w:type="dxa"/>
              <w:bottom w:w="150" w:type="dxa"/>
              <w:right w:w="150" w:type="dxa"/>
            </w:tcMar>
            <w:vAlign w:val="center"/>
          </w:tcPr>
          <w:p w14:paraId="11B99ED6" w14:textId="1C740A98" w:rsidR="000F5744" w:rsidRPr="00E55F3A" w:rsidRDefault="00150C3E">
            <w:pPr>
              <w:rPr>
                <w:rFonts w:ascii="Calibri" w:hAnsi="Calibri" w:cs="Calibri"/>
                <w:lang w:val="nl-NL"/>
              </w:rPr>
            </w:pPr>
            <w:r>
              <w:rPr>
                <w:rFonts w:ascii="Calibri" w:hAnsi="Calibri" w:cs="Calibri"/>
                <w:lang w:val="nl-NL"/>
              </w:rPr>
              <w:t>Het moment waarop de overstap voor de eigen organisatie plaatsvindt en of dit tijdens een reguliere audit of een aparte overstapaudit gebeurt. Hierover nemen wij zelf tijdig contact op.</w:t>
            </w:r>
          </w:p>
        </w:tc>
      </w:tr>
    </w:tbl>
    <w:tbl>
      <w:tblPr>
        <w:tblW w:w="0" w:type="auto"/>
        <w:jc w:val="center"/>
        <w:tblLayout w:type="fixed"/>
        <w:tblLook w:val="04A0" w:firstRow="1" w:lastRow="0" w:firstColumn="1" w:lastColumn="0" w:noHBand="0" w:noVBand="1"/>
      </w:tblPr>
      <w:tblGrid>
        <w:gridCol w:w="9792"/>
      </w:tblGrid>
      <w:tr w:rsidR="000F5744" w:rsidRPr="005B66F9" w14:paraId="22F8D145" w14:textId="77777777">
        <w:trPr>
          <w:jc w:val="center"/>
        </w:trPr>
        <w:tc>
          <w:tcPr>
            <w:tcW w:w="9792" w:type="dxa"/>
            <w:shd w:val="clear" w:color="auto" w:fill="F2F6ED"/>
            <w:tcMar>
              <w:top w:w="190" w:type="dxa"/>
              <w:left w:w="190" w:type="dxa"/>
              <w:bottom w:w="190" w:type="dxa"/>
              <w:right w:w="190" w:type="dxa"/>
            </w:tcMar>
          </w:tcPr>
          <w:p w14:paraId="1BDBAD16" w14:textId="77777777" w:rsidR="000F5744" w:rsidRPr="00E55F3A" w:rsidRDefault="00150C3E">
            <w:pPr>
              <w:rPr>
                <w:rFonts w:ascii="Calibri" w:hAnsi="Calibri" w:cs="Calibri"/>
                <w:lang w:val="nl-NL"/>
              </w:rPr>
            </w:pPr>
            <w:r>
              <w:rPr>
                <w:rFonts w:ascii="Calibri" w:hAnsi="Calibri" w:cs="Calibri"/>
                <w:b/>
                <w:color w:val="1F3864"/>
                <w:lang w:val="nl-NL"/>
              </w:rPr>
              <w:t>Onze inzet</w:t>
            </w:r>
          </w:p>
          <w:p w14:paraId="1631CDB9" w14:textId="35C9B1A3" w:rsidR="000F5744" w:rsidRPr="00E55F3A" w:rsidRDefault="00150C3E">
            <w:pPr>
              <w:spacing w:after="0"/>
              <w:rPr>
                <w:rFonts w:ascii="Calibri" w:hAnsi="Calibri" w:cs="Calibri"/>
                <w:lang w:val="nl-NL"/>
              </w:rPr>
            </w:pPr>
            <w:r>
              <w:rPr>
                <w:rFonts w:ascii="Calibri" w:hAnsi="Calibri" w:cs="Calibri"/>
                <w:lang w:val="nl-NL"/>
              </w:rPr>
              <w:t>EIK Certificering en Certificatie in de Zorg willen de overstap tijdig en gespreid organiseren. Daarom streven we ernaar de overstappen binnen ongeveer twee jaar na publicatie af te ronden, bij voorkeur gekoppeld aan een reguliere audit. Zo blijft er voor iedere organisatie voldoende ruimte om een passend moment te kiezen.</w:t>
            </w:r>
          </w:p>
        </w:tc>
      </w:tr>
    </w:tbl>
    <w:p w14:paraId="5A39BBE3" w14:textId="77777777" w:rsidR="000F5744" w:rsidRPr="00E55F3A" w:rsidRDefault="000F5744">
      <w:pPr>
        <w:spacing w:after="0"/>
        <w:rPr>
          <w:rFonts w:ascii="Calibri" w:hAnsi="Calibri" w:cs="Calibri"/>
          <w:lang w:val="nl-NL"/>
        </w:rPr>
      </w:pPr>
    </w:p>
    <w:p w14:paraId="5A2F58CF" w14:textId="364021F2" w:rsidR="000F5744" w:rsidRPr="00E55F3A" w:rsidRDefault="00150C3E">
      <w:pPr>
        <w:pStyle w:val="Titel"/>
        <w:rPr>
          <w:rFonts w:ascii="Calibri" w:hAnsi="Calibri" w:cs="Calibri"/>
          <w:lang w:val="nl-NL"/>
        </w:rPr>
      </w:pPr>
      <w:r>
        <w:rPr>
          <w:rFonts w:ascii="Calibri" w:hAnsi="Calibri" w:cs="Calibri"/>
          <w:lang w:val="nl-NL"/>
        </w:rPr>
        <w:t>6. Wat kunnen klanten van EIK en CIDZ verwachten?</w:t>
      </w:r>
    </w:p>
    <w:p w14:paraId="4F5F57C7" w14:textId="25DE23E1" w:rsidR="000F5744" w:rsidRPr="00E55F3A" w:rsidRDefault="00150C3E">
      <w:pPr>
        <w:pStyle w:val="Lijstopsomteken"/>
        <w:rPr>
          <w:rFonts w:ascii="Calibri" w:hAnsi="Calibri" w:cs="Calibri"/>
          <w:lang w:val="nl-NL"/>
        </w:rPr>
      </w:pPr>
      <w:r>
        <w:rPr>
          <w:rFonts w:ascii="Calibri" w:hAnsi="Calibri" w:cs="Calibri"/>
          <w:lang w:val="nl-NL"/>
        </w:rPr>
        <w:t>We actualiseren onze informatie (zoals publicaties, auditplannen en auditrapportages) op basis van de definitieve normtekst.</w:t>
      </w:r>
    </w:p>
    <w:p w14:paraId="44D27925" w14:textId="15B07FC0" w:rsidR="000F5744" w:rsidRDefault="00150C3E">
      <w:pPr>
        <w:pStyle w:val="Lijstopsomteken"/>
        <w:rPr>
          <w:rFonts w:ascii="Calibri" w:hAnsi="Calibri" w:cs="Calibri"/>
          <w:lang w:val="nl-NL"/>
        </w:rPr>
      </w:pPr>
      <w:r>
        <w:rPr>
          <w:rFonts w:ascii="Calibri" w:hAnsi="Calibri" w:cs="Calibri"/>
          <w:lang w:val="nl-NL"/>
        </w:rPr>
        <w:t>We informeren klanten over wat de overstapafspraken betekenen voor hun auditplanning.</w:t>
      </w:r>
    </w:p>
    <w:p w14:paraId="5ADC6711" w14:textId="7239C53E" w:rsidR="0044767F" w:rsidRPr="00E55F3A" w:rsidRDefault="00A413C5">
      <w:pPr>
        <w:pStyle w:val="Lijstopsomteken"/>
        <w:rPr>
          <w:rFonts w:ascii="Calibri" w:hAnsi="Calibri" w:cs="Calibri"/>
          <w:lang w:val="nl-NL"/>
        </w:rPr>
      </w:pPr>
      <w:r>
        <w:rPr>
          <w:rFonts w:ascii="Calibri" w:hAnsi="Calibri" w:cs="Calibri"/>
          <w:lang w:val="nl-NL"/>
        </w:rPr>
        <w:t>In audits volgens de 2015-editie besteden we alvast aandacht aan de nieuwe en aangepaste eisen. Dit telt niet mee voor de beoordeling van het huidige certificaat, maar geeft de organisatie een beeld van wat de vernieuwde eisen in de praktijk betekenen.</w:t>
      </w:r>
    </w:p>
    <w:p w14:paraId="15FCC1E7" w14:textId="77777777" w:rsidR="000F5744" w:rsidRPr="00E55F3A" w:rsidRDefault="00150C3E">
      <w:pPr>
        <w:pStyle w:val="Lijstopsomteken"/>
        <w:rPr>
          <w:rFonts w:ascii="Calibri" w:hAnsi="Calibri" w:cs="Calibri"/>
          <w:lang w:val="nl-NL"/>
        </w:rPr>
      </w:pPr>
      <w:r>
        <w:rPr>
          <w:rFonts w:ascii="Calibri" w:hAnsi="Calibri" w:cs="Calibri"/>
          <w:lang w:val="nl-NL"/>
        </w:rPr>
        <w:t>We maken duidelijk wanneer en op welke normeditie een audit wordt uitgevoerd.</w:t>
      </w:r>
    </w:p>
    <w:p w14:paraId="36F1295D" w14:textId="77777777" w:rsidR="000F5744" w:rsidRPr="00E55F3A" w:rsidRDefault="00150C3E">
      <w:pPr>
        <w:pStyle w:val="Lijstopsomteken"/>
        <w:rPr>
          <w:rFonts w:ascii="Calibri" w:hAnsi="Calibri" w:cs="Calibri"/>
          <w:lang w:val="nl-NL"/>
        </w:rPr>
      </w:pPr>
      <w:r>
        <w:rPr>
          <w:rFonts w:ascii="Calibri" w:hAnsi="Calibri" w:cs="Calibri"/>
          <w:lang w:val="nl-NL"/>
        </w:rPr>
        <w:t>We nemen tijdig contact op over een passend moment voor de overstap.</w:t>
      </w:r>
    </w:p>
    <w:p w14:paraId="521907AC" w14:textId="77777777" w:rsidR="000F5744" w:rsidRPr="006F3A95" w:rsidRDefault="00150C3E">
      <w:pPr>
        <w:pStyle w:val="Lijstopsomteken"/>
        <w:rPr>
          <w:rFonts w:ascii="Calibri" w:hAnsi="Calibri" w:cs="Calibri"/>
          <w:lang w:val="nl-NL"/>
        </w:rPr>
      </w:pPr>
      <w:r>
        <w:rPr>
          <w:rFonts w:ascii="Calibri" w:hAnsi="Calibri" w:cs="Calibri"/>
          <w:lang w:val="nl-NL"/>
        </w:rPr>
        <w:t>We bieden een praktische vragenlijst waarmee de organisatie zelf kan bepalen welke onderwerpen al zijn belegd en waar aandacht nodig is.</w:t>
      </w:r>
    </w:p>
    <w:p w14:paraId="6A5E1E77" w14:textId="55630FAA" w:rsidR="000F5744" w:rsidRPr="00E55F3A" w:rsidRDefault="00150C3E">
      <w:pPr>
        <w:pStyle w:val="Lijstopsomteken"/>
        <w:rPr>
          <w:rFonts w:ascii="Calibri" w:hAnsi="Calibri" w:cs="Calibri"/>
          <w:lang w:val="nl-NL"/>
        </w:rPr>
      </w:pPr>
      <w:r>
        <w:rPr>
          <w:rFonts w:ascii="Calibri" w:hAnsi="Calibri" w:cs="Calibri"/>
          <w:lang w:val="nl-NL"/>
        </w:rPr>
        <w:lastRenderedPageBreak/>
        <w:t>We leggen eisen en het auditproces helder uit, zonder voor te schrijven hoe kwaliteit moet worden ingericht.</w:t>
      </w:r>
    </w:p>
    <w:p w14:paraId="32AAA393" w14:textId="545CC2ED" w:rsidR="000F5744" w:rsidRPr="00E55F3A" w:rsidRDefault="00150C3E">
      <w:pPr>
        <w:rPr>
          <w:rFonts w:ascii="Calibri" w:hAnsi="Calibri" w:cs="Calibri"/>
          <w:lang w:val="nl-NL"/>
        </w:rPr>
      </w:pPr>
      <w:r>
        <w:rPr>
          <w:rFonts w:ascii="Calibri" w:hAnsi="Calibri" w:cs="Calibri"/>
          <w:lang w:val="nl-NL"/>
        </w:rPr>
        <w:t>Tijdens deze periode blijft onze rol hetzelfde: onderzoeken of de manier waarop kwaliteit is geregeld en werkt, voldoet aan de eisen en aan eigen afspraken en werkwijzen. Waar dat helpt, benoemen we verbeterkansen, zonder oplossingen voor te schrijven. Eventuele bevindingen lichten we duidelijk toe.</w:t>
      </w:r>
    </w:p>
    <w:p w14:paraId="5628B255" w14:textId="77777777" w:rsidR="000F5744" w:rsidRPr="00E55F3A" w:rsidRDefault="00150C3E">
      <w:pPr>
        <w:pStyle w:val="Titel"/>
        <w:rPr>
          <w:rFonts w:ascii="Calibri" w:hAnsi="Calibri" w:cs="Calibri"/>
          <w:lang w:val="nl-NL"/>
        </w:rPr>
      </w:pPr>
      <w:r>
        <w:rPr>
          <w:rFonts w:ascii="Calibri" w:hAnsi="Calibri" w:cs="Calibri"/>
          <w:lang w:val="nl-NL"/>
        </w:rPr>
        <w:t>7. Veelgestelde vragen</w:t>
      </w:r>
    </w:p>
    <w:p w14:paraId="156F8F1E" w14:textId="77777777" w:rsidR="000F5744" w:rsidRPr="00E55F3A" w:rsidRDefault="00150C3E">
      <w:pPr>
        <w:keepNext/>
        <w:rPr>
          <w:rFonts w:ascii="Calibri" w:hAnsi="Calibri" w:cs="Calibri"/>
          <w:lang w:val="nl-NL"/>
        </w:rPr>
      </w:pPr>
      <w:r>
        <w:rPr>
          <w:rFonts w:ascii="Calibri" w:hAnsi="Calibri" w:cs="Calibri"/>
          <w:b/>
          <w:color w:val="1F3864"/>
          <w:lang w:val="nl-NL"/>
        </w:rPr>
        <w:t>Moeten we nu meteen alles aanpassen?</w:t>
      </w:r>
    </w:p>
    <w:p w14:paraId="27576822" w14:textId="77777777" w:rsidR="000F5744" w:rsidRPr="00E55F3A" w:rsidRDefault="00150C3E">
      <w:pPr>
        <w:rPr>
          <w:rFonts w:ascii="Calibri" w:hAnsi="Calibri" w:cs="Calibri"/>
          <w:lang w:val="nl-NL"/>
        </w:rPr>
      </w:pPr>
      <w:r>
        <w:rPr>
          <w:rFonts w:ascii="Calibri" w:hAnsi="Calibri" w:cs="Calibri"/>
          <w:lang w:val="nl-NL"/>
        </w:rPr>
        <w:t>Nee. Begin met het vaststellen van de impact. Veel onderdelen van een goed werkend systeem blijven bruikbaar.</w:t>
      </w:r>
    </w:p>
    <w:p w14:paraId="03CF0937" w14:textId="05AED398" w:rsidR="000F5744" w:rsidRPr="00E55F3A" w:rsidRDefault="00150C3E">
      <w:pPr>
        <w:keepNext/>
        <w:rPr>
          <w:rFonts w:ascii="Calibri" w:hAnsi="Calibri" w:cs="Calibri"/>
          <w:lang w:val="nl-NL"/>
        </w:rPr>
      </w:pPr>
      <w:r>
        <w:rPr>
          <w:rFonts w:ascii="Calibri" w:hAnsi="Calibri" w:cs="Calibri"/>
          <w:b/>
          <w:color w:val="1F3864"/>
          <w:lang w:val="nl-NL"/>
        </w:rPr>
        <w:t>Is risicogestuurd denken nieuw?</w:t>
      </w:r>
    </w:p>
    <w:p w14:paraId="78C88550" w14:textId="77777777" w:rsidR="000F5744" w:rsidRPr="00E55F3A" w:rsidRDefault="00150C3E">
      <w:pPr>
        <w:rPr>
          <w:rFonts w:ascii="Calibri" w:hAnsi="Calibri" w:cs="Calibri"/>
          <w:lang w:val="nl-NL"/>
        </w:rPr>
      </w:pPr>
      <w:r>
        <w:rPr>
          <w:rFonts w:ascii="Calibri" w:hAnsi="Calibri" w:cs="Calibri"/>
          <w:lang w:val="nl-NL"/>
        </w:rPr>
        <w:t>Nee. Dat is al onderdeel van ISO 9001:2015. De nieuwe editie maakt het onderscheid tussen risico’s en kansen duidelijker.</w:t>
      </w:r>
    </w:p>
    <w:p w14:paraId="0259C5CD" w14:textId="77777777" w:rsidR="000F5744" w:rsidRPr="00E55F3A" w:rsidRDefault="00150C3E">
      <w:pPr>
        <w:keepNext/>
        <w:rPr>
          <w:rFonts w:ascii="Calibri" w:hAnsi="Calibri" w:cs="Calibri"/>
          <w:lang w:val="nl-NL"/>
        </w:rPr>
      </w:pPr>
      <w:r>
        <w:rPr>
          <w:rFonts w:ascii="Calibri" w:hAnsi="Calibri" w:cs="Calibri"/>
          <w:b/>
          <w:color w:val="1F3864"/>
          <w:lang w:val="nl-NL"/>
        </w:rPr>
        <w:t>Moeten we een apart kansenregister maken?</w:t>
      </w:r>
    </w:p>
    <w:p w14:paraId="404D2545" w14:textId="77777777" w:rsidR="000F5744" w:rsidRPr="00E55F3A" w:rsidRDefault="00150C3E">
      <w:pPr>
        <w:rPr>
          <w:rFonts w:ascii="Calibri" w:hAnsi="Calibri" w:cs="Calibri"/>
          <w:lang w:val="nl-NL"/>
        </w:rPr>
      </w:pPr>
      <w:r>
        <w:rPr>
          <w:rFonts w:ascii="Calibri" w:hAnsi="Calibri" w:cs="Calibri"/>
          <w:lang w:val="nl-NL"/>
        </w:rPr>
        <w:t>De norm schrijft niet automatisch één specifiek format voor. De organisatie moet wel kunnen laten zien hoe relevante kansen worden bepaald en opgevolgd. De toelichting bij de norm geeft aan dat risicogestuurd denken geen formele methode of vastgelegde procedure vereist.</w:t>
      </w:r>
    </w:p>
    <w:p w14:paraId="66786EA5" w14:textId="77777777" w:rsidR="000F5744" w:rsidRPr="00E55F3A" w:rsidRDefault="00150C3E">
      <w:pPr>
        <w:keepNext/>
        <w:rPr>
          <w:rFonts w:ascii="Calibri" w:hAnsi="Calibri" w:cs="Calibri"/>
          <w:lang w:val="nl-NL"/>
        </w:rPr>
      </w:pPr>
      <w:r>
        <w:rPr>
          <w:rFonts w:ascii="Calibri" w:hAnsi="Calibri" w:cs="Calibri"/>
          <w:b/>
          <w:color w:val="1F3864"/>
          <w:lang w:val="nl-NL"/>
        </w:rPr>
        <w:t>Blijft ons huidige certificaat geldig?</w:t>
      </w:r>
    </w:p>
    <w:p w14:paraId="41BD0379" w14:textId="2937136B" w:rsidR="000F5744" w:rsidRPr="00E55F3A" w:rsidRDefault="00150C3E">
      <w:pPr>
        <w:rPr>
          <w:rFonts w:ascii="Calibri" w:hAnsi="Calibri" w:cs="Calibri"/>
          <w:lang w:val="nl-NL"/>
        </w:rPr>
      </w:pPr>
      <w:r>
        <w:rPr>
          <w:rFonts w:ascii="Calibri" w:hAnsi="Calibri" w:cs="Calibri"/>
          <w:lang w:val="nl-NL"/>
        </w:rPr>
        <w:t>Ja. Een certificaat volgens ISO 9001:2015 blijft geldig tot de einddatum op het certificaat, maar uiterlijk tot en met 30 september 2029. Vanaf 31 maart 2028 worden nieuwe geaccrediteerde certificaten alleen nog volgens de 2026-editie verleend.</w:t>
      </w:r>
    </w:p>
    <w:p w14:paraId="1FCC7D62" w14:textId="77777777" w:rsidR="000F5744" w:rsidRPr="00E55F3A" w:rsidRDefault="00150C3E">
      <w:pPr>
        <w:keepNext/>
        <w:rPr>
          <w:rFonts w:ascii="Calibri" w:hAnsi="Calibri" w:cs="Calibri"/>
          <w:lang w:val="nl-NL"/>
        </w:rPr>
      </w:pPr>
      <w:r>
        <w:rPr>
          <w:rFonts w:ascii="Calibri" w:hAnsi="Calibri" w:cs="Calibri"/>
          <w:b/>
          <w:color w:val="1F3864"/>
          <w:lang w:val="nl-NL"/>
        </w:rPr>
        <w:t>Moeten we de nieuwe norm zelf aanschaffen?</w:t>
      </w:r>
    </w:p>
    <w:p w14:paraId="31A20082" w14:textId="40783F35" w:rsidR="000F5744" w:rsidRPr="00E55F3A" w:rsidRDefault="00150C3E">
      <w:pPr>
        <w:rPr>
          <w:rFonts w:ascii="Calibri" w:hAnsi="Calibri" w:cs="Calibri"/>
          <w:lang w:val="nl-NL"/>
        </w:rPr>
      </w:pPr>
      <w:r>
        <w:rPr>
          <w:rFonts w:ascii="Calibri" w:hAnsi="Calibri" w:cs="Calibri"/>
          <w:lang w:val="nl-NL"/>
        </w:rPr>
        <w:t>Voor een volledige en eigen beoordeling van de eisen is de officiële normtekst (met copyright) de primaire bron. Deze gids geeft alleen een praktische samenvatting en vervangt de norm niet.</w:t>
      </w:r>
    </w:p>
    <w:p w14:paraId="4DB87DC2" w14:textId="756E001F" w:rsidR="000F5744" w:rsidRPr="00E55F3A" w:rsidRDefault="00150C3E">
      <w:pPr>
        <w:keepNext/>
        <w:rPr>
          <w:rFonts w:ascii="Calibri" w:hAnsi="Calibri" w:cs="Calibri"/>
          <w:lang w:val="nl-NL"/>
        </w:rPr>
      </w:pPr>
      <w:r>
        <w:rPr>
          <w:rFonts w:ascii="Calibri" w:hAnsi="Calibri" w:cs="Calibri"/>
          <w:b/>
          <w:color w:val="1F3864"/>
          <w:lang w:val="nl-NL"/>
        </w:rPr>
        <w:t>Kunnen EIK of CIDZ helpen bij de invoering?</w:t>
      </w:r>
    </w:p>
    <w:p w14:paraId="049EBB7D" w14:textId="2C153B37" w:rsidR="000F5744" w:rsidRDefault="00150C3E">
      <w:pPr>
        <w:rPr>
          <w:rFonts w:ascii="Calibri" w:hAnsi="Calibri" w:cs="Calibri"/>
          <w:lang w:val="nl-NL"/>
        </w:rPr>
      </w:pPr>
      <w:r>
        <w:rPr>
          <w:rFonts w:ascii="Calibri" w:hAnsi="Calibri" w:cs="Calibri"/>
          <w:lang w:val="nl-NL"/>
        </w:rPr>
        <w:t>Als certificatie-instelling leggen wij eisen en het certificatieproces uit. Wij schrijven niet voor hoe een organisatie haar afspraken en werkwijzen moet inrichten en implementeren dit niet voor de klant.</w:t>
      </w:r>
    </w:p>
    <w:p w14:paraId="24790381" w14:textId="2F57CF2F" w:rsidR="008C2FC3" w:rsidRPr="00E55F3A" w:rsidRDefault="008C2FC3" w:rsidP="008C2FC3">
      <w:pPr>
        <w:keepNext/>
        <w:rPr>
          <w:rFonts w:ascii="Calibri" w:hAnsi="Calibri" w:cs="Calibri"/>
          <w:lang w:val="nl-NL"/>
        </w:rPr>
      </w:pPr>
      <w:r>
        <w:rPr>
          <w:rFonts w:ascii="Calibri" w:hAnsi="Calibri" w:cs="Calibri"/>
          <w:b/>
          <w:color w:val="1F3864"/>
          <w:lang w:val="nl-NL"/>
        </w:rPr>
        <w:t xml:space="preserve">Vanaf wanneer kunnen we op de vernieuwde norm certificeren? </w:t>
      </w:r>
    </w:p>
    <w:p w14:paraId="51882C13" w14:textId="358AD321" w:rsidR="008C2FC3" w:rsidRPr="00E55F3A" w:rsidRDefault="00D03B16" w:rsidP="008C2FC3">
      <w:pPr>
        <w:rPr>
          <w:rFonts w:ascii="Calibri" w:hAnsi="Calibri" w:cs="Calibri"/>
          <w:lang w:val="nl-NL"/>
        </w:rPr>
      </w:pPr>
      <w:r>
        <w:rPr>
          <w:rFonts w:ascii="Calibri" w:hAnsi="Calibri" w:cs="Calibri"/>
          <w:lang w:val="nl-NL"/>
        </w:rPr>
        <w:t>Een geaccrediteerd certificaat volgens de 2026-editie kan worden verleend zodra de certificatie-instelling daarvoor door de Raad voor Accreditatie is goedgekeurd. Volgens de internationale afspraken is die goedkeuring uiterlijk 30 september 2027 afgerond. Wij laten weten zodra EIK Certificering en Certificatie in de Zorg op de 2026-editie kunnen certificeren.</w:t>
      </w:r>
    </w:p>
    <w:p w14:paraId="1FB95831" w14:textId="77777777" w:rsidR="008C2FC3" w:rsidRPr="00E55F3A" w:rsidRDefault="008C2FC3">
      <w:pPr>
        <w:rPr>
          <w:rFonts w:ascii="Calibri" w:hAnsi="Calibri" w:cs="Calibri"/>
          <w:lang w:val="nl-NL"/>
        </w:rPr>
      </w:pPr>
    </w:p>
    <w:p w14:paraId="1B3F7562" w14:textId="77777777" w:rsidR="000F5744" w:rsidRPr="00E55F3A" w:rsidRDefault="00150C3E">
      <w:pPr>
        <w:pStyle w:val="Titel"/>
        <w:rPr>
          <w:rFonts w:ascii="Calibri" w:hAnsi="Calibri" w:cs="Calibri"/>
          <w:lang w:val="nl-NL"/>
        </w:rPr>
      </w:pPr>
      <w:r>
        <w:rPr>
          <w:rFonts w:ascii="Calibri" w:hAnsi="Calibri" w:cs="Calibri"/>
          <w:lang w:val="nl-NL"/>
        </w:rPr>
        <w:lastRenderedPageBreak/>
        <w:t>Tot slot</w:t>
      </w:r>
    </w:p>
    <w:p w14:paraId="0A940BE9" w14:textId="4B71B9A6" w:rsidR="000F5744" w:rsidRPr="00E55F3A" w:rsidRDefault="00150C3E">
      <w:pPr>
        <w:rPr>
          <w:rFonts w:ascii="Calibri" w:hAnsi="Calibri" w:cs="Calibri"/>
          <w:lang w:val="nl-NL"/>
        </w:rPr>
      </w:pPr>
      <w:r>
        <w:rPr>
          <w:rFonts w:ascii="Calibri" w:hAnsi="Calibri" w:cs="Calibri"/>
          <w:lang w:val="nl-NL"/>
        </w:rPr>
        <w:t>De vernieuwde ISO 9001 is een logisch moment om opnieuw te kijken naar de werking van afspraken en werkwijzen. Niet om alles opnieuw te bouwen, maar om te onderzoeken of dit nog aansluit op de organisatie, haar klanten/cliënten, haar risico’s, haar kansen en haar ambities.</w:t>
      </w:r>
    </w:p>
    <w:tbl>
      <w:tblPr>
        <w:tblW w:w="0" w:type="auto"/>
        <w:jc w:val="center"/>
        <w:tblLayout w:type="fixed"/>
        <w:tblLook w:val="04A0" w:firstRow="1" w:lastRow="0" w:firstColumn="1" w:lastColumn="0" w:noHBand="0" w:noVBand="1"/>
      </w:tblPr>
      <w:tblGrid>
        <w:gridCol w:w="9792"/>
      </w:tblGrid>
      <w:tr w:rsidR="000F5744" w:rsidRPr="005B66F9" w14:paraId="1A75EABD" w14:textId="77777777">
        <w:trPr>
          <w:jc w:val="center"/>
        </w:trPr>
        <w:tc>
          <w:tcPr>
            <w:tcW w:w="9792" w:type="dxa"/>
            <w:shd w:val="clear" w:color="auto" w:fill="DCE6F1"/>
            <w:tcMar>
              <w:top w:w="190" w:type="dxa"/>
              <w:left w:w="190" w:type="dxa"/>
              <w:bottom w:w="190" w:type="dxa"/>
              <w:right w:w="190" w:type="dxa"/>
            </w:tcMar>
          </w:tcPr>
          <w:p w14:paraId="587BAB5B" w14:textId="01C567A6" w:rsidR="000F5744" w:rsidRPr="00E55F3A" w:rsidRDefault="00150C3E">
            <w:pPr>
              <w:rPr>
                <w:rFonts w:ascii="Calibri" w:hAnsi="Calibri" w:cs="Calibri"/>
                <w:lang w:val="nl-NL"/>
              </w:rPr>
            </w:pPr>
            <w:r>
              <w:rPr>
                <w:rFonts w:ascii="Calibri" w:hAnsi="Calibri" w:cs="Calibri"/>
                <w:b/>
                <w:color w:val="1F3864"/>
                <w:lang w:val="nl-NL"/>
              </w:rPr>
              <w:t>Vragen over ISO 9001:2026?</w:t>
            </w:r>
          </w:p>
          <w:p w14:paraId="36B1AEA7" w14:textId="1EF82B5D" w:rsidR="00270687" w:rsidRPr="00270687" w:rsidRDefault="00270687" w:rsidP="00270687">
            <w:pPr>
              <w:spacing w:after="0"/>
              <w:rPr>
                <w:rFonts w:ascii="Calibri" w:hAnsi="Calibri" w:cs="Calibri"/>
                <w:lang w:val="nl-NL"/>
              </w:rPr>
            </w:pPr>
            <w:r>
              <w:rPr>
                <w:rFonts w:ascii="Calibri" w:hAnsi="Calibri" w:cs="Calibri"/>
                <w:lang w:val="nl-NL"/>
              </w:rPr>
              <w:t xml:space="preserve">Op onze websites verzamelen we de meest actuele informatie over de nieuwe norm, de overstapperiode en de manier waarop EIK Certificering en Certificatie in de Zorg hiermee omgaan. Zo zorgen we ervoor dat iedereen dezelfde, actuele informatie ontvangt. Staat het antwoord daar nog niet tussen? Neem dan contact op via: </w:t>
            </w:r>
          </w:p>
          <w:p w14:paraId="59861CF3" w14:textId="77777777" w:rsidR="00270687" w:rsidRPr="00270687" w:rsidRDefault="00270687" w:rsidP="00270687">
            <w:pPr>
              <w:spacing w:after="0"/>
              <w:rPr>
                <w:rFonts w:ascii="Calibri" w:hAnsi="Calibri" w:cs="Calibri"/>
                <w:lang w:val="nl-NL"/>
              </w:rPr>
            </w:pPr>
          </w:p>
          <w:p w14:paraId="09117FC8" w14:textId="77777777" w:rsidR="00270687" w:rsidRPr="00270687" w:rsidRDefault="00270687" w:rsidP="00270687">
            <w:pPr>
              <w:spacing w:after="0"/>
              <w:rPr>
                <w:rFonts w:ascii="Calibri" w:hAnsi="Calibri" w:cs="Calibri"/>
                <w:lang w:val="nl-NL"/>
              </w:rPr>
            </w:pPr>
            <w:r>
              <w:rPr>
                <w:rFonts w:ascii="Calibri" w:hAnsi="Calibri" w:cs="Calibri"/>
                <w:lang w:val="nl-NL"/>
              </w:rPr>
              <w:t>info@eikcertificering.nl</w:t>
            </w:r>
          </w:p>
          <w:p w14:paraId="45185B59" w14:textId="7315C3A8" w:rsidR="000F5744" w:rsidRPr="00E55F3A" w:rsidRDefault="00270687" w:rsidP="00270687">
            <w:pPr>
              <w:spacing w:after="0"/>
              <w:rPr>
                <w:rFonts w:ascii="Calibri" w:hAnsi="Calibri" w:cs="Calibri"/>
                <w:lang w:val="nl-NL"/>
              </w:rPr>
            </w:pPr>
            <w:r>
              <w:rPr>
                <w:rFonts w:ascii="Calibri" w:hAnsi="Calibri" w:cs="Calibri"/>
                <w:lang w:val="nl-NL"/>
              </w:rPr>
              <w:t>info@certificatieindezorg.nl</w:t>
            </w:r>
          </w:p>
        </w:tc>
      </w:tr>
    </w:tbl>
    <w:p w14:paraId="41C8F396" w14:textId="77777777" w:rsidR="000F5744" w:rsidRPr="00E55F3A" w:rsidRDefault="000F5744">
      <w:pPr>
        <w:spacing w:after="0"/>
        <w:rPr>
          <w:rFonts w:ascii="Calibri" w:hAnsi="Calibri" w:cs="Calibri"/>
          <w:lang w:val="nl-NL"/>
        </w:rPr>
      </w:pPr>
    </w:p>
    <w:sectPr w:rsidR="000F5744" w:rsidRPr="00E55F3A" w:rsidSect="006676F5">
      <w:headerReference w:type="default" r:id="rId11"/>
      <w:footerReference w:type="default" r:id="rId12"/>
      <w:pgSz w:w="12240" w:h="15840" w:code="1"/>
      <w:pgMar w:top="1559" w:right="1225" w:bottom="936" w:left="122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401C55" w14:textId="77777777" w:rsidR="00666338" w:rsidRDefault="00666338">
      <w:pPr>
        <w:spacing w:after="0" w:line="240" w:lineRule="auto"/>
      </w:pPr>
      <w:r>
        <w:separator/>
      </w:r>
    </w:p>
  </w:endnote>
  <w:endnote w:type="continuationSeparator" w:id="0">
    <w:p w14:paraId="7FC300A7" w14:textId="77777777" w:rsidR="00666338" w:rsidRDefault="0066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3D3EC" w14:textId="4DA982CC" w:rsidR="000F5744" w:rsidRPr="00A22D52" w:rsidRDefault="00150C3E">
    <w:pPr>
      <w:pStyle w:val="Voettekst"/>
      <w:jc w:val="center"/>
      <w:rPr>
        <w:rFonts w:asciiTheme="majorHAnsi" w:hAnsiTheme="majorHAnsi" w:cstheme="majorHAnsi"/>
        <w:sz w:val="18"/>
        <w:szCs w:val="18"/>
      </w:rPr>
    </w:pPr>
    <w:r w:rsidRPr="00A22D52">
      <w:rPr>
        <w:rFonts w:asciiTheme="majorHAnsi" w:hAnsiTheme="majorHAnsi" w:cstheme="majorHAnsi"/>
        <w:sz w:val="18"/>
        <w:szCs w:val="18"/>
      </w:rPr>
      <w:fldChar w:fldCharType="begin"/>
    </w:r>
    <w:r w:rsidRPr="00A22D52">
      <w:rPr>
        <w:rFonts w:asciiTheme="majorHAnsi" w:hAnsiTheme="majorHAnsi" w:cstheme="majorHAnsi"/>
        <w:sz w:val="18"/>
        <w:szCs w:val="18"/>
      </w:rPr>
      <w:instrText>PAGE</w:instrText>
    </w:r>
    <w:r w:rsidRPr="00A22D52">
      <w:rPr>
        <w:rFonts w:asciiTheme="majorHAnsi" w:hAnsiTheme="majorHAnsi" w:cstheme="majorHAnsi"/>
        <w:sz w:val="18"/>
        <w:szCs w:val="18"/>
      </w:rPr>
      <w:fldChar w:fldCharType="separate"/>
    </w:r>
    <w:r w:rsidR="00AA6527" w:rsidRPr="00A22D52">
      <w:rPr>
        <w:rFonts w:asciiTheme="majorHAnsi" w:hAnsiTheme="majorHAnsi" w:cstheme="majorHAnsi"/>
        <w:noProof/>
        <w:sz w:val="18"/>
        <w:szCs w:val="18"/>
      </w:rPr>
      <w:t>1</w:t>
    </w:r>
    <w:r w:rsidRPr="00A22D52">
      <w:rPr>
        <w:rFonts w:asciiTheme="majorHAnsi" w:hAnsiTheme="majorHAnsi" w:cstheme="majorHAnsi"/>
        <w:sz w:val="18"/>
        <w:szCs w:val="18"/>
      </w:rPr>
      <w:fldChar w:fldCharType="end"/>
    </w:r>
  </w:p>
  <w:p w14:paraId="2A6D2F19" w14:textId="77777777" w:rsidR="00A22D52" w:rsidRPr="00A22D52" w:rsidRDefault="00A22D52" w:rsidP="00A22D52">
    <w:pPr>
      <w:pStyle w:val="Voettekst"/>
      <w:jc w:val="center"/>
      <w:rPr>
        <w:rFonts w:ascii="Calibri" w:hAnsi="Calibri" w:cs="Calibri"/>
        <w:sz w:val="18"/>
        <w:szCs w:val="18"/>
        <w:lang w:val="nl-NL"/>
      </w:rPr>
    </w:pPr>
    <w:r w:rsidRPr="00A22D52">
      <w:rPr>
        <w:rFonts w:asciiTheme="majorHAnsi" w:hAnsiTheme="majorHAnsi" w:cstheme="majorHAnsi"/>
        <w:sz w:val="18"/>
        <w:szCs w:val="18"/>
      </w:rPr>
      <w:t xml:space="preserve">EIK Certificering B.V.  </w:t>
    </w:r>
    <w:proofErr w:type="gramStart"/>
    <w:r w:rsidRPr="00A22D52">
      <w:rPr>
        <w:rFonts w:asciiTheme="majorHAnsi" w:hAnsiTheme="majorHAnsi" w:cstheme="majorHAnsi"/>
        <w:sz w:val="18"/>
        <w:szCs w:val="18"/>
      </w:rPr>
      <w:t>|  Vedas</w:t>
    </w:r>
    <w:proofErr w:type="gramEnd"/>
    <w:r w:rsidRPr="00A22D52">
      <w:rPr>
        <w:rFonts w:asciiTheme="majorHAnsi" w:hAnsiTheme="majorHAnsi" w:cstheme="majorHAnsi"/>
        <w:sz w:val="18"/>
        <w:szCs w:val="18"/>
      </w:rPr>
      <w:t xml:space="preserve"> Quality B.V.  </w:t>
    </w:r>
    <w:proofErr w:type="gramStart"/>
    <w:r w:rsidRPr="00A22D52">
      <w:rPr>
        <w:rFonts w:asciiTheme="majorHAnsi" w:hAnsiTheme="majorHAnsi" w:cstheme="majorHAnsi"/>
        <w:sz w:val="18"/>
        <w:szCs w:val="18"/>
        <w:lang w:val="nl-NL"/>
      </w:rPr>
      <w:t xml:space="preserve">| </w:t>
    </w:r>
    <w:r w:rsidRPr="00A22D52">
      <w:rPr>
        <w:rFonts w:ascii="Calibri" w:hAnsi="Calibri" w:cs="Calibri"/>
        <w:sz w:val="18"/>
        <w:szCs w:val="18"/>
        <w:lang w:val="nl-NL"/>
      </w:rPr>
      <w:t xml:space="preserve"> Certificatie</w:t>
    </w:r>
    <w:proofErr w:type="gramEnd"/>
    <w:r w:rsidRPr="00A22D52">
      <w:rPr>
        <w:rFonts w:ascii="Calibri" w:hAnsi="Calibri" w:cs="Calibri"/>
        <w:sz w:val="18"/>
        <w:szCs w:val="18"/>
        <w:lang w:val="nl-NL"/>
      </w:rPr>
      <w:t xml:space="preserve"> in de Zorg</w:t>
    </w:r>
  </w:p>
  <w:p w14:paraId="1DF0655C" w14:textId="5BF1F6AF" w:rsidR="00A22D52" w:rsidRPr="00A22D52" w:rsidRDefault="00A22D52" w:rsidP="00A22D52">
    <w:pPr>
      <w:pStyle w:val="Voettekst"/>
      <w:jc w:val="center"/>
      <w:rPr>
        <w:rFonts w:ascii="Calibri" w:hAnsi="Calibri" w:cs="Calibri"/>
        <w:sz w:val="18"/>
        <w:szCs w:val="18"/>
        <w:lang w:val="nl-NL"/>
      </w:rPr>
    </w:pPr>
    <w:r w:rsidRPr="00A22D52">
      <w:rPr>
        <w:rFonts w:ascii="Calibri" w:hAnsi="Calibri" w:cs="Calibri"/>
        <w:sz w:val="18"/>
        <w:szCs w:val="18"/>
        <w:lang w:val="nl-NL"/>
      </w:rPr>
      <w:t>Piet van de Polsingel 168, 3056 AK Rotterdam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F01952" w14:textId="77777777" w:rsidR="00666338" w:rsidRDefault="00666338">
      <w:pPr>
        <w:spacing w:after="0" w:line="240" w:lineRule="auto"/>
      </w:pPr>
      <w:r>
        <w:separator/>
      </w:r>
    </w:p>
  </w:footnote>
  <w:footnote w:type="continuationSeparator" w:id="0">
    <w:p w14:paraId="1731E180" w14:textId="77777777" w:rsidR="00666338" w:rsidRDefault="00666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5AC8A" w14:textId="6C9EB773" w:rsidR="00083B50" w:rsidRDefault="00A22D52" w:rsidP="00083B50">
    <w:pPr>
      <w:pStyle w:val="Koptekst"/>
    </w:pPr>
    <w:r>
      <w:rPr>
        <w:noProof/>
      </w:rPr>
      <mc:AlternateContent>
        <mc:Choice Requires="wpg">
          <w:drawing>
            <wp:anchor distT="0" distB="0" distL="114300" distR="114300" simplePos="0" relativeHeight="251658240" behindDoc="0" locked="0" layoutInCell="1" allowOverlap="1" wp14:anchorId="1FF0B9FB" wp14:editId="5C538A7C">
              <wp:simplePos x="0" y="0"/>
              <wp:positionH relativeFrom="column">
                <wp:posOffset>1194601</wp:posOffset>
              </wp:positionH>
              <wp:positionV relativeFrom="paragraph">
                <wp:posOffset>-258197</wp:posOffset>
              </wp:positionV>
              <wp:extent cx="3940672" cy="762000"/>
              <wp:effectExtent l="0" t="0" r="3175" b="0"/>
              <wp:wrapNone/>
              <wp:docPr id="990425779" name="Groep 1"/>
              <wp:cNvGraphicFramePr/>
              <a:graphic xmlns:a="http://schemas.openxmlformats.org/drawingml/2006/main">
                <a:graphicData uri="http://schemas.microsoft.com/office/word/2010/wordprocessingGroup">
                  <wpg:wgp>
                    <wpg:cNvGrpSpPr/>
                    <wpg:grpSpPr>
                      <a:xfrm>
                        <a:off x="0" y="0"/>
                        <a:ext cx="3940672" cy="762000"/>
                        <a:chOff x="0" y="0"/>
                        <a:chExt cx="3940672" cy="762000"/>
                      </a:xfrm>
                    </wpg:grpSpPr>
                    <pic:pic xmlns:pic="http://schemas.openxmlformats.org/drawingml/2006/picture">
                      <pic:nvPicPr>
                        <pic:cNvPr id="440185092" name="Afbeelding 2" descr="Afbeelding met Lettertype, logo, Graphics, symbool&#10;&#10;Door AI gegenereerde inhoud is mogelijk onjuis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08710" cy="762000"/>
                        </a:xfrm>
                        <a:prstGeom prst="rect">
                          <a:avLst/>
                        </a:prstGeom>
                      </pic:spPr>
                    </pic:pic>
                    <pic:pic xmlns:pic="http://schemas.openxmlformats.org/drawingml/2006/picture">
                      <pic:nvPicPr>
                        <pic:cNvPr id="1760505802" name="Afbeelding 3" descr="Afbeelding met Graphics, grafische vormgeving, Kleurrijkheid, Lettertype&#10;&#10;Door AI gegenereerde inhoud is mogelijk onjuis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566407" y="67586"/>
                          <a:ext cx="2374265" cy="588010"/>
                        </a:xfrm>
                        <a:prstGeom prst="rect">
                          <a:avLst/>
                        </a:prstGeom>
                        <a:noFill/>
                        <a:ln>
                          <a:noFill/>
                        </a:ln>
                      </pic:spPr>
                    </pic:pic>
                  </wpg:wgp>
                </a:graphicData>
              </a:graphic>
            </wp:anchor>
          </w:drawing>
        </mc:Choice>
        <mc:Fallback>
          <w:pict>
            <v:group w14:anchorId="2D5F6044" id="Groep 1" o:spid="_x0000_s1026" style="position:absolute;margin-left:94.05pt;margin-top:-20.35pt;width:310.3pt;height:60pt;z-index:251658240" coordsize="39406,762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alt="Afbeelding met Lettertype, logo, Graphics, symbool&#10;&#10;Door AI gegenereerde inhoud is mogelijk onjuist." style="position:absolute;width:11087;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">
                <v:imagedata r:id="rId3" o:title="Afbeelding met Lettertype, logo, Graphics, symbool&#10;&#10;Door AI gegenereerde inhoud is mogelijk onjuist"/>
              </v:shape>
              <v:shape id="Afbeelding 3" o:spid="_x0000_s1028" type="#_x0000_t75" alt="Afbeelding met Graphics, grafische vormgeving, Kleurrijkheid, Lettertype&#10;&#10;Door AI gegenereerde inhoud is mogelijk onjuist." style="position:absolute;left:15664;top:675;width:23742;height:5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">
                <v:imagedata r:id="rId4" o:title="Afbeelding met Graphics, grafische vormgeving, Kleurrijkheid, Lettertype&#10;&#10;Door AI gegenereerde inhoud is mogelijk onjuis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15606CAA"/>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F606573"/>
    <w:multiLevelType w:val="multilevel"/>
    <w:tmpl w:val="6636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E0091"/>
    <w:multiLevelType w:val="hybridMultilevel"/>
    <w:tmpl w:val="D102E23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7F369C2"/>
    <w:multiLevelType w:val="multilevel"/>
    <w:tmpl w:val="FE800A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809247F"/>
    <w:multiLevelType w:val="multilevel"/>
    <w:tmpl w:val="BE9C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81759">
    <w:abstractNumId w:val="8"/>
  </w:num>
  <w:num w:numId="2" w16cid:durableId="867639923">
    <w:abstractNumId w:val="6"/>
  </w:num>
  <w:num w:numId="3" w16cid:durableId="716391858">
    <w:abstractNumId w:val="5"/>
  </w:num>
  <w:num w:numId="4" w16cid:durableId="1478258693">
    <w:abstractNumId w:val="4"/>
  </w:num>
  <w:num w:numId="5" w16cid:durableId="2082866180">
    <w:abstractNumId w:val="7"/>
  </w:num>
  <w:num w:numId="6" w16cid:durableId="770472277">
    <w:abstractNumId w:val="3"/>
  </w:num>
  <w:num w:numId="7" w16cid:durableId="1925607684">
    <w:abstractNumId w:val="2"/>
  </w:num>
  <w:num w:numId="8" w16cid:durableId="664671601">
    <w:abstractNumId w:val="1"/>
  </w:num>
  <w:num w:numId="9" w16cid:durableId="1630744891">
    <w:abstractNumId w:val="0"/>
  </w:num>
  <w:num w:numId="10" w16cid:durableId="1329480249">
    <w:abstractNumId w:val="10"/>
  </w:num>
  <w:num w:numId="11" w16cid:durableId="44792391">
    <w:abstractNumId w:val="9"/>
  </w:num>
  <w:num w:numId="12" w16cid:durableId="1715961512">
    <w:abstractNumId w:val="11"/>
  </w:num>
  <w:num w:numId="13" w16cid:durableId="154443881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61C"/>
    <w:rsid w:val="00034616"/>
    <w:rsid w:val="0006063C"/>
    <w:rsid w:val="0007360F"/>
    <w:rsid w:val="00076A84"/>
    <w:rsid w:val="00083B50"/>
    <w:rsid w:val="00095D67"/>
    <w:rsid w:val="000F0FE6"/>
    <w:rsid w:val="000F5744"/>
    <w:rsid w:val="00115D66"/>
    <w:rsid w:val="001303BC"/>
    <w:rsid w:val="0015074B"/>
    <w:rsid w:val="00150C3E"/>
    <w:rsid w:val="00175C60"/>
    <w:rsid w:val="001B2EEB"/>
    <w:rsid w:val="002039BB"/>
    <w:rsid w:val="00222696"/>
    <w:rsid w:val="00261557"/>
    <w:rsid w:val="00270687"/>
    <w:rsid w:val="00287EAA"/>
    <w:rsid w:val="0029639D"/>
    <w:rsid w:val="002C4F6A"/>
    <w:rsid w:val="002F45E4"/>
    <w:rsid w:val="00305D96"/>
    <w:rsid w:val="00322C58"/>
    <w:rsid w:val="00324B38"/>
    <w:rsid w:val="00326F90"/>
    <w:rsid w:val="003354CB"/>
    <w:rsid w:val="0035263D"/>
    <w:rsid w:val="003D366E"/>
    <w:rsid w:val="003E0836"/>
    <w:rsid w:val="00401E16"/>
    <w:rsid w:val="0044767F"/>
    <w:rsid w:val="0047338C"/>
    <w:rsid w:val="0048664E"/>
    <w:rsid w:val="004A3625"/>
    <w:rsid w:val="004D06C0"/>
    <w:rsid w:val="004D26E9"/>
    <w:rsid w:val="00506060"/>
    <w:rsid w:val="0054099D"/>
    <w:rsid w:val="00547F0C"/>
    <w:rsid w:val="005574BE"/>
    <w:rsid w:val="00567F72"/>
    <w:rsid w:val="0059274A"/>
    <w:rsid w:val="005B66F9"/>
    <w:rsid w:val="005C2045"/>
    <w:rsid w:val="005F23C1"/>
    <w:rsid w:val="00612DF3"/>
    <w:rsid w:val="00625C4F"/>
    <w:rsid w:val="00646BA8"/>
    <w:rsid w:val="006563E5"/>
    <w:rsid w:val="00666338"/>
    <w:rsid w:val="006676F5"/>
    <w:rsid w:val="00670B62"/>
    <w:rsid w:val="006D5252"/>
    <w:rsid w:val="006F3307"/>
    <w:rsid w:val="006F3A95"/>
    <w:rsid w:val="00766A15"/>
    <w:rsid w:val="00793E06"/>
    <w:rsid w:val="007A3F2E"/>
    <w:rsid w:val="007C6F50"/>
    <w:rsid w:val="007D03F3"/>
    <w:rsid w:val="007D2704"/>
    <w:rsid w:val="007D2E1D"/>
    <w:rsid w:val="008042E9"/>
    <w:rsid w:val="00805309"/>
    <w:rsid w:val="00850F80"/>
    <w:rsid w:val="00876FBB"/>
    <w:rsid w:val="008C2FC3"/>
    <w:rsid w:val="00902BD5"/>
    <w:rsid w:val="009266BE"/>
    <w:rsid w:val="00995645"/>
    <w:rsid w:val="009D4A3F"/>
    <w:rsid w:val="009F2270"/>
    <w:rsid w:val="00A0395B"/>
    <w:rsid w:val="00A068D3"/>
    <w:rsid w:val="00A22D52"/>
    <w:rsid w:val="00A31655"/>
    <w:rsid w:val="00A35BD3"/>
    <w:rsid w:val="00A413C5"/>
    <w:rsid w:val="00A919EF"/>
    <w:rsid w:val="00A95E7C"/>
    <w:rsid w:val="00AA1D8D"/>
    <w:rsid w:val="00AA6527"/>
    <w:rsid w:val="00AB223A"/>
    <w:rsid w:val="00AB5DE1"/>
    <w:rsid w:val="00AC19A4"/>
    <w:rsid w:val="00AF11C6"/>
    <w:rsid w:val="00AF58AD"/>
    <w:rsid w:val="00B15DD9"/>
    <w:rsid w:val="00B47730"/>
    <w:rsid w:val="00B60F92"/>
    <w:rsid w:val="00BA5561"/>
    <w:rsid w:val="00BB203D"/>
    <w:rsid w:val="00BC3F2B"/>
    <w:rsid w:val="00C45315"/>
    <w:rsid w:val="00C63814"/>
    <w:rsid w:val="00C86D98"/>
    <w:rsid w:val="00C94CD4"/>
    <w:rsid w:val="00CA369C"/>
    <w:rsid w:val="00CB0664"/>
    <w:rsid w:val="00CD1AF0"/>
    <w:rsid w:val="00D03B16"/>
    <w:rsid w:val="00D3778C"/>
    <w:rsid w:val="00D6007D"/>
    <w:rsid w:val="00D970E8"/>
    <w:rsid w:val="00D97AD5"/>
    <w:rsid w:val="00DC64C0"/>
    <w:rsid w:val="00E316E3"/>
    <w:rsid w:val="00E525D9"/>
    <w:rsid w:val="00E55F3A"/>
    <w:rsid w:val="00E80D2E"/>
    <w:rsid w:val="00E97A85"/>
    <w:rsid w:val="00EB0FE2"/>
    <w:rsid w:val="00ED5337"/>
    <w:rsid w:val="00EE1339"/>
    <w:rsid w:val="00EE4881"/>
    <w:rsid w:val="00F1796A"/>
    <w:rsid w:val="00F24329"/>
    <w:rsid w:val="00F4151A"/>
    <w:rsid w:val="00F52B3C"/>
    <w:rsid w:val="00F81B89"/>
    <w:rsid w:val="00FC693F"/>
    <w:rsid w:val="00FD1F1A"/>
    <w:rsid w:val="07F7D281"/>
    <w:rsid w:val="09F20CDF"/>
    <w:rsid w:val="12EB740C"/>
    <w:rsid w:val="22086F95"/>
    <w:rsid w:val="309216AF"/>
    <w:rsid w:val="3704839B"/>
    <w:rsid w:val="5F8CEC66"/>
    <w:rsid w:val="77CDB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598E5B1-0B04-418E-876B-330E42E2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71" w:lineRule="auto"/>
    </w:pPr>
    <w:rPr>
      <w:rFonts w:ascii="Aptos" w:hAnsi="Aptos"/>
      <w:sz w:val="21"/>
    </w:rPr>
  </w:style>
  <w:style w:type="paragraph" w:styleId="Kop1">
    <w:name w:val="heading 1"/>
    <w:basedOn w:val="Standaard"/>
    <w:next w:val="Standaard"/>
    <w:link w:val="Kop1Char"/>
    <w:uiPriority w:val="9"/>
    <w:qFormat/>
    <w:rsid w:val="00FC693F"/>
    <w:pPr>
      <w:keepNext/>
      <w:keepLines/>
      <w:spacing w:before="240" w:after="120"/>
      <w:outlineLvl w:val="0"/>
    </w:pPr>
    <w:rPr>
      <w:rFonts w:asciiTheme="majorHAnsi" w:eastAsiaTheme="majorEastAsia" w:hAnsiTheme="majorHAnsi" w:cstheme="majorBidi"/>
      <w:b/>
      <w:bCs/>
      <w:color w:val="1F3864"/>
      <w:sz w:val="38"/>
      <w:szCs w:val="28"/>
    </w:rPr>
  </w:style>
  <w:style w:type="paragraph" w:styleId="Kop2">
    <w:name w:val="heading 2"/>
    <w:basedOn w:val="Standaard"/>
    <w:next w:val="Standaard"/>
    <w:link w:val="Kop2Char"/>
    <w:uiPriority w:val="9"/>
    <w:unhideWhenUsed/>
    <w:qFormat/>
    <w:rsid w:val="00FC693F"/>
    <w:pPr>
      <w:keepNext/>
      <w:keepLines/>
      <w:spacing w:before="240" w:after="120"/>
      <w:outlineLvl w:val="1"/>
    </w:pPr>
    <w:rPr>
      <w:rFonts w:asciiTheme="majorHAnsi" w:eastAsiaTheme="majorEastAsia" w:hAnsiTheme="majorHAnsi" w:cstheme="majorBidi"/>
      <w:b/>
      <w:bCs/>
      <w:color w:val="2E5496"/>
      <w:sz w:val="28"/>
      <w:szCs w:val="26"/>
    </w:rPr>
  </w:style>
  <w:style w:type="paragraph" w:styleId="Kop3">
    <w:name w:val="heading 3"/>
    <w:basedOn w:val="Standaard"/>
    <w:next w:val="Standaard"/>
    <w:link w:val="Kop3Char"/>
    <w:uiPriority w:val="9"/>
    <w:unhideWhenUsed/>
    <w:qFormat/>
    <w:rsid w:val="00FC693F"/>
    <w:pPr>
      <w:keepNext/>
      <w:keepLines/>
      <w:spacing w:before="240" w:after="120"/>
      <w:outlineLvl w:val="2"/>
    </w:pPr>
    <w:rPr>
      <w:rFonts w:asciiTheme="majorHAnsi" w:eastAsiaTheme="majorEastAsia" w:hAnsiTheme="majorHAnsi" w:cstheme="majorBidi"/>
      <w:b/>
      <w:bCs/>
      <w:color w:val="698B4A"/>
      <w:sz w:val="23"/>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567F72"/>
    <w:pPr>
      <w:keepNext/>
      <w:pBdr>
        <w:bottom w:val="single" w:sz="8" w:space="4" w:color="4F81BD" w:themeColor="accent1"/>
      </w:pBdr>
      <w:spacing w:before="240" w:after="120" w:line="240" w:lineRule="auto"/>
      <w:contextualSpacing/>
    </w:pPr>
    <w:rPr>
      <w:rFonts w:asciiTheme="majorHAnsi" w:eastAsiaTheme="majorEastAsia" w:hAnsiTheme="majorHAnsi" w:cstheme="majorBidi"/>
      <w:b/>
      <w:color w:val="1F3864"/>
      <w:spacing w:val="5"/>
      <w:kern w:val="28"/>
      <w:sz w:val="40"/>
      <w:szCs w:val="52"/>
    </w:rPr>
  </w:style>
  <w:style w:type="character" w:customStyle="1" w:styleId="TitelChar">
    <w:name w:val="Titel Char"/>
    <w:basedOn w:val="Standaardalinea-lettertype"/>
    <w:link w:val="Titel"/>
    <w:uiPriority w:val="10"/>
    <w:rsid w:val="00567F72"/>
    <w:rPr>
      <w:rFonts w:asciiTheme="majorHAnsi" w:eastAsiaTheme="majorEastAsia" w:hAnsiTheme="majorHAnsi" w:cstheme="majorBidi"/>
      <w:b/>
      <w:color w:val="1F3864"/>
      <w:spacing w:val="5"/>
      <w:kern w:val="28"/>
      <w:sz w:val="40"/>
      <w:szCs w:val="52"/>
    </w:rPr>
  </w:style>
  <w:style w:type="paragraph" w:styleId="Ondertitel">
    <w:name w:val="Subtitle"/>
    <w:basedOn w:val="Standaard"/>
    <w:next w:val="Standaard"/>
    <w:link w:val="OndertitelChar"/>
    <w:uiPriority w:val="11"/>
    <w:qFormat/>
    <w:rsid w:val="00FC693F"/>
    <w:pPr>
      <w:keepNext/>
      <w:numPr>
        <w:ilvl w:val="1"/>
      </w:numPr>
      <w:spacing w:before="240" w:after="120"/>
    </w:pPr>
    <w:rPr>
      <w:rFonts w:asciiTheme="majorHAnsi" w:eastAsiaTheme="majorEastAsia" w:hAnsiTheme="majorHAnsi" w:cstheme="majorBidi"/>
      <w:i/>
      <w:iCs/>
      <w:color w:val="2E5496"/>
      <w:spacing w:val="15"/>
      <w:sz w:val="28"/>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rPr>
      <w:rFonts w:ascii="Aptos" w:hAnsi="Aptos"/>
      <w:b/>
      <w:color w:val="698B4A"/>
      <w:sz w:val="18"/>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Aptos" w:hAnsi="Aptos"/>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ad294c2-f9d5-42ea-942f-2bd5b443d706" xsi:nil="true"/>
    <lcf76f155ced4ddcb4097134ff3c332f xmlns="b7245537-6524-470c-882c-069dbd29942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E5CEBD20417F4A8C654E7956A71775" ma:contentTypeVersion="13" ma:contentTypeDescription="Een nieuw document maken." ma:contentTypeScope="" ma:versionID="4c8d58af0aaaad7a32c50ca85b8f76c9">
  <xsd:schema xmlns:xsd="http://www.w3.org/2001/XMLSchema" xmlns:xs="http://www.w3.org/2001/XMLSchema" xmlns:p="http://schemas.microsoft.com/office/2006/metadata/properties" xmlns:ns2="b7245537-6524-470c-882c-069dbd299427" xmlns:ns3="2ad294c2-f9d5-42ea-942f-2bd5b443d706" targetNamespace="http://schemas.microsoft.com/office/2006/metadata/properties" ma:root="true" ma:fieldsID="d1d714f6b1aa65e1415600355f7baeef" ns2:_="" ns3:_="">
    <xsd:import namespace="b7245537-6524-470c-882c-069dbd299427"/>
    <xsd:import namespace="2ad294c2-f9d5-42ea-942f-2bd5b443d70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245537-6524-470c-882c-069dbd29942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ed19b879-ae59-4985-b245-ec7928764a9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d294c2-f9d5-42ea-942f-2bd5b443d70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d14ab8e-4b47-4dda-a89b-646da13163b0}" ma:internalName="TaxCatchAll" ma:showField="CatchAllData" ma:web="2ad294c2-f9d5-42ea-942f-2bd5b443d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36EF47D-A0DA-415C-BDB8-2D9AAD750908}">
  <ds:schemaRefs>
    <ds:schemaRef ds:uri="http://schemas.microsoft.com/office/2006/metadata/properties"/>
    <ds:schemaRef ds:uri="http://schemas.microsoft.com/office/infopath/2007/PartnerControls"/>
    <ds:schemaRef ds:uri="2ad294c2-f9d5-42ea-942f-2bd5b443d706"/>
    <ds:schemaRef ds:uri="b7245537-6524-470c-882c-069dbd299427"/>
  </ds:schemaRefs>
</ds:datastoreItem>
</file>

<file path=customXml/itemProps3.xml><?xml version="1.0" encoding="utf-8"?>
<ds:datastoreItem xmlns:ds="http://schemas.openxmlformats.org/officeDocument/2006/customXml" ds:itemID="{2D74DA29-5E4D-4FBE-BDE0-236D602A1405}">
  <ds:schemaRefs>
    <ds:schemaRef ds:uri="http://schemas.microsoft.com/sharepoint/v3/contenttype/forms"/>
  </ds:schemaRefs>
</ds:datastoreItem>
</file>

<file path=customXml/itemProps4.xml><?xml version="1.0" encoding="utf-8"?>
<ds:datastoreItem xmlns:ds="http://schemas.openxmlformats.org/officeDocument/2006/customXml" ds:itemID="{3AD7A7B7-1996-4335-84D2-E26FF2613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245537-6524-470c-882c-069dbd299427"/>
    <ds:schemaRef ds:uri="2ad294c2-f9d5-42ea-942f-2bd5b443d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4fbe333-8ccc-47f5-b6e4-04ef7be9f69a}" enabled="0" method="" siteId="{54fbe333-8ccc-47f5-b6e4-04ef7be9f69a}"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8</Pages>
  <Words>1949</Words>
  <Characters>11369</Characters>
  <Application>Microsoft Office Word</Application>
  <DocSecurity>0</DocSecurity>
  <Lines>252</Lines>
  <Paragraphs>135</Paragraphs>
  <ScaleCrop>false</ScaleCrop>
  <Manager/>
  <Company/>
  <LinksUpToDate>false</LinksUpToDate>
  <CharactersWithSpaces>13183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Praktische gids ISO 9001:2026</dc:title>
  <dc:subject>Klantinformatie van EIK Certificering en Certificatie in de Zorg</dc:subject>
  <dc:creator>Sandra Henke | EIK Certificering</dc:creator>
  <cp:keywords/>
  <dc:description>generated by python-docx</dc:description>
  <cp:lastModifiedBy>Robert Jan Messemaeckers van de Graaff</cp:lastModifiedBy>
  <cp:revision>3</cp:revision>
  <cp:lastPrinted>2026-10-05T13:38:00Z</cp:lastPrinted>
  <dcterms:created xsi:type="dcterms:W3CDTF">2026-10-09T09:01:00Z</dcterms:created>
  <dcterms:modified xsi:type="dcterms:W3CDTF">2026-10-09T09:19:00Z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0x010100F9E5CEBD20417F4A8C654E7956A71775</vt:lpwstr>
  </property>
  <property fmtid="{D5CDD505-2E9C-101B-9397-08002B2CF9AE}" pid="3" name="MediaServiceImageTags">
    <vt:lpwstr/>
  </property>
  <property fmtid="{D5CDD505-2E9C-101B-9397-08002B2CF9AE}" pid="4" name="docLang">
    <vt:lpwstr>nl</vt:lpwstr>
  </property>
</Properties>
</file>